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ACKNOWLEDGEMENT LETTER</w:t>
      </w:r>
    </w:p>
    <w:p/>
    <w:p/>
    <w:p>
      <w:r>
        <w:rPr>
          <w:b/>
          <w:sz w:val="20"/>
        </w:rPr>
        <w:t>Recipient Information:</w:t>
      </w:r>
    </w:p>
    <w:p>
      <w:r>
        <w:rPr>
          <w:b w:val="0"/>
          <w:sz w:val="20"/>
        </w:rPr>
        <w:t>Full Name: ____________________________________________________________</w:t>
      </w:r>
    </w:p>
    <w:p>
      <w:r>
        <w:rPr>
          <w:b w:val="0"/>
          <w:sz w:val="20"/>
        </w:rPr>
        <w:t>Company (if applicable): ________________________________________________</w:t>
      </w:r>
    </w:p>
    <w:p>
      <w:r>
        <w:rPr>
          <w:b w:val="0"/>
          <w:sz w:val="20"/>
        </w:rPr>
        <w:t>Address: _______________________________________________________________</w:t>
      </w:r>
    </w:p>
    <w:p>
      <w:r>
        <w:rPr>
          <w:b w:val="0"/>
          <w:sz w:val="20"/>
        </w:rPr>
        <w:t>City, Province, Postal Code: 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r>
        <w:rPr>
          <w:b/>
          <w:sz w:val="20"/>
        </w:rPr>
        <w:t>Sender Information:</w:t>
      </w:r>
    </w:p>
    <w:p>
      <w:r>
        <w:rPr>
          <w:b w:val="0"/>
          <w:sz w:val="20"/>
        </w:rPr>
        <w:t>Full Name: ____________________________________________________________</w:t>
      </w:r>
    </w:p>
    <w:p>
      <w:r>
        <w:rPr>
          <w:b w:val="0"/>
          <w:sz w:val="20"/>
        </w:rPr>
        <w:t>Company (if applicable): ________________________________________________</w:t>
      </w:r>
    </w:p>
    <w:p>
      <w:r>
        <w:rPr>
          <w:b w:val="0"/>
          <w:sz w:val="20"/>
        </w:rPr>
        <w:t>Address: _______________________________________________________________</w:t>
      </w:r>
    </w:p>
    <w:p>
      <w:r>
        <w:rPr>
          <w:b w:val="0"/>
          <w:sz w:val="20"/>
        </w:rPr>
        <w:t>City, Province, Postal Code: 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pPr>
        <w:jc w:val="center"/>
      </w:pPr>
      <w:r>
        <w:rPr>
          <w:b/>
          <w:sz w:val="20"/>
        </w:rPr>
        <w:t>Subject: Acknowledgement of Receipt</w:t>
      </w:r>
    </w:p>
    <w:p/>
    <w:p/>
    <w:p>
      <w:r>
        <w:rPr>
          <w:b w:val="0"/>
          <w:sz w:val="20"/>
        </w:rPr>
        <w:t>To Whom It May Concern,</w:t>
      </w:r>
    </w:p>
    <w:p/>
    <w:p>
      <w:r>
        <w:rPr>
          <w:b w:val="0"/>
          <w:sz w:val="20"/>
        </w:rPr>
        <w:t>This letter serves as formal acknowledgement of receipt and understanding of the documents, information, and/or items listed below that have been provided to the undersigned by the sender.</w:t>
      </w:r>
    </w:p>
    <w:p/>
    <w:p>
      <w:r>
        <w:rPr>
          <w:b/>
          <w:sz w:val="20"/>
        </w:rPr>
        <w:t>Documents/Items Received:</w:t>
      </w:r>
    </w:p>
    <w:p>
      <w:r>
        <w:rPr>
          <w:b w:val="0"/>
          <w:sz w:val="20"/>
        </w:rPr>
        <w:t>1. ____________________________________________________________________</w:t>
      </w:r>
    </w:p>
    <w:p>
      <w:r>
        <w:rPr>
          <w:b w:val="0"/>
          <w:sz w:val="20"/>
        </w:rPr>
        <w:t>2. ____________________________________________________________________</w:t>
      </w:r>
    </w:p>
    <w:p>
      <w:r>
        <w:rPr>
          <w:b w:val="0"/>
          <w:sz w:val="20"/>
        </w:rPr>
        <w:t>3. ____________________________________________________________________</w:t>
      </w:r>
    </w:p>
    <w:p>
      <w:r>
        <w:rPr>
          <w:b w:val="0"/>
          <w:sz w:val="20"/>
        </w:rPr>
        <w:t>4. ____________________________________________________________________</w:t>
      </w:r>
    </w:p>
    <w:p>
      <w:r>
        <w:rPr>
          <w:b w:val="0"/>
          <w:sz w:val="20"/>
        </w:rPr>
        <w:t>5. ____________________________________________________________________</w:t>
      </w:r>
    </w:p>
    <w:p/>
    <w:p>
      <w:r>
        <w:rPr>
          <w:b/>
          <w:sz w:val="20"/>
        </w:rPr>
        <w:t>Purpose of Acknowledgement:</w:t>
      </w:r>
    </w:p>
    <w:p>
      <w:r>
        <w:rPr>
          <w:b w:val="0"/>
          <w:sz w:val="20"/>
        </w:rPr>
        <w:t>The undersigned confirms that the above-listed documents/items have been received in satisfactory condition and acknowledges responsibility for their safekeeping and appropriate use. This acknowledgement does not constitute an acceptance or approval of the content or condition beyond the receipt thereof.</w:t>
      </w:r>
    </w:p>
    <w:p/>
    <w:p>
      <w:r>
        <w:rPr>
          <w:b/>
          <w:sz w:val="20"/>
        </w:rPr>
        <w:t>Legal Compliance and Binding Nature:</w:t>
      </w:r>
    </w:p>
    <w:p>
      <w:r>
        <w:rPr>
          <w:b w:val="0"/>
          <w:sz w:val="20"/>
        </w:rPr>
        <w:t>This acknowledgement letter is governed by and shall be construed in accordance with the laws of Canada. The undersigned affirms that this document is executed voluntarily and constitutes a legally binding acknowledgement of receipt under Canadian law. Any disputes arising from this acknowledgement shall be subject to the exclusive jurisdiction of the appropriate courts within the province or territory in Canada where the acknowledgement is executed.</w:t>
      </w:r>
    </w:p>
    <w:p/>
    <w:p>
      <w:r>
        <w:rPr>
          <w:b/>
          <w:sz w:val="20"/>
        </w:rPr>
        <w:t>Confidentiality:</w:t>
      </w:r>
    </w:p>
    <w:p>
      <w:r>
        <w:rPr>
          <w:b w:val="0"/>
          <w:sz w:val="20"/>
        </w:rPr>
        <w:t>The undersigned agrees to keep confidential and not disclose the contents of the documents/items received, except as required by law or with prior written consent from the sender. This confidentiality obligation survives the termination or completion of the purpose for which the documents/items were received.</w:t>
      </w:r>
    </w:p>
    <w:p/>
    <w:p>
      <w:r>
        <w:rPr>
          <w:b/>
          <w:sz w:val="20"/>
        </w:rPr>
        <w:t>Indemnity:</w:t>
      </w:r>
    </w:p>
    <w:p>
      <w:r>
        <w:rPr>
          <w:b w:val="0"/>
          <w:sz w:val="20"/>
        </w:rPr>
        <w:t>The undersigned agrees to indemnify and hold harmless the sender from any claims, losses, damages, or liabilities arising from unauthorized use, disclosure, or handling of the documents/items after receipt. This indemnity shall extend to all costs and expenses, including legal fees, incurred as a result of such claims.</w:t>
      </w:r>
    </w:p>
    <w:p/>
    <w:p>
      <w:r>
        <w:rPr>
          <w:b/>
          <w:sz w:val="20"/>
        </w:rPr>
        <w:t>No Waiver:</w:t>
      </w:r>
    </w:p>
    <w:p>
      <w:r>
        <w:rPr>
          <w:b w:val="0"/>
          <w:sz w:val="20"/>
        </w:rPr>
        <w:t>Failure to enforce any provision of this acknowledgement shall not constitute a waiver of that provision or any other rights herein.</w:t>
      </w:r>
    </w:p>
    <w:p/>
    <w:p/>
    <w:p>
      <w:r>
        <w:rPr>
          <w:b w:val="0"/>
          <w:sz w:val="20"/>
        </w:rPr>
        <w:t>Thank you for your attention to this matter.</w:t>
      </w:r>
    </w:p>
    <w:p/>
    <w:p/>
    <w:p/>
    <w:p>
      <w:r>
        <w:rPr>
          <w:b/>
          <w:sz w:val="20"/>
        </w:rPr>
        <w:t>Acknowledged by:</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Recipient Signature</w:t>
            </w:r>
          </w:p>
        </w:tc>
        <w:tc>
          <w:tcPr>
            <w:tcW w:type="dxa" w:w="4986"/>
            <w:tcBorders>
              <w:top w:val="nil"/>
              <w:left w:val="nil"/>
              <w:bottom w:val="nil"/>
              <w:right w:val="nil"/>
              <w:insideH w:val="nil"/>
              <w:insideV w:val="nil"/>
            </w:tcBorders>
          </w:tcPr>
          <w:p>
            <w:pPr>
              <w:jc w:val="center"/>
            </w:pPr>
            <w:r>
              <w:t>Sender Signature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(Print): ___________________________</w:t>
              <w:br/>
              <w:t>Date: ___________________</w:t>
            </w:r>
          </w:p>
        </w:tc>
        <w:tc>
          <w:tcPr>
            <w:tcW w:type="dxa" w:w="4986"/>
            <w:tcBorders>
              <w:top w:val="nil"/>
              <w:left w:val="nil"/>
              <w:bottom w:val="nil"/>
              <w:right w:val="nil"/>
              <w:insideH w:val="nil"/>
              <w:insideV w:val="nil"/>
            </w:tcBorders>
          </w:tcPr>
          <w:p>
            <w:pPr>
              <w:jc w:val="center"/>
            </w:pPr>
            <w:r>
              <w:t>Name (Print): ___________________________</w:t>
              <w:br/>
              <w:t>Date: 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https://legaltemplates-ca.com/acknowledgement-letter/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acknowledgement-letter/"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