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AMENDING AGREEMENT</w:t>
      </w:r>
    </w:p>
    <w:p/>
    <w:p>
      <w:r>
        <w:rPr>
          <w:b w:val="0"/>
          <w:sz w:val="20"/>
        </w:rPr>
        <w:t>This Amending Agreement (the "Agreement") is made between the parties listed below to amend and supplement the terms of the original agreement previously executed.</w:t>
      </w:r>
    </w:p>
    <w:p/>
    <w:p>
      <w:r>
        <w:rPr>
          <w:b/>
          <w:sz w:val="20"/>
        </w:rPr>
        <w:t>PARTIES:</w:t>
      </w:r>
    </w:p>
    <w:p>
      <w:r>
        <w:rPr>
          <w:b/>
          <w:sz w:val="20"/>
        </w:rPr>
        <w:t>1. First Party:</w:t>
      </w:r>
    </w:p>
    <w:p>
      <w:r>
        <w:rPr>
          <w:b w:val="0"/>
          <w:sz w:val="20"/>
        </w:rPr>
        <w:t>Full Legal Name: ____________________________________________________________</w:t>
      </w:r>
    </w:p>
    <w:p>
      <w:r>
        <w:rPr>
          <w:b w:val="0"/>
          <w:sz w:val="20"/>
        </w:rPr>
        <w:t>Address: _________________________________________________________________</w:t>
      </w:r>
    </w:p>
    <w:p>
      <w:r>
        <w:rPr>
          <w:b w:val="0"/>
          <w:sz w:val="20"/>
        </w:rPr>
        <w:t>Contact Number: ___________________________________________________________</w:t>
      </w:r>
    </w:p>
    <w:p>
      <w:r>
        <w:rPr>
          <w:b w:val="0"/>
          <w:sz w:val="20"/>
        </w:rPr>
        <w:t>Email Address: _____________________________________________________________</w:t>
      </w:r>
    </w:p>
    <w:p/>
    <w:p>
      <w:r>
        <w:rPr>
          <w:b/>
          <w:sz w:val="20"/>
        </w:rPr>
        <w:t>2. Second Party:</w:t>
      </w:r>
    </w:p>
    <w:p>
      <w:r>
        <w:rPr>
          <w:b w:val="0"/>
          <w:sz w:val="20"/>
        </w:rPr>
        <w:t>Full Legal Name: ____________________________________________________________</w:t>
      </w:r>
    </w:p>
    <w:p>
      <w:r>
        <w:rPr>
          <w:b w:val="0"/>
          <w:sz w:val="20"/>
        </w:rPr>
        <w:t>Address: _________________________________________________________________</w:t>
      </w:r>
    </w:p>
    <w:p>
      <w:r>
        <w:rPr>
          <w:b w:val="0"/>
          <w:sz w:val="20"/>
        </w:rPr>
        <w:t>Contact Number: ___________________________________________________________</w:t>
      </w:r>
    </w:p>
    <w:p>
      <w:r>
        <w:rPr>
          <w:b w:val="0"/>
          <w:sz w:val="20"/>
        </w:rPr>
        <w:t>Email Address: _____________________________________________________________</w:t>
      </w:r>
    </w:p>
    <w:p/>
    <w:p>
      <w:r>
        <w:rPr>
          <w:b/>
          <w:sz w:val="20"/>
        </w:rPr>
        <w:t>RECITALS</w:t>
      </w:r>
    </w:p>
    <w:p>
      <w:r>
        <w:rPr>
          <w:b w:val="0"/>
          <w:sz w:val="20"/>
        </w:rPr>
        <w:t>WHEREAS, the Parties entered into an original agreement (the "Original Agreement") on ____________;</w:t>
      </w:r>
    </w:p>
    <w:p>
      <w:r>
        <w:rPr>
          <w:b w:val="0"/>
          <w:sz w:val="20"/>
        </w:rPr>
        <w:t>WHEREAS, the Parties desire to amend the Original Agreement under the terms set forth in this Agreement;</w:t>
      </w:r>
    </w:p>
    <w:p>
      <w:r>
        <w:rPr>
          <w:b w:val="0"/>
          <w:sz w:val="20"/>
        </w:rPr>
        <w:t>NOW, THEREFORE, in consideration of the mutual covenants and agreements contained herein, the Parties agree as follows:</w:t>
      </w:r>
    </w:p>
    <w:p/>
    <w:p>
      <w:r>
        <w:rPr>
          <w:b/>
          <w:sz w:val="20"/>
        </w:rPr>
        <w:t>1. Amendments to Original Agreement</w:t>
      </w:r>
    </w:p>
    <w:p>
      <w:r>
        <w:rPr>
          <w:b w:val="0"/>
          <w:sz w:val="20"/>
        </w:rPr>
        <w:t>The Original Agreement is hereby amended as follows:</w:t>
      </w:r>
    </w:p>
    <w:p>
      <w:r>
        <w:rPr>
          <w:b/>
          <w:sz w:val="20"/>
        </w:rPr>
        <w:t>1.1 Amendment One:</w:t>
      </w:r>
    </w:p>
    <w:p>
      <w:r>
        <w:rPr>
          <w:b w:val="0"/>
          <w:sz w:val="20"/>
        </w:rPr>
        <w:t>________________________________________________________________________________________</w:t>
      </w:r>
    </w:p>
    <w:p>
      <w:r>
        <w:rPr>
          <w:b w:val="0"/>
          <w:sz w:val="20"/>
        </w:rPr>
        <w:t>________________________________________________________________________________________</w:t>
      </w:r>
    </w:p>
    <w:p>
      <w:r>
        <w:rPr>
          <w:b/>
          <w:sz w:val="20"/>
        </w:rPr>
        <w:t>1.2 Amendment Two:</w:t>
      </w:r>
    </w:p>
    <w:p>
      <w:r>
        <w:rPr>
          <w:b w:val="0"/>
          <w:sz w:val="20"/>
        </w:rPr>
        <w:t>________________________________________________________________________________________</w:t>
      </w:r>
    </w:p>
    <w:p>
      <w:r>
        <w:rPr>
          <w:b w:val="0"/>
          <w:sz w:val="20"/>
        </w:rPr>
        <w:t>________________________________________________________________________________________</w:t>
      </w:r>
    </w:p>
    <w:p>
      <w:r>
        <w:rPr>
          <w:b/>
          <w:sz w:val="20"/>
        </w:rPr>
        <w:t>1.3 Additional Amendments:</w:t>
      </w:r>
    </w:p>
    <w:p>
      <w:r>
        <w:rPr>
          <w:b w:val="0"/>
          <w:sz w:val="20"/>
        </w:rPr>
        <w:t>________________________________________________________________________________________</w:t>
      </w:r>
    </w:p>
    <w:p>
      <w:r>
        <w:rPr>
          <w:b w:val="0"/>
          <w:sz w:val="20"/>
        </w:rPr>
        <w:t>________________________________________________________________________________________</w:t>
      </w:r>
    </w:p>
    <w:p/>
    <w:p>
      <w:r>
        <w:rPr>
          <w:b/>
          <w:sz w:val="20"/>
        </w:rPr>
        <w:t>2. Confirmation of Original Agreement</w:t>
      </w:r>
    </w:p>
    <w:p>
      <w:r>
        <w:rPr>
          <w:b w:val="0"/>
          <w:sz w:val="20"/>
        </w:rPr>
        <w:t>Except as expressly amended herein, all terms, conditions, rights, obligations, and provisions of the Original Agreement shall remain in full force and effect.</w:t>
      </w:r>
    </w:p>
    <w:p/>
    <w:p>
      <w:r>
        <w:rPr>
          <w:b/>
          <w:sz w:val="20"/>
        </w:rPr>
        <w:t>3. Effective Date</w:t>
      </w:r>
    </w:p>
    <w:p>
      <w:r>
        <w:rPr>
          <w:b w:val="0"/>
          <w:sz w:val="20"/>
        </w:rPr>
        <w:t>This Agreement shall become effective upon execution by both Parties.</w:t>
      </w:r>
    </w:p>
    <w:p/>
    <w:p>
      <w:r>
        <w:rPr>
          <w:b/>
          <w:sz w:val="20"/>
        </w:rPr>
        <w:t>4. Entire Agreement</w:t>
      </w:r>
    </w:p>
    <w:p>
      <w:r>
        <w:rPr>
          <w:b w:val="0"/>
          <w:sz w:val="20"/>
        </w:rPr>
        <w:t>This Agreement, together with the Original Agreement and any other documents referenced herein, constitutes the entire agreement between the Parties with respect to the subject matter and supersedes all prior understandings, agreements, or representations, whether written or oral.</w:t>
      </w:r>
    </w:p>
    <w:p/>
    <w:p>
      <w:r>
        <w:rPr>
          <w:b/>
          <w:sz w:val="20"/>
        </w:rPr>
        <w:t>5. Governing Law and Jurisdiction</w:t>
      </w:r>
    </w:p>
    <w:p>
      <w:r>
        <w:rPr>
          <w:b w:val="0"/>
          <w:sz w:val="20"/>
        </w:rPr>
        <w:t>This Agreement shall be governed by and construed in accordance with the laws of the Province of ____________________, Canada, without regard to its conflict of laws principles. The Parties hereby irrevocably submit to the exclusive jurisdiction of the courts of the Province of ____________________, Canada for any disputes arising out of or in connection with this Agreement.</w:t>
      </w:r>
    </w:p>
    <w:p/>
    <w:p>
      <w:r>
        <w:rPr>
          <w:b/>
          <w:sz w:val="20"/>
        </w:rPr>
        <w:t>6. Severability</w:t>
      </w:r>
    </w:p>
    <w:p>
      <w:r>
        <w:rPr>
          <w:b w:val="0"/>
          <w:sz w:val="20"/>
        </w:rPr>
        <w:t>If any provision of this Agreement is found to be invalid, illegal, or unenforceable by a court of competent jurisdiction, the remaining provisions shall continue in full force and effect.</w:t>
      </w:r>
    </w:p>
    <w:p/>
    <w:p>
      <w:r>
        <w:rPr>
          <w:b/>
          <w:sz w:val="20"/>
        </w:rPr>
        <w:t>7. Counterparts</w:t>
      </w:r>
    </w:p>
    <w:p>
      <w:r>
        <w:rPr>
          <w:b w:val="0"/>
          <w:sz w:val="20"/>
        </w:rPr>
        <w:t>This Agreement may be executed in any number of counterparts, each of which shall be deemed an original, but all of which together shall constitute one and the same instrument.</w:t>
      </w:r>
    </w:p>
    <w:p/>
    <w:p>
      <w:r>
        <w:rPr>
          <w:b/>
          <w:sz w:val="20"/>
        </w:rPr>
        <w:t>8. Notices</w:t>
      </w:r>
    </w:p>
    <w:p>
      <w:r>
        <w:rPr>
          <w:b w:val="0"/>
          <w:sz w:val="20"/>
        </w:rPr>
        <w:t>All notices or other communications required or permitted under this Agreement shall be in writing and shall be deemed given if delivered personally, sent by registered mail, courier, or electronic mail to the respective addresses set forth above or such other address as a Party may designate by notice hereunder.</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FIRST PARTY</w:t>
            </w:r>
          </w:p>
        </w:tc>
        <w:tc>
          <w:tcPr>
            <w:tcW w:type="dxa" w:w="4986"/>
            <w:tcBorders>
              <w:top w:val="nil"/>
              <w:left w:val="nil"/>
              <w:bottom w:val="nil"/>
              <w:right w:val="nil"/>
              <w:insideH w:val="nil"/>
              <w:insideV w:val="nil"/>
            </w:tcBorders>
          </w:tcPr>
          <w:p>
            <w:pPr>
              <w:jc w:val="center"/>
            </w:pPr>
            <w:r>
              <w:t>SECOND PARTY</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and Title: ________________________________</w:t>
            </w:r>
          </w:p>
        </w:tc>
        <w:tc>
          <w:tcPr>
            <w:tcW w:type="dxa" w:w="4986"/>
            <w:tcBorders>
              <w:top w:val="nil"/>
              <w:left w:val="nil"/>
              <w:bottom w:val="nil"/>
              <w:right w:val="nil"/>
              <w:insideH w:val="nil"/>
              <w:insideV w:val="nil"/>
            </w:tcBorders>
          </w:tcPr>
          <w:p>
            <w:pPr>
              <w:jc w:val="center"/>
            </w:pPr>
            <w:r>
              <w:t>Name and Title: ________________________________</w:t>
            </w:r>
          </w:p>
        </w:tc>
      </w:tr>
    </w:tbl>
    <w:p/>
    <w:p/>
    <w:p>
      <w:pPr>
        <w:jc w:val="center"/>
      </w:pPr>
      <w:r>
        <w:rPr>
          <w:b/>
          <w:sz w:val="20"/>
        </w:rPr>
        <w:t>WITNESS</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left"/>
            </w:pPr>
            <w:r>
              <w:t>Name:</w:t>
            </w:r>
          </w:p>
        </w:tc>
        <w:tc>
          <w:tcPr>
            <w:tcW w:type="dxa" w:w="4986"/>
            <w:tcBorders>
              <w:top w:val="nil"/>
              <w:left w:val="nil"/>
              <w:bottom w:val="nil"/>
              <w:right w:val="nil"/>
              <w:insideH w:val="nil"/>
              <w:insideV w:val="nil"/>
            </w:tcBorders>
          </w:tcPr>
          <w:p>
            <w:pPr>
              <w:jc w:val="left"/>
            </w:pPr>
            <w:r>
              <w:t>Signature:</w:t>
            </w:r>
          </w:p>
        </w:tc>
      </w:tr>
      <w:tr>
        <w:tc>
          <w:tcPr>
            <w:tcW w:type="dxa" w:w="4986"/>
            <w:tcBorders>
              <w:top w:val="nil"/>
              <w:left w:val="nil"/>
              <w:bottom w:val="nil"/>
              <w:right w:val="nil"/>
              <w:insideH w:val="nil"/>
              <w:insideV w:val="nil"/>
            </w:tcBorders>
          </w:tcPr>
          <w:p>
            <w:pPr>
              <w:jc w:val="left"/>
            </w:pPr>
            <w:r>
              <w:t>__________________________________________________</w:t>
            </w:r>
          </w:p>
        </w:tc>
        <w:tc>
          <w:tcPr>
            <w:tcW w:type="dxa" w:w="4986"/>
            <w:tcBorders>
              <w:top w:val="nil"/>
              <w:left w:val="nil"/>
              <w:bottom w:val="nil"/>
              <w:right w:val="nil"/>
              <w:insideH w:val="nil"/>
              <w:insideV w:val="nil"/>
            </w:tcBorders>
          </w:tcPr>
          <w:p>
            <w:pPr>
              <w:jc w:val="left"/>
            </w:pPr>
            <w:r>
              <w:t>__________________________________________________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https://legaltemplates-ca.com/amending-agreement/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amending-agreement/"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