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APPEAL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Recipient Information:</w:t>
      </w:r>
    </w:p>
    <w:p>
      <w:r>
        <w:rPr>
          <w:b w:val="0"/>
          <w:sz w:val="20"/>
        </w:rPr>
        <w:t>Full Name / Title: _____________________________________________________</w:t>
      </w:r>
    </w:p>
    <w:p>
      <w:r>
        <w:rPr>
          <w:b w:val="0"/>
          <w:sz w:val="20"/>
        </w:rPr>
        <w:t>Department / Organization: 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____________________________________________</w:t>
      </w:r>
    </w:p>
    <w:p>
      <w:r>
        <w:rPr>
          <w:b w:val="0"/>
          <w:sz w:val="20"/>
        </w:rPr>
        <w:t>Phone Number (if known): _______________________________________________</w:t>
      </w:r>
    </w:p>
    <w:p/>
    <w:p/>
    <w:p>
      <w:r>
        <w:rPr>
          <w:b/>
          <w:sz w:val="20"/>
        </w:rPr>
        <w:t>Subject:</w:t>
      </w:r>
    </w:p>
    <w:p>
      <w:r>
        <w:rPr>
          <w:b w:val="0"/>
          <w:sz w:val="20"/>
        </w:rPr>
        <w:t>Appeal regarding: ______________________________________________________</w:t>
      </w:r>
    </w:p>
    <w:p>
      <w:r>
        <w:rPr>
          <w:b w:val="0"/>
          <w:sz w:val="20"/>
        </w:rPr>
        <w:t>Reference Number (if applicable): _______________________________________</w:t>
      </w:r>
    </w:p>
    <w:p/>
    <w:p/>
    <w:p>
      <w:r>
        <w:rPr>
          <w:b w:val="0"/>
          <w:sz w:val="20"/>
        </w:rPr>
        <w:t>Dear Sir/Madam,</w:t>
      </w:r>
    </w:p>
    <w:p/>
    <w:p>
      <w:r>
        <w:rPr>
          <w:b w:val="0"/>
          <w:sz w:val="20"/>
        </w:rPr>
        <w:t>I am writing to formally submit an appeal in relation to the decision made by your office/department referenced above. I respectfully request a reconsideration of this decision based on the following grounds.</w:t>
      </w:r>
    </w:p>
    <w:p/>
    <w:p/>
    <w:p>
      <w:r>
        <w:rPr>
          <w:b/>
          <w:sz w:val="20"/>
        </w:rPr>
        <w:t>Background and Relevant Facts:</w:t>
      </w:r>
    </w:p>
    <w:p>
      <w:r>
        <w:rPr>
          <w:b w:val="0"/>
          <w:sz w:val="20"/>
        </w:rPr>
        <w:t>Please allow me to provide a detailed account of the circumstances leading to this appeal. ______________________________________________________________</w:t>
        <w:br/>
        <w:t>______________________________________________________________</w:t>
        <w:br/>
        <w:t>______________________________________________________________</w:t>
      </w:r>
    </w:p>
    <w:p/>
    <w:p/>
    <w:p>
      <w:r>
        <w:rPr>
          <w:b/>
          <w:sz w:val="20"/>
        </w:rPr>
        <w:t>Grounds for Appeal:</w:t>
      </w:r>
    </w:p>
    <w:p>
      <w:r>
        <w:rPr>
          <w:b w:val="0"/>
          <w:sz w:val="20"/>
        </w:rPr>
        <w:t>The following reasons form the basis of my appeal:</w:t>
        <w:br/>
        <w:t>1. ______________________________________________________________</w:t>
        <w:br/>
        <w:t>2. ______________________________________________________________</w:t>
        <w:br/>
        <w:t>3. ______________________________________________________________</w:t>
        <w:br/>
        <w:t>Please consider any additional documentation or evidence supporting these points.</w:t>
      </w:r>
    </w:p>
    <w:p/>
    <w:p/>
    <w:p>
      <w:r>
        <w:rPr>
          <w:b/>
          <w:sz w:val="20"/>
        </w:rPr>
        <w:t>Legal Basis for Appeal:</w:t>
      </w:r>
    </w:p>
    <w:p>
      <w:r>
        <w:rPr>
          <w:b w:val="0"/>
          <w:sz w:val="20"/>
        </w:rPr>
        <w:t>This appeal is submitted pursuant to the applicable laws and regulations under Canadian law, including but not limited to the principles of natural justice, procedural fairness, and the statutory provisions governing the decision-making process of your office/department.</w:t>
      </w:r>
    </w:p>
    <w:p/>
    <w:p/>
    <w:p>
      <w:r>
        <w:rPr>
          <w:b/>
          <w:sz w:val="20"/>
        </w:rPr>
        <w:t>Requested Outcome:</w:t>
      </w:r>
    </w:p>
    <w:p>
      <w:r>
        <w:rPr>
          <w:b w:val="0"/>
          <w:sz w:val="20"/>
        </w:rPr>
        <w:t>In light of the above, I respectfully request the following:</w:t>
        <w:br/>
        <w:t>- A full review and reconsideration of the original decision.</w:t>
        <w:br/>
        <w:t>- Any other remedies or relief deemed appropriate by the reviewing authority.</w:t>
      </w:r>
    </w:p>
    <w:p/>
    <w:p/>
    <w:p>
      <w:r>
        <w:rPr>
          <w:b/>
          <w:sz w:val="20"/>
        </w:rPr>
        <w:t>Attached Documents:</w:t>
      </w:r>
    </w:p>
    <w:p>
      <w:r>
        <w:rPr>
          <w:b w:val="0"/>
          <w:sz w:val="20"/>
        </w:rPr>
        <w:t>Please find enclosed the following documents in support of this appeal:</w:t>
        <w:br/>
        <w:t>- ______________________________________________________________</w:t>
        <w:br/>
        <w:t>- ______________________________________________________________</w:t>
        <w:br/>
        <w:t>- ______________________________________________________________</w:t>
      </w:r>
    </w:p>
    <w:p/>
    <w:p/>
    <w:p>
      <w:r>
        <w:rPr>
          <w:b/>
          <w:sz w:val="20"/>
        </w:rPr>
        <w:t>Declaration:</w:t>
      </w:r>
    </w:p>
    <w:p>
      <w:r>
        <w:rPr>
          <w:b w:val="0"/>
          <w:sz w:val="20"/>
        </w:rPr>
        <w:t>I hereby declare that the information provided in this appeal is true and complete to the best of my knowledge and belief. I understand that providing false information may have legal consequences.</w:t>
      </w:r>
    </w:p>
    <w:p/>
    <w:p/>
    <w:p>
      <w:r>
        <w:rPr>
          <w:b w:val="0"/>
          <w:sz w:val="20"/>
        </w:rPr>
        <w:t>Thank you for your attention to this matter. I trust that my appeal will be given fair and impartial consideration. Please do not hesitate to contact me should you require any further information or clarification.</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APPELLANT</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appeal-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