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CAKE ORDER FORM</w:t>
      </w:r>
    </w:p>
    <w:p/>
    <w:p>
      <w:r>
        <w:rPr>
          <w:b/>
          <w:sz w:val="20"/>
        </w:rPr>
        <w:t>Customer Information:</w:t>
      </w:r>
    </w:p>
    <w:p>
      <w:r>
        <w:rPr>
          <w:b w:val="0"/>
          <w:sz w:val="20"/>
        </w:rPr>
        <w:t>Full Name: 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r>
        <w:rPr>
          <w:b w:val="0"/>
          <w:sz w:val="20"/>
        </w:rPr>
        <w:t>Billing Address: _______________________________________________________</w:t>
      </w:r>
    </w:p>
    <w:p>
      <w:r>
        <w:rPr>
          <w:b w:val="0"/>
          <w:sz w:val="20"/>
        </w:rPr>
        <w:t>City: ___________________________ Province: ___________________________</w:t>
      </w:r>
    </w:p>
    <w:p>
      <w:r>
        <w:rPr>
          <w:b w:val="0"/>
          <w:sz w:val="20"/>
        </w:rPr>
        <w:t>Postal Code: ___________________________________________________________</w:t>
      </w:r>
    </w:p>
    <w:p/>
    <w:p>
      <w:r>
        <w:rPr>
          <w:b/>
          <w:sz w:val="20"/>
        </w:rPr>
        <w:t>Order Details:</w:t>
      </w:r>
    </w:p>
    <w:p>
      <w:r>
        <w:rPr>
          <w:b w:val="0"/>
          <w:sz w:val="20"/>
        </w:rPr>
        <w:t>Cake Type: _____________________________________________________________</w:t>
      </w:r>
    </w:p>
    <w:p>
      <w:r>
        <w:rPr>
          <w:b w:val="0"/>
          <w:sz w:val="20"/>
        </w:rPr>
        <w:t>Size / Servings: _______________________________________________________</w:t>
      </w:r>
    </w:p>
    <w:p>
      <w:r>
        <w:rPr>
          <w:b w:val="0"/>
          <w:sz w:val="20"/>
        </w:rPr>
        <w:t>Flavor(s): _____________________________________________________________</w:t>
      </w:r>
    </w:p>
    <w:p>
      <w:r>
        <w:rPr>
          <w:b w:val="0"/>
          <w:sz w:val="20"/>
        </w:rPr>
        <w:t>Filling(s): ____________________________________________________________</w:t>
      </w:r>
    </w:p>
    <w:p>
      <w:r>
        <w:rPr>
          <w:b w:val="0"/>
          <w:sz w:val="20"/>
        </w:rPr>
        <w:t>Icing Type: ____________________________________________________________</w:t>
      </w:r>
    </w:p>
    <w:p>
      <w:r>
        <w:rPr>
          <w:b w:val="0"/>
          <w:sz w:val="20"/>
        </w:rPr>
        <w:t>Decorations and Special Instructions:</w:t>
      </w:r>
    </w:p>
    <w:p>
      <w:r>
        <w:rPr>
          <w:b w:val="0"/>
          <w:sz w:val="20"/>
        </w:rPr>
        <w:t>_______________________________________________________________________</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Delivery / Pickup:</w:t>
      </w:r>
    </w:p>
    <w:p>
      <w:r>
        <w:rPr>
          <w:b w:val="0"/>
          <w:sz w:val="20"/>
        </w:rPr>
        <w:t>Preferred Delivery Date and Time: ______________________________________</w:t>
      </w:r>
    </w:p>
    <w:p>
      <w:r>
        <w:rPr>
          <w:b w:val="0"/>
          <w:sz w:val="20"/>
        </w:rPr>
        <w:t>Delivery Address (if different from billing): ____________________________</w:t>
      </w:r>
    </w:p>
    <w:p>
      <w:r>
        <w:rPr>
          <w:b w:val="0"/>
          <w:sz w:val="20"/>
        </w:rPr>
        <w:t>City: ___________________________ Province: ___________________________</w:t>
      </w:r>
    </w:p>
    <w:p>
      <w:r>
        <w:rPr>
          <w:b w:val="0"/>
          <w:sz w:val="20"/>
        </w:rPr>
        <w:t>Postal Code: ___________________________________________________________</w:t>
      </w:r>
    </w:p>
    <w:p>
      <w:r>
        <w:rPr>
          <w:b w:val="0"/>
          <w:sz w:val="20"/>
        </w:rPr>
        <w:t>Pickup Option: ( ) Yes     ( ) No</w:t>
      </w:r>
    </w:p>
    <w:p>
      <w:r>
        <w:rPr>
          <w:b w:val="0"/>
          <w:sz w:val="20"/>
        </w:rPr>
        <w:t>If Pickup, Preferred Date and Time: _____________________________________</w:t>
      </w:r>
    </w:p>
    <w:p/>
    <w:p>
      <w:r>
        <w:rPr>
          <w:b/>
          <w:sz w:val="20"/>
        </w:rPr>
        <w:t>Pricing and Payment Terms:</w:t>
      </w:r>
    </w:p>
    <w:p>
      <w:r>
        <w:rPr>
          <w:b w:val="0"/>
          <w:sz w:val="20"/>
        </w:rPr>
        <w:t>Total Price: $________________ CAD</w:t>
      </w:r>
    </w:p>
    <w:p>
      <w:r>
        <w:rPr>
          <w:b w:val="0"/>
          <w:sz w:val="20"/>
        </w:rPr>
        <w:t>Deposit Amount (if applicable): $________________ CAD</w:t>
      </w:r>
    </w:p>
    <w:p>
      <w:r>
        <w:rPr>
          <w:b w:val="0"/>
          <w:sz w:val="20"/>
        </w:rPr>
        <w:t>Deposit Due Date: ______________________________________________________</w:t>
      </w:r>
    </w:p>
    <w:p>
      <w:r>
        <w:rPr>
          <w:b w:val="0"/>
          <w:sz w:val="20"/>
        </w:rPr>
        <w:t>Payment Method: ________________________________________________________</w:t>
      </w:r>
    </w:p>
    <w:p>
      <w:r>
        <w:rPr>
          <w:b w:val="0"/>
          <w:sz w:val="20"/>
        </w:rPr>
        <w:t>Balance Due Date: ______________________________________________________</w:t>
      </w:r>
    </w:p>
    <w:p/>
    <w:p>
      <w:r>
        <w:rPr>
          <w:b/>
          <w:sz w:val="20"/>
        </w:rPr>
        <w:t>1. Order Confirmation and Deposit</w:t>
      </w:r>
    </w:p>
    <w:p>
      <w:r>
        <w:rPr>
          <w:b w:val="0"/>
          <w:sz w:val="20"/>
        </w:rPr>
        <w:t>A deposit as stated above is required to confirm the order. The deposit is non-refundable except as otherwise provided in this agreement. Full payment must be completed before cake delivery or pickup unless otherwise agreed in writing.</w:t>
      </w:r>
    </w:p>
    <w:p/>
    <w:p>
      <w:r>
        <w:rPr>
          <w:b/>
          <w:sz w:val="20"/>
        </w:rPr>
        <w:t>2. Cancellation and Refund Policy</w:t>
      </w:r>
    </w:p>
    <w:p>
      <w:r>
        <w:rPr>
          <w:b w:val="0"/>
          <w:sz w:val="20"/>
        </w:rPr>
        <w:t>Cancellations made at least 7 business days before the scheduled delivery or pickup date will receive a full refund of any payment made, less the non-refundable deposit. Cancellations made less than 7 business days prior will result in forfeiture of the deposit. No refunds will be given for partial or late cancellations.</w:t>
      </w:r>
    </w:p>
    <w:p/>
    <w:p>
      <w:r>
        <w:rPr>
          <w:b/>
          <w:sz w:val="20"/>
        </w:rPr>
        <w:t>3. Delivery and Pickup</w:t>
      </w:r>
    </w:p>
    <w:p>
      <w:r>
        <w:rPr>
          <w:b w:val="0"/>
          <w:sz w:val="20"/>
        </w:rPr>
        <w:t>The Seller will deliver or prepare the cake for pickup as specified. The Buyer is responsible for ensuring availability at the specified time and location. The Seller is not liable for any damages or losses due to late pickup or delivery failures beyond Seller’s control. Risk of loss or damage passes to the Buyer upon delivery or pickup.</w:t>
      </w:r>
    </w:p>
    <w:p/>
    <w:p>
      <w:r>
        <w:rPr>
          <w:b/>
          <w:sz w:val="20"/>
        </w:rPr>
        <w:t>4. Allergies and Dietary Restrictions</w:t>
      </w:r>
    </w:p>
    <w:p>
      <w:r>
        <w:rPr>
          <w:b w:val="0"/>
          <w:sz w:val="20"/>
        </w:rPr>
        <w:t>The Buyer must disclose any allergies or dietary restrictions at the time of order. The Seller will take reasonable care but does not guarantee allergen-free products due to potential cross-contamination in the kitchen environment.</w:t>
      </w:r>
    </w:p>
    <w:p/>
    <w:p>
      <w:r>
        <w:rPr>
          <w:b/>
          <w:sz w:val="20"/>
        </w:rPr>
        <w:t>5. Liability and Indemnification</w:t>
      </w:r>
    </w:p>
    <w:p>
      <w:r>
        <w:rPr>
          <w:b w:val="0"/>
          <w:sz w:val="20"/>
        </w:rPr>
        <w:t>The Seller is not liable for any indirect, incidental, or consequential damages arising from the use or consumption of the cake. The Buyer agrees to indemnify and hold harmless the Seller against any claims arising from allergies, misuse, or failure to follow storage and handling instructions.</w:t>
      </w:r>
    </w:p>
    <w:p/>
    <w:p>
      <w:r>
        <w:rPr>
          <w:b/>
          <w:sz w:val="20"/>
        </w:rPr>
        <w:t>6. Changes to Order</w:t>
      </w:r>
    </w:p>
    <w:p>
      <w:r>
        <w:rPr>
          <w:b w:val="0"/>
          <w:sz w:val="20"/>
        </w:rPr>
        <w:t>Any changes to the order after confirmation must be requested in writing and are subject to acceptance by the Seller. Additional charges or changes to delivery dates may apply.</w:t>
      </w:r>
    </w:p>
    <w:p/>
    <w:p>
      <w:r>
        <w:rPr>
          <w:b/>
          <w:sz w:val="20"/>
        </w:rPr>
        <w:t>7. Governing Law and Jurisdiction</w:t>
      </w:r>
    </w:p>
    <w:p>
      <w:r>
        <w:rPr>
          <w:b w:val="0"/>
          <w:sz w:val="20"/>
        </w:rPr>
        <w:t>This agreement shall be governed by and construed in accordance with the laws of Canada and the relevant Province or Territory where the Seller operates. Any disputes shall be resolved in the competent courts of that jurisdiction.</w:t>
      </w:r>
    </w:p>
    <w:p/>
    <w:p>
      <w:r>
        <w:rPr>
          <w:b/>
          <w:sz w:val="20"/>
        </w:rPr>
        <w:t>8. Entire Agreement</w:t>
      </w:r>
    </w:p>
    <w:p>
      <w:r>
        <w:rPr>
          <w:b w:val="0"/>
          <w:sz w:val="20"/>
        </w:rPr>
        <w:t>This document contains the entire agreement between the Buyer and Seller regarding the cake order and supersedes all prior communications and agreements, whether oral or written.</w:t>
      </w:r>
    </w:p>
    <w:p/>
    <w:p/>
    <w:p>
      <w:r>
        <w:rPr>
          <w:b/>
          <w:sz w:val="20"/>
        </w:rPr>
        <w:t>Customer Signature: ___________________________________________</w:t>
      </w:r>
    </w:p>
    <w:p/>
    <w:p/>
    <w:p/>
    <w:p>
      <w:r>
        <w:rPr>
          <w:b/>
          <w:sz w:val="20"/>
        </w:rPr>
        <w:t>Seller Signature: ___________________________________________</w:t>
      </w:r>
    </w:p>
    <w:p/>
    <w:p/>
    <w:p/>
    <w:p>
      <w:r>
        <w:rPr>
          <w:b/>
          <w:sz w:val="20"/>
        </w:rPr>
        <w:t>Print Name (Customer): _______________________________________</w:t>
      </w:r>
    </w:p>
    <w:p>
      <w:r>
        <w:rPr>
          <w:b/>
          <w:sz w:val="20"/>
        </w:rPr>
        <w:t>Print Name (Seller): _________________________________________</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CUSTOMER</w:t>
            </w:r>
          </w:p>
        </w:tc>
        <w:tc>
          <w:tcPr>
            <w:tcW w:type="dxa" w:w="4986"/>
            <w:tcBorders>
              <w:top w:val="nil"/>
              <w:left w:val="nil"/>
              <w:bottom w:val="nil"/>
              <w:right w:val="nil"/>
              <w:insideH w:val="nil"/>
              <w:insideV w:val="nil"/>
            </w:tcBorders>
          </w:tcPr>
          <w:p>
            <w:pPr>
              <w:jc w:val="center"/>
            </w:pPr>
            <w:r>
              <w:t>SELLER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https://legaltemplates-ca.com/cake-order-form/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cake-order-form/"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