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CAREGIVER EMPLOYMENT AGREEMENT</w:t>
      </w:r>
    </w:p>
    <w:p/>
    <w:p>
      <w:r>
        <w:rPr>
          <w:b/>
          <w:sz w:val="20"/>
        </w:rPr>
        <w:t>This Caregiver Employment Agreement (the "Agreement") is made between:</w:t>
      </w:r>
    </w:p>
    <w:p>
      <w:r>
        <w:rPr>
          <w:b w:val="0"/>
          <w:sz w:val="20"/>
        </w:rPr>
        <w:t>Employer Name: 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pPr>
        <w:jc w:val="center"/>
      </w:pPr>
      <w:r>
        <w:rPr>
          <w:b w:val="0"/>
          <w:sz w:val="20"/>
        </w:rPr>
        <w:t>and</w:t>
      </w:r>
    </w:p>
    <w:p/>
    <w:p>
      <w:r>
        <w:rPr>
          <w:b w:val="0"/>
          <w:sz w:val="20"/>
        </w:rPr>
        <w:t>Caregiver Name: 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p>
      <w:r>
        <w:rPr>
          <w:b/>
          <w:sz w:val="20"/>
        </w:rPr>
        <w:t>WHEREAS, the Employer wishes to retain the services of the Caregiver to provide personal care and related services as set out herein;</w:t>
      </w:r>
    </w:p>
    <w:p>
      <w:r>
        <w:rPr>
          <w:b/>
          <w:sz w:val="20"/>
        </w:rPr>
        <w:t>WHEREAS, the Caregiver agrees to provide such services under the terms and conditions of this Agreement;</w:t>
      </w:r>
    </w:p>
    <w:p/>
    <w:p/>
    <w:p>
      <w:r>
        <w:rPr>
          <w:b/>
          <w:sz w:val="20"/>
        </w:rPr>
        <w:t>1. TERM OF AGREEMENT</w:t>
      </w:r>
    </w:p>
    <w:p>
      <w:r>
        <w:rPr>
          <w:b w:val="0"/>
          <w:sz w:val="20"/>
        </w:rPr>
        <w:t>This Agreement shall commence on the date of signature below and shall continue until terminated in accordance with the provisions herein.</w:t>
      </w:r>
    </w:p>
    <w:p/>
    <w:p>
      <w:r>
        <w:rPr>
          <w:b/>
          <w:sz w:val="20"/>
        </w:rPr>
        <w:t>2. DUTIES AND RESPONSIBILITIES</w:t>
      </w:r>
    </w:p>
    <w:p>
      <w:r>
        <w:rPr>
          <w:b w:val="0"/>
          <w:sz w:val="20"/>
        </w:rPr>
        <w:t>The Caregiver agrees to perform the following duties diligently and to the best of their ability:</w:t>
      </w:r>
    </w:p>
    <w:p>
      <w:r>
        <w:rPr>
          <w:b w:val="0"/>
          <w:sz w:val="20"/>
        </w:rPr>
        <w:t>- Assist the Employer or Employer’s family member with daily living activities including but not limited to personal hygiene, dressing, grooming, and toileting.</w:t>
      </w:r>
    </w:p>
    <w:p>
      <w:r>
        <w:rPr>
          <w:b w:val="0"/>
          <w:sz w:val="20"/>
        </w:rPr>
        <w:t>- Provide medication reminders and assist with medication adherence as directed by the Employer or healthcare professionals.</w:t>
      </w:r>
    </w:p>
    <w:p>
      <w:r>
        <w:rPr>
          <w:b w:val="0"/>
          <w:sz w:val="20"/>
        </w:rPr>
        <w:t>- Prepare meals and assist with feeding as necessary.</w:t>
      </w:r>
    </w:p>
    <w:p>
      <w:r>
        <w:rPr>
          <w:b w:val="0"/>
          <w:sz w:val="20"/>
        </w:rPr>
        <w:t>- Perform light housekeeping tasks related to the care recipient’s needs such as laundry, cleaning, and maintaining a safe environment.</w:t>
      </w:r>
    </w:p>
    <w:p>
      <w:r>
        <w:rPr>
          <w:b w:val="0"/>
          <w:sz w:val="20"/>
        </w:rPr>
        <w:t>- Accompany the care recipient to medical appointments and social activities as required.</w:t>
      </w:r>
    </w:p>
    <w:p>
      <w:r>
        <w:rPr>
          <w:b w:val="0"/>
          <w:sz w:val="20"/>
        </w:rPr>
        <w:t>- Report any changes in the care recipient’s physical or mental condition promptly to the Employer.</w:t>
      </w:r>
    </w:p>
    <w:p>
      <w:r>
        <w:rPr>
          <w:b w:val="0"/>
          <w:sz w:val="20"/>
        </w:rPr>
        <w:t>- Maintain confidentiality regarding all personal and medical information of the care recipient.</w:t>
      </w:r>
    </w:p>
    <w:p>
      <w:r>
        <w:rPr>
          <w:b w:val="0"/>
          <w:sz w:val="20"/>
        </w:rPr>
        <w:t>- Comply with all applicable laws, regulations, and standards of professional conduct.</w:t>
      </w:r>
    </w:p>
    <w:p/>
    <w:p>
      <w:r>
        <w:rPr>
          <w:b/>
          <w:sz w:val="20"/>
        </w:rPr>
        <w:t>3. WORK SCHEDULE</w:t>
      </w:r>
    </w:p>
    <w:p>
      <w:r>
        <w:rPr>
          <w:b w:val="0"/>
          <w:sz w:val="20"/>
        </w:rPr>
        <w:t>The Caregiver shall work according to the following schedule:</w:t>
      </w:r>
    </w:p>
    <w:p>
      <w:r>
        <w:rPr>
          <w:b w:val="0"/>
          <w:sz w:val="20"/>
        </w:rPr>
        <w:t>Days of Work: _______________________________________________________</w:t>
      </w:r>
    </w:p>
    <w:p>
      <w:r>
        <w:rPr>
          <w:b w:val="0"/>
          <w:sz w:val="20"/>
        </w:rPr>
        <w:t>Hours per Day: _______________________________________________________</w:t>
      </w:r>
    </w:p>
    <w:p>
      <w:r>
        <w:rPr>
          <w:b w:val="0"/>
          <w:sz w:val="20"/>
        </w:rPr>
        <w:t>Total Weekly Hours: __________________________________________________</w:t>
      </w:r>
    </w:p>
    <w:p/>
    <w:p>
      <w:r>
        <w:rPr>
          <w:b/>
          <w:sz w:val="20"/>
        </w:rPr>
        <w:t>4. COMPENSATION AND BENEFITS</w:t>
      </w:r>
    </w:p>
    <w:p>
      <w:r>
        <w:rPr>
          <w:b w:val="0"/>
          <w:sz w:val="20"/>
        </w:rPr>
        <w:t>4.1 Wage</w:t>
      </w:r>
    </w:p>
    <w:p>
      <w:r>
        <w:rPr>
          <w:b w:val="0"/>
          <w:sz w:val="20"/>
        </w:rPr>
        <w:t>The Employer agrees to pay the Caregiver at a rate of $____________ per hour/week/month (circle one). Payment will be made on a ______________ basis.</w:t>
      </w:r>
    </w:p>
    <w:p/>
    <w:p>
      <w:r>
        <w:rPr>
          <w:b w:val="0"/>
          <w:sz w:val="20"/>
        </w:rPr>
        <w:t>4.2 Overtime</w:t>
      </w:r>
    </w:p>
    <w:p>
      <w:r>
        <w:rPr>
          <w:b w:val="0"/>
          <w:sz w:val="20"/>
        </w:rPr>
        <w:t>Overtime shall be compensated in accordance with applicable federal and provincial employment standards legislation.</w:t>
      </w:r>
    </w:p>
    <w:p/>
    <w:p>
      <w:r>
        <w:rPr>
          <w:b w:val="0"/>
          <w:sz w:val="20"/>
        </w:rPr>
        <w:t>4.3 Statutory Deductions</w:t>
      </w:r>
    </w:p>
    <w:p>
      <w:r>
        <w:rPr>
          <w:b w:val="0"/>
          <w:sz w:val="20"/>
        </w:rPr>
        <w:t>All required statutory deductions including income tax, Canada Pension Plan (CPP), Employment Insurance (EI), and any other applicable deductions shall be made from the Caregiver’s wages.</w:t>
      </w:r>
    </w:p>
    <w:p/>
    <w:p>
      <w:r>
        <w:rPr>
          <w:b w:val="0"/>
          <w:sz w:val="20"/>
        </w:rPr>
        <w:t>4.4 Benefits</w:t>
      </w:r>
    </w:p>
    <w:p>
      <w:r>
        <w:rPr>
          <w:b w:val="0"/>
          <w:sz w:val="20"/>
        </w:rPr>
        <w:t>The Caregiver shall be entitled to the following benefits (if any):</w:t>
      </w:r>
    </w:p>
    <w:p>
      <w:r>
        <w:rPr>
          <w:b w:val="0"/>
          <w:sz w:val="20"/>
        </w:rPr>
        <w:t>__________________________________________________________________________</w:t>
      </w:r>
    </w:p>
    <w:p/>
    <w:p>
      <w:r>
        <w:rPr>
          <w:b/>
          <w:sz w:val="20"/>
        </w:rPr>
        <w:t>5. VACATION AND LEAVE</w:t>
      </w:r>
    </w:p>
    <w:p>
      <w:r>
        <w:rPr>
          <w:b w:val="0"/>
          <w:sz w:val="20"/>
        </w:rPr>
        <w:t>The Caregiver is entitled to vacation, statutory holidays, and leaves of absence in accordance with applicable provincial and federal laws. Specific arrangements are as follows:</w:t>
      </w:r>
    </w:p>
    <w:p>
      <w:r>
        <w:rPr>
          <w:b w:val="0"/>
          <w:sz w:val="20"/>
        </w:rPr>
        <w:t>Vacation Leave: ______________________________________________________</w:t>
      </w:r>
    </w:p>
    <w:p>
      <w:r>
        <w:rPr>
          <w:b w:val="0"/>
          <w:sz w:val="20"/>
        </w:rPr>
        <w:t>Statutory Holidays: ___________________________________________________</w:t>
      </w:r>
    </w:p>
    <w:p>
      <w:r>
        <w:rPr>
          <w:b w:val="0"/>
          <w:sz w:val="20"/>
        </w:rPr>
        <w:t>Sick Leave: __________________________________________________________</w:t>
      </w:r>
    </w:p>
    <w:p>
      <w:r>
        <w:rPr>
          <w:b w:val="0"/>
          <w:sz w:val="20"/>
        </w:rPr>
        <w:t>Other Leave (specify): ________________________________________________</w:t>
      </w:r>
    </w:p>
    <w:p/>
    <w:p>
      <w:r>
        <w:rPr>
          <w:b/>
          <w:sz w:val="20"/>
        </w:rPr>
        <w:t>6. CONFIDENTIALITY</w:t>
      </w:r>
    </w:p>
    <w:p>
      <w:r>
        <w:rPr>
          <w:b w:val="0"/>
          <w:sz w:val="20"/>
        </w:rPr>
        <w:t>The Caregiver acknowledges that during the course of employment, confidential information relating to the Employer and care recipient will be accessed. The Caregiver agrees to keep all such information strictly confidential and not to disclose it to any third party without prior written consent, both during and after the termination of this Agreement.</w:t>
      </w:r>
    </w:p>
    <w:p/>
    <w:p>
      <w:r>
        <w:rPr>
          <w:b/>
          <w:sz w:val="20"/>
        </w:rPr>
        <w:t>7. TERMINATION</w:t>
      </w:r>
    </w:p>
    <w:p>
      <w:r>
        <w:rPr>
          <w:b w:val="0"/>
          <w:sz w:val="20"/>
        </w:rPr>
        <w:t>7.1 Termination by Employer</w:t>
      </w:r>
    </w:p>
    <w:p>
      <w:r>
        <w:rPr>
          <w:b w:val="0"/>
          <w:sz w:val="20"/>
        </w:rPr>
        <w:t>The Employer may terminate this Agreement at any time by providing the Caregiver with _______________ (e.g. number of days) written notice or pay in lieu thereof, subject to applicable employment standards legislation.</w:t>
      </w:r>
    </w:p>
    <w:p/>
    <w:p>
      <w:r>
        <w:rPr>
          <w:b w:val="0"/>
          <w:sz w:val="20"/>
        </w:rPr>
        <w:t>7.2 Termination by Caregiver</w:t>
      </w:r>
    </w:p>
    <w:p>
      <w:r>
        <w:rPr>
          <w:b w:val="0"/>
          <w:sz w:val="20"/>
        </w:rPr>
        <w:t>The Caregiver may terminate this Agreement at any time by providing the Employer with _______________ (e.g. number of days) written notice.</w:t>
      </w:r>
    </w:p>
    <w:p/>
    <w:p>
      <w:r>
        <w:rPr>
          <w:b w:val="0"/>
          <w:sz w:val="20"/>
        </w:rPr>
        <w:t>7.3 Immediate Termination</w:t>
      </w:r>
    </w:p>
    <w:p>
      <w:r>
        <w:rPr>
          <w:b w:val="0"/>
          <w:sz w:val="20"/>
        </w:rPr>
        <w:t>This Agreement may be terminated immediately by either party for just cause, including but not limited to misconduct, breach of contract, or neglect of duties.</w:t>
      </w:r>
    </w:p>
    <w:p/>
    <w:p>
      <w:r>
        <w:rPr>
          <w:b/>
          <w:sz w:val="20"/>
        </w:rPr>
        <w:t>8. HEALTH AND SAFETY</w:t>
      </w:r>
    </w:p>
    <w:p>
      <w:r>
        <w:rPr>
          <w:b w:val="0"/>
          <w:sz w:val="20"/>
        </w:rPr>
        <w:t>Both parties agree to comply with all applicable health and safety laws and regulations. The Caregiver shall take reasonable care to ensure their own safety and that of the care recipient while performing duties. The Employer shall provide a safe working environment and necessary equipment.</w:t>
      </w:r>
    </w:p>
    <w:p/>
    <w:p>
      <w:r>
        <w:rPr>
          <w:b/>
          <w:sz w:val="20"/>
        </w:rPr>
        <w:t>9. INDEPENDENT CONTRACTOR STATUS</w:t>
      </w:r>
    </w:p>
    <w:p>
      <w:r>
        <w:rPr>
          <w:b w:val="0"/>
          <w:sz w:val="20"/>
        </w:rPr>
        <w:t>If applicable, clarify whether the Caregiver is an employee or an independent contractor. If independent contractor, include:</w:t>
      </w:r>
    </w:p>
    <w:p>
      <w:r>
        <w:rPr>
          <w:b w:val="0"/>
          <w:sz w:val="20"/>
        </w:rPr>
        <w:t>The Caregiver acknowledges and agrees that they perform their services as an independent contractor and not as an employee of the Employer. The Caregiver is responsible for their own taxes, insurance, and compliance with applicable laws.</w:t>
      </w:r>
    </w:p>
    <w:p/>
    <w:p>
      <w:r>
        <w:rPr>
          <w:b/>
          <w:sz w:val="20"/>
        </w:rPr>
        <w:t>10. DISPUTE RESOLUTION</w:t>
      </w:r>
    </w:p>
    <w:p>
      <w:r>
        <w:rPr>
          <w:b w:val="0"/>
          <w:sz w:val="20"/>
        </w:rPr>
        <w:t>In the event of any dispute arising out of or relating to this Agreement, the parties agree to first attempt to resolve the dispute through good faith negotiation. If unresolved, the dispute shall be submitted to mediation. Should mediation fail, the parties may seek resolution by arbitration or through the courts of the appropriate jurisdiction in Canada.</w:t>
      </w:r>
    </w:p>
    <w:p/>
    <w:p>
      <w:r>
        <w:rPr>
          <w:b/>
          <w:sz w:val="20"/>
        </w:rPr>
        <w:t>11. GOVERNING LAW</w:t>
      </w:r>
    </w:p>
    <w:p>
      <w:r>
        <w:rPr>
          <w:b w:val="0"/>
          <w:sz w:val="20"/>
        </w:rPr>
        <w:t>This Agreement shall be governed by and construed in accordance with the laws of the province in Canada where the services are performed and the federal laws of Canada applicable therein.</w:t>
      </w:r>
    </w:p>
    <w:p/>
    <w:p>
      <w:r>
        <w:rPr>
          <w:b/>
          <w:sz w:val="20"/>
        </w:rPr>
        <w:t>12. ENTIRE AGREEMENT</w:t>
      </w:r>
    </w:p>
    <w:p>
      <w:r>
        <w:rPr>
          <w:b w:val="0"/>
          <w:sz w:val="20"/>
        </w:rPr>
        <w:t>This Agreement constitutes the entire understanding between the parties with respect to its subject matter and supersedes all prior negotiations, representations, or agreements, whether written or oral.</w:t>
      </w:r>
    </w:p>
    <w:p/>
    <w:p>
      <w:r>
        <w:rPr>
          <w:b/>
          <w:sz w:val="20"/>
        </w:rPr>
        <w:t>13. AMENDMENTS</w:t>
      </w:r>
    </w:p>
    <w:p>
      <w:r>
        <w:rPr>
          <w:b w:val="0"/>
          <w:sz w:val="20"/>
        </w:rPr>
        <w:t>No amendments or modifications to this Agreement shall be valid unless made in writing and signed by both parties.</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CAREGIVER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https://legaltemplates-ca.com/caregiver-contract/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aregiver-contrac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