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CATERING SERVICES AGREEMENT</w:t>
      </w:r>
    </w:p>
    <w:p/>
    <w:p>
      <w:r>
        <w:rPr>
          <w:b/>
          <w:sz w:val="20"/>
        </w:rPr>
        <w:t>This Catering Services Agreement (the "Agreement") is entered into by and between:</w:t>
      </w:r>
    </w:p>
    <w:p>
      <w:r>
        <w:rPr>
          <w:b/>
          <w:sz w:val="20"/>
        </w:rPr>
        <w:t>Service Provider:</w:t>
      </w:r>
    </w:p>
    <w:p>
      <w:r>
        <w:rPr>
          <w:b w:val="0"/>
          <w:sz w:val="20"/>
        </w:rPr>
        <w:t>Company Name: ____________________________________________________________</w:t>
      </w:r>
    </w:p>
    <w:p>
      <w:r>
        <w:rPr>
          <w:b w:val="0"/>
          <w:sz w:val="20"/>
        </w:rPr>
        <w:t>Business Number: 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w:t>
      </w:r>
    </w:p>
    <w:p>
      <w:r>
        <w:rPr>
          <w:b w:val="0"/>
          <w:sz w:val="20"/>
        </w:rPr>
        <w:t>Full Name / Company Name: ________________________________________________</w:t>
      </w:r>
    </w:p>
    <w:p>
      <w:r>
        <w:rPr>
          <w:b w:val="0"/>
          <w:sz w:val="20"/>
        </w:rPr>
        <w:t>Address: ________________________________________________________________</w:t>
      </w:r>
    </w:p>
    <w:p>
      <w:r>
        <w:rPr>
          <w:b w:val="0"/>
          <w:sz w:val="20"/>
        </w:rPr>
        <w:t>Contact Person: 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WHEREAS</w:t>
      </w:r>
    </w:p>
    <w:p>
      <w:r>
        <w:rPr>
          <w:b w:val="0"/>
          <w:sz w:val="20"/>
        </w:rPr>
        <w:t>The Service Provider is duly qualified and experienced to provide catering services as described herein;</w:t>
      </w:r>
    </w:p>
    <w:p>
      <w:r>
        <w:rPr>
          <w:b w:val="0"/>
          <w:sz w:val="20"/>
        </w:rPr>
        <w:t>The Client desires to retain the Service Provider to provide such catering services under the terms and conditions set forth in this Agreement.</w:t>
      </w:r>
    </w:p>
    <w:p/>
    <w:p>
      <w:r>
        <w:rPr>
          <w:b/>
          <w:sz w:val="20"/>
        </w:rPr>
        <w:t>1. Definitions</w:t>
      </w:r>
    </w:p>
    <w:p>
      <w:r>
        <w:rPr>
          <w:b w:val="0"/>
          <w:sz w:val="20"/>
        </w:rPr>
        <w:t>“Event” means the occasion or function for which catering services are to be provided.</w:t>
      </w:r>
    </w:p>
    <w:p>
      <w:r>
        <w:rPr>
          <w:b w:val="0"/>
          <w:sz w:val="20"/>
        </w:rPr>
        <w:t>“Contract Price” means the total amount payable by the Client to the Service Provider for the Services.</w:t>
      </w:r>
    </w:p>
    <w:p>
      <w:r>
        <w:rPr>
          <w:b w:val="0"/>
          <w:sz w:val="20"/>
        </w:rPr>
        <w:t>“Services” mean all catering services, including food preparation, delivery, setup, service, and cleanup as described in this Agreement.</w:t>
      </w:r>
    </w:p>
    <w:p/>
    <w:p>
      <w:r>
        <w:rPr>
          <w:b/>
          <w:sz w:val="20"/>
        </w:rPr>
        <w:t>2. Scope of Services</w:t>
      </w:r>
    </w:p>
    <w:p>
      <w:r>
        <w:rPr>
          <w:b w:val="0"/>
          <w:sz w:val="20"/>
        </w:rPr>
        <w:t>The Service Provider agrees to provide the following catering services for the Event:</w:t>
      </w:r>
    </w:p>
    <w:p>
      <w:r>
        <w:rPr>
          <w:b w:val="0"/>
          <w:sz w:val="20"/>
        </w:rPr>
        <w:t>- Menu planning and food preparation as per Client’s specifications.</w:t>
      </w:r>
    </w:p>
    <w:p>
      <w:r>
        <w:rPr>
          <w:b w:val="0"/>
          <w:sz w:val="20"/>
        </w:rPr>
        <w:t>- Delivery and setup of food and beverages at the Event location.</w:t>
      </w:r>
    </w:p>
    <w:p>
      <w:r>
        <w:rPr>
          <w:b w:val="0"/>
          <w:sz w:val="20"/>
        </w:rPr>
        <w:t>- Provision of necessary serving equipment and utensils.</w:t>
      </w:r>
    </w:p>
    <w:p>
      <w:r>
        <w:rPr>
          <w:b w:val="0"/>
          <w:sz w:val="20"/>
        </w:rPr>
        <w:t>- On-site service and cleanup following the Event.</w:t>
      </w:r>
    </w:p>
    <w:p>
      <w:r>
        <w:rPr>
          <w:b w:val="0"/>
          <w:sz w:val="20"/>
        </w:rPr>
        <w:t>- Provision of qualified staff as required.</w:t>
      </w:r>
    </w:p>
    <w:p>
      <w:r>
        <w:rPr>
          <w:b w:val="0"/>
          <w:sz w:val="20"/>
        </w:rPr>
        <w:t>Detailed menu and quantities shall be attached as Schedule A to this Agreement.</w:t>
      </w:r>
    </w:p>
    <w:p/>
    <w:p>
      <w:r>
        <w:rPr>
          <w:b/>
          <w:sz w:val="20"/>
        </w:rPr>
        <w:t>3. Event Details</w:t>
      </w:r>
    </w:p>
    <w:p>
      <w:r>
        <w:rPr>
          <w:b w:val="0"/>
          <w:sz w:val="20"/>
        </w:rPr>
        <w:t>Event Date: ______________________________________________________________</w:t>
      </w:r>
    </w:p>
    <w:p>
      <w:r>
        <w:rPr>
          <w:b w:val="0"/>
          <w:sz w:val="20"/>
        </w:rPr>
        <w:t>Event Location: ___________________________________________________________</w:t>
      </w:r>
    </w:p>
    <w:p>
      <w:r>
        <w:rPr>
          <w:b w:val="0"/>
          <w:sz w:val="20"/>
        </w:rPr>
        <w:t>Event Start Time: ________________________________________________________</w:t>
      </w:r>
    </w:p>
    <w:p>
      <w:r>
        <w:rPr>
          <w:b w:val="0"/>
          <w:sz w:val="20"/>
        </w:rPr>
        <w:t>Event End Time: __________________________________________________________</w:t>
      </w:r>
    </w:p>
    <w:p>
      <w:r>
        <w:rPr>
          <w:b w:val="0"/>
          <w:sz w:val="20"/>
        </w:rPr>
        <w:t>Expected Number of Guests: _______________________________________________</w:t>
      </w:r>
    </w:p>
    <w:p/>
    <w:p>
      <w:r>
        <w:rPr>
          <w:b/>
          <w:sz w:val="20"/>
        </w:rPr>
        <w:t>4. Contract Price and Payment Terms</w:t>
      </w:r>
    </w:p>
    <w:p>
      <w:r>
        <w:rPr>
          <w:b w:val="0"/>
          <w:sz w:val="20"/>
        </w:rPr>
        <w:t>The total Contract Price for the Services is: _______________________________ CAD</w:t>
      </w:r>
    </w:p>
    <w:p>
      <w:r>
        <w:rPr>
          <w:b w:val="0"/>
          <w:sz w:val="20"/>
        </w:rPr>
        <w:t>A deposit of __________________ CAD, representing _____% of the Contract Price, is due upon signing this Agreement.</w:t>
      </w:r>
    </w:p>
    <w:p>
      <w:r>
        <w:rPr>
          <w:b w:val="0"/>
          <w:sz w:val="20"/>
        </w:rPr>
        <w:t>The remaining balance is due no later than _____ days before the Event date.</w:t>
      </w:r>
    </w:p>
    <w:p>
      <w:r>
        <w:rPr>
          <w:b w:val="0"/>
          <w:sz w:val="20"/>
        </w:rPr>
        <w:t>Payments shall be made by cheque, electronic transfer, or other mutually agreed method.</w:t>
      </w:r>
    </w:p>
    <w:p>
      <w:r>
        <w:rPr>
          <w:b w:val="0"/>
          <w:sz w:val="20"/>
        </w:rPr>
        <w:t>Late payments may incur interest at the rate of _____% per month, compounded monthly.</w:t>
      </w:r>
    </w:p>
    <w:p/>
    <w:p>
      <w:r>
        <w:rPr>
          <w:b/>
          <w:sz w:val="20"/>
        </w:rPr>
        <w:t>5. Changes and Cancellations</w:t>
      </w:r>
    </w:p>
    <w:p>
      <w:r>
        <w:rPr>
          <w:b w:val="0"/>
          <w:sz w:val="20"/>
        </w:rPr>
        <w:t>Client may request changes to the Services or Event details at least _____ days prior to the Event.</w:t>
      </w:r>
    </w:p>
    <w:p>
      <w:r>
        <w:rPr>
          <w:b w:val="0"/>
          <w:sz w:val="20"/>
        </w:rPr>
        <w:t>Any price adjustments due to changes will be agreed upon in writing.</w:t>
      </w:r>
    </w:p>
    <w:p>
      <w:r>
        <w:rPr>
          <w:b w:val="0"/>
          <w:sz w:val="20"/>
        </w:rPr>
        <w:t>Cancellation by the Client must be made in writing.</w:t>
      </w:r>
    </w:p>
    <w:p>
      <w:r>
        <w:rPr>
          <w:b w:val="0"/>
          <w:sz w:val="20"/>
        </w:rPr>
        <w:t>If cancellation occurs more than _____ days before the Event, the deposit will be refunded minus any incurred costs.</w:t>
      </w:r>
    </w:p>
    <w:p>
      <w:r>
        <w:rPr>
          <w:b w:val="0"/>
          <w:sz w:val="20"/>
        </w:rPr>
        <w:t>If cancellation occurs within _____ days of the Event, the deposit will be forfeited.</w:t>
      </w:r>
    </w:p>
    <w:p/>
    <w:p>
      <w:r>
        <w:rPr>
          <w:b/>
          <w:sz w:val="20"/>
        </w:rPr>
        <w:t>6. Service Provider’s Responsibilities</w:t>
      </w:r>
    </w:p>
    <w:p>
      <w:r>
        <w:rPr>
          <w:b w:val="0"/>
          <w:sz w:val="20"/>
        </w:rPr>
        <w:t>The Service Provider agrees to:</w:t>
      </w:r>
    </w:p>
    <w:p>
      <w:r>
        <w:rPr>
          <w:b w:val="0"/>
          <w:sz w:val="20"/>
        </w:rPr>
        <w:t>- Provide services in a professional and timely manner.</w:t>
      </w:r>
    </w:p>
    <w:p>
      <w:r>
        <w:rPr>
          <w:b w:val="0"/>
          <w:sz w:val="20"/>
        </w:rPr>
        <w:t>- Comply with all applicable federal, provincial, and municipal health and safety regulations.</w:t>
      </w:r>
    </w:p>
    <w:p>
      <w:r>
        <w:rPr>
          <w:b w:val="0"/>
          <w:sz w:val="20"/>
        </w:rPr>
        <w:t>- Ensure all food served is safe, wholesome, and of good quality.</w:t>
      </w:r>
    </w:p>
    <w:p>
      <w:r>
        <w:rPr>
          <w:b w:val="0"/>
          <w:sz w:val="20"/>
        </w:rPr>
        <w:t>- Maintain all required licenses and permits.</w:t>
      </w:r>
    </w:p>
    <w:p>
      <w:r>
        <w:rPr>
          <w:b w:val="0"/>
          <w:sz w:val="20"/>
        </w:rPr>
        <w:t>- Provide adequate staff for the Event.</w:t>
      </w:r>
    </w:p>
    <w:p/>
    <w:p>
      <w:r>
        <w:rPr>
          <w:b/>
          <w:sz w:val="20"/>
        </w:rPr>
        <w:t>7. Client’s Responsibilities</w:t>
      </w:r>
    </w:p>
    <w:p>
      <w:r>
        <w:rPr>
          <w:b w:val="0"/>
          <w:sz w:val="20"/>
        </w:rPr>
        <w:t>The Client agrees to:</w:t>
      </w:r>
    </w:p>
    <w:p>
      <w:r>
        <w:rPr>
          <w:b w:val="0"/>
          <w:sz w:val="20"/>
        </w:rPr>
        <w:t>- Provide accurate Event details and guest count in a timely manner.</w:t>
      </w:r>
    </w:p>
    <w:p>
      <w:r>
        <w:rPr>
          <w:b w:val="0"/>
          <w:sz w:val="20"/>
        </w:rPr>
        <w:t>- Ensure access to the Event location at agreed times for setup and service.</w:t>
      </w:r>
    </w:p>
    <w:p>
      <w:r>
        <w:rPr>
          <w:b w:val="0"/>
          <w:sz w:val="20"/>
        </w:rPr>
        <w:t>- Provide necessary facilities such as electricity, water, and sanitary services, if required.</w:t>
      </w:r>
    </w:p>
    <w:p>
      <w:r>
        <w:rPr>
          <w:b w:val="0"/>
          <w:sz w:val="20"/>
        </w:rPr>
        <w:t>- Inform the Service Provider of any food allergies or dietary restrictions of guests.</w:t>
      </w:r>
    </w:p>
    <w:p/>
    <w:p>
      <w:r>
        <w:rPr>
          <w:b/>
          <w:sz w:val="20"/>
        </w:rPr>
        <w:t>8. Liability and Indemnification</w:t>
      </w:r>
    </w:p>
    <w:p>
      <w:r>
        <w:rPr>
          <w:b w:val="0"/>
          <w:sz w:val="20"/>
        </w:rPr>
        <w:t>The Service Provider shall maintain appropriate insurance coverage for its operations.</w:t>
      </w:r>
    </w:p>
    <w:p>
      <w:r>
        <w:rPr>
          <w:b w:val="0"/>
          <w:sz w:val="20"/>
        </w:rPr>
        <w:t>The Client agrees to indemnify and hold harmless the Service Provider from any claims, damages, or liabilities arising from the Client's negligence or failure to provide accurate information.</w:t>
      </w:r>
    </w:p>
    <w:p>
      <w:r>
        <w:rPr>
          <w:b w:val="0"/>
          <w:sz w:val="20"/>
        </w:rPr>
        <w:t>The Service Provider is not liable for any indirect, incidental, or consequential damages.</w:t>
      </w:r>
    </w:p>
    <w:p>
      <w:r>
        <w:rPr>
          <w:b w:val="0"/>
          <w:sz w:val="20"/>
        </w:rPr>
        <w:t>The Client assumes all risks related to allergies and dietary restrictions not properly communicated.</w:t>
      </w:r>
    </w:p>
    <w:p/>
    <w:p>
      <w:r>
        <w:rPr>
          <w:b/>
          <w:sz w:val="20"/>
        </w:rPr>
        <w:t>9. Force Majeure</w:t>
      </w:r>
    </w:p>
    <w:p>
      <w:r>
        <w:rPr>
          <w:b w:val="0"/>
          <w:sz w:val="20"/>
        </w:rPr>
        <w:t>Neither party shall be liable for any failure or delay in performance due to causes beyond their reasonable control, including but not limited to natural disasters, government actions, pandemics, or other emergencies.</w:t>
      </w:r>
    </w:p>
    <w:p>
      <w:r>
        <w:rPr>
          <w:b w:val="0"/>
          <w:sz w:val="20"/>
        </w:rPr>
        <w:t>In such event, the parties shall make reasonable efforts to reschedule the Event or reach an equitable solution.</w:t>
      </w:r>
    </w:p>
    <w:p/>
    <w:p>
      <w:r>
        <w:rPr>
          <w:b/>
          <w:sz w:val="20"/>
        </w:rPr>
        <w:t>10. Confidentiality</w:t>
      </w:r>
    </w:p>
    <w:p>
      <w:r>
        <w:rPr>
          <w:b w:val="0"/>
          <w:sz w:val="20"/>
        </w:rPr>
        <w:t>Both parties agree to keep confidential any proprietary or sensitive information obtained during the course of this Agreement.</w:t>
      </w:r>
    </w:p>
    <w:p>
      <w:r>
        <w:rPr>
          <w:b w:val="0"/>
          <w:sz w:val="20"/>
        </w:rPr>
        <w:t>This obligation shall survive the termination of this Agreement.</w:t>
      </w:r>
    </w:p>
    <w:p/>
    <w:p>
      <w:r>
        <w:rPr>
          <w:b/>
          <w:sz w:val="20"/>
        </w:rPr>
        <w:t>11. Term and Termination</w:t>
      </w:r>
    </w:p>
    <w:p>
      <w:r>
        <w:rPr>
          <w:b w:val="0"/>
          <w:sz w:val="20"/>
        </w:rPr>
        <w:t>This Agreement shall commence upon signing and shall terminate upon completion of the Services and final payment.</w:t>
      </w:r>
    </w:p>
    <w:p>
      <w:r>
        <w:rPr>
          <w:b w:val="0"/>
          <w:sz w:val="20"/>
        </w:rPr>
        <w:t>Either party may terminate this Agreement for cause if the other party breaches any material term and fails to cure within _____ days of written notice.</w:t>
      </w:r>
    </w:p>
    <w:p/>
    <w:p>
      <w:r>
        <w:rPr>
          <w:b/>
          <w:sz w:val="20"/>
        </w:rPr>
        <w:t>12. Governing Law and Jurisdiction</w:t>
      </w:r>
    </w:p>
    <w:p>
      <w:r>
        <w:rPr>
          <w:b w:val="0"/>
          <w:sz w:val="20"/>
        </w:rPr>
        <w:t>This Agreement shall be governed by and construed in accordance with the laws of the Province of ______________ and the federal laws of Canada applicable therein.</w:t>
      </w:r>
    </w:p>
    <w:p>
      <w:r>
        <w:rPr>
          <w:b w:val="0"/>
          <w:sz w:val="20"/>
        </w:rPr>
        <w:t>Any disputes arising out of or related to this Agreement shall be subject to the exclusive jurisdiction of the courts located within said Province.</w:t>
      </w:r>
    </w:p>
    <w:p/>
    <w:p>
      <w:r>
        <w:rPr>
          <w:b/>
          <w:sz w:val="20"/>
        </w:rPr>
        <w:t>13. Entire Agreement</w:t>
      </w:r>
    </w:p>
    <w:p>
      <w:r>
        <w:rPr>
          <w:b w:val="0"/>
          <w:sz w:val="20"/>
        </w:rPr>
        <w:t>This Agreement, including any schedules or attachments, constitutes the entire agreement between the parties and supersedes all prior negotiations, understandings, or agreements, whether written or oral.</w:t>
      </w:r>
    </w:p>
    <w:p>
      <w:r>
        <w:rPr>
          <w:b w:val="0"/>
          <w:sz w:val="20"/>
        </w:rPr>
        <w:t>Any amendments must be in writing and signed by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https://legaltemplates-ca.com/catering-contract/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catering-contrac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