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FORMAL COMPLAINT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City, Province, Postal Code: 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Recipient Information:</w:t>
      </w:r>
    </w:p>
    <w:p>
      <w:r>
        <w:rPr>
          <w:b w:val="0"/>
          <w:sz w:val="20"/>
        </w:rPr>
        <w:t>Full Name / Department: ________________________________________________</w:t>
      </w:r>
    </w:p>
    <w:p>
      <w:r>
        <w:rPr>
          <w:b w:val="0"/>
          <w:sz w:val="20"/>
        </w:rPr>
        <w:t>Company / Organization: ________________________________________________</w:t>
      </w:r>
    </w:p>
    <w:p>
      <w:r>
        <w:rPr>
          <w:b w:val="0"/>
          <w:sz w:val="20"/>
        </w:rPr>
        <w:t>Address: _______________________________________________________________</w:t>
      </w:r>
    </w:p>
    <w:p>
      <w:r>
        <w:rPr>
          <w:b w:val="0"/>
          <w:sz w:val="20"/>
        </w:rPr>
        <w:t>City, Province, Postal Code: 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Subject: Formal Complaint Regarding ______________________________________</w:t>
      </w:r>
    </w:p>
    <w:p/>
    <w:p/>
    <w:p>
      <w:r>
        <w:rPr>
          <w:b w:val="0"/>
          <w:sz w:val="20"/>
        </w:rPr>
        <w:t>Dear Sir/Madam,</w:t>
      </w:r>
    </w:p>
    <w:p/>
    <w:p>
      <w:r>
        <w:rPr>
          <w:b w:val="0"/>
          <w:sz w:val="20"/>
        </w:rPr>
        <w:t>I am writing to formally lodge a complaint concerning the following matter which has caused me significant inconvenience and dissatisfaction. I trust this letter will receive your prompt attention and that appropriate steps will be taken to resolve the issue.</w:t>
      </w:r>
    </w:p>
    <w:p/>
    <w:p>
      <w:r>
        <w:rPr>
          <w:b/>
          <w:sz w:val="20"/>
        </w:rPr>
        <w:t>Details of the Complaint:</w:t>
      </w:r>
    </w:p>
    <w:p>
      <w:r>
        <w:rPr>
          <w:b w:val="0"/>
          <w:sz w:val="20"/>
        </w:rPr>
        <w:t>Description of the incident or issue: ________________________________________________________________________________________________________________________________________________________________________________________________________________________________________________________________</w:t>
      </w:r>
    </w:p>
    <w:p>
      <w:r>
        <w:rPr>
          <w:b w:val="0"/>
          <w:sz w:val="20"/>
        </w:rPr>
        <w:t>Date(s) when the incident occurred or the issue was first noticed: ____________________________________________________________</w:t>
      </w:r>
    </w:p>
    <w:p>
      <w:r>
        <w:rPr>
          <w:b w:val="0"/>
          <w:sz w:val="20"/>
        </w:rPr>
        <w:t>Location or context where the issue arose: _________________________________________________________________________________</w:t>
      </w:r>
    </w:p>
    <w:p>
      <w:r>
        <w:rPr>
          <w:b w:val="0"/>
          <w:sz w:val="20"/>
        </w:rPr>
        <w:t>Names of any individuals involved or witnesses, if applicable: _______________________________________________________________</w:t>
      </w:r>
    </w:p>
    <w:p/>
    <w:p>
      <w:r>
        <w:rPr>
          <w:b/>
          <w:sz w:val="20"/>
        </w:rPr>
        <w:t>Previous Attempts to Resolve the Issue:</w:t>
      </w:r>
    </w:p>
    <w:p>
      <w:r>
        <w:rPr>
          <w:b w:val="0"/>
          <w:sz w:val="20"/>
        </w:rPr>
        <w:t>Please describe any prior communication or actions taken to address this complaint, including dates and outcomes: ________________________________________________________________________________________________________________________________________________________________________________________________________________________________________________________________</w:t>
      </w:r>
    </w:p>
    <w:p/>
    <w:p>
      <w:r>
        <w:rPr>
          <w:b/>
          <w:sz w:val="20"/>
        </w:rPr>
        <w:t>Impact of the Issue:</w:t>
      </w:r>
    </w:p>
    <w:p>
      <w:r>
        <w:rPr>
          <w:b w:val="0"/>
          <w:sz w:val="20"/>
        </w:rPr>
        <w:t>Explain how this issue has affected you, your rights, or your interests: ________________________________________________________________________________________________________________________________________________________________________________________________________________________________________________________________</w:t>
      </w:r>
    </w:p>
    <w:p/>
    <w:p>
      <w:r>
        <w:rPr>
          <w:b/>
          <w:sz w:val="20"/>
        </w:rPr>
        <w:t>Legal Basis and References:</w:t>
      </w:r>
    </w:p>
    <w:p>
      <w:r>
        <w:rPr>
          <w:b w:val="0"/>
          <w:sz w:val="20"/>
        </w:rPr>
        <w:t>This complaint is made in accordance with applicable Canadian laws and regulations governing consumer rights, service standards, and other relevant legislation. I expect that all obligations under the applicable statutes are fully respected and enforced.</w:t>
      </w:r>
    </w:p>
    <w:p/>
    <w:p>
      <w:r>
        <w:rPr>
          <w:b/>
          <w:sz w:val="20"/>
        </w:rPr>
        <w:t>Desired Resolution:</w:t>
      </w:r>
    </w:p>
    <w:p>
      <w:r>
        <w:rPr>
          <w:b w:val="0"/>
          <w:sz w:val="20"/>
        </w:rPr>
        <w:t>Please specify what actions you expect to be taken to satisfactorily resolve this complaint: ________________________________________________________________________________________________________________________________________________________________________________________________________________________________________________________________</w:t>
      </w:r>
    </w:p>
    <w:p/>
    <w:p>
      <w:r>
        <w:rPr>
          <w:b/>
          <w:sz w:val="20"/>
        </w:rPr>
        <w:t>Response Expectation:</w:t>
      </w:r>
    </w:p>
    <w:p>
      <w:r>
        <w:rPr>
          <w:b w:val="0"/>
          <w:sz w:val="20"/>
        </w:rPr>
        <w:t>I kindly request a written response within fifteen (15) business days from receipt of this letter. Failure to respond or resolve this matter adequately may leave me no option but to pursue further action, including but not limited to contacting regulatory bodies or seeking legal remedies under Canadian law.</w:t>
      </w:r>
    </w:p>
    <w:p/>
    <w:p/>
    <w:p>
      <w:r>
        <w:rPr>
          <w:b w:val="0"/>
          <w:sz w:val="20"/>
        </w:rPr>
        <w:t>Thank you for your attention to this important matter. I look forward to your prompt and comprehensive response to bring about a fair and reasonable resolution.</w:t>
      </w:r>
    </w:p>
    <w:p/>
    <w:p/>
    <w:p>
      <w:r>
        <w:rPr>
          <w:b w:val="0"/>
          <w:sz w:val="20"/>
        </w:rPr>
        <w:t>Sincerely,</w:t>
      </w:r>
    </w:p>
    <w:p/>
    <w:p/>
    <w:p/>
    <w:p/>
    <w:p>
      <w:r>
        <w:rPr>
          <w:b w:val="0"/>
          <w:sz w:val="20"/>
        </w:rPr>
        <w:t>Signature: _______________________________________</w:t>
      </w:r>
    </w:p>
    <w:p>
      <w:r>
        <w:rPr>
          <w:b w:val="0"/>
          <w:sz w:val="20"/>
        </w:rPr>
        <w:t>Printed Name: ____________________________________</w:t>
      </w:r>
    </w:p>
    <w:p/>
    <w:p/>
    <w:p/>
    <w:p>
      <w:r>
        <w:rPr>
          <w:b/>
          <w:sz w:val="20"/>
        </w:rPr>
        <w:t>Attachments:</w:t>
      </w:r>
    </w:p>
    <w:p>
      <w:r>
        <w:rPr>
          <w:b w:val="0"/>
          <w:sz w:val="20"/>
        </w:rPr>
        <w:t>Please list any documents attached to support this complaint (e.g., receipts, emails, photos):</w:t>
      </w:r>
    </w:p>
    <w:p>
      <w:r>
        <w:rPr>
          <w:b w:val="0"/>
          <w:sz w:val="20"/>
        </w:rPr>
        <w:t>- ________________________________________________________________</w:t>
      </w:r>
    </w:p>
    <w:p>
      <w:r>
        <w:rPr>
          <w:b w:val="0"/>
          <w:sz w:val="20"/>
        </w:rPr>
        <w:t>- ________________________________________________________________</w:t>
      </w:r>
    </w:p>
    <w:p>
      <w:r>
        <w:rPr>
          <w:b w:val="0"/>
          <w:sz w:val="20"/>
        </w:rPr>
        <w:t>-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 COPY</w:t>
            </w:r>
          </w:p>
        </w:tc>
        <w:tc>
          <w:tcPr>
            <w:tcW w:type="dxa" w:w="4986"/>
            <w:tcBorders>
              <w:top w:val="nil"/>
              <w:left w:val="nil"/>
              <w:bottom w:val="nil"/>
              <w:right w:val="nil"/>
              <w:insideH w:val="nil"/>
              <w:insideV w:val="nil"/>
            </w:tcBorders>
          </w:tcPr>
          <w:p>
            <w:pPr>
              <w:jc w:val="center"/>
            </w:pPr>
            <w:r>
              <w:t>RECIPIENT COPY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Date Received: ______________________</w:t>
            </w:r>
          </w:p>
        </w:tc>
        <w:tc>
          <w:tcPr>
            <w:tcW w:type="dxa" w:w="4986"/>
            <w:tcBorders>
              <w:top w:val="nil"/>
              <w:left w:val="nil"/>
              <w:bottom w:val="nil"/>
              <w:right w:val="nil"/>
              <w:insideH w:val="nil"/>
              <w:insideV w:val="nil"/>
            </w:tcBorders>
          </w:tcPr>
          <w:p>
            <w:pPr>
              <w:jc w:val="center"/>
            </w:pPr>
            <w:r>
              <w:t>Date Received: 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https://legaltemplates-ca.com/complaint-letter/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omplaint-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