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AGREEMENT</w:t>
      </w:r>
    </w:p>
    <w:p/>
    <w:p>
      <w:r>
        <w:rPr>
          <w:b/>
          <w:sz w:val="20"/>
        </w:rPr>
        <w:t>This Contract Agreement (the “Agreement”) is made between:</w:t>
      </w:r>
    </w:p>
    <w:p>
      <w:r>
        <w:rPr>
          <w:b/>
          <w:sz w:val="20"/>
        </w:rPr>
        <w:t>Party A:</w:t>
      </w:r>
    </w:p>
    <w:p>
      <w:r>
        <w:rPr>
          <w:b w:val="0"/>
          <w:sz w:val="20"/>
        </w:rPr>
        <w:t>Full Legal Name: 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pPr>
        <w:jc w:val="center"/>
      </w:pPr>
      <w:r>
        <w:rPr>
          <w:b w:val="0"/>
          <w:sz w:val="20"/>
        </w:rPr>
        <w:t>and</w:t>
      </w:r>
    </w:p>
    <w:p/>
    <w:p>
      <w:r>
        <w:rPr>
          <w:b/>
          <w:sz w:val="20"/>
        </w:rPr>
        <w:t>Party B:</w:t>
      </w:r>
    </w:p>
    <w:p>
      <w:r>
        <w:rPr>
          <w:b w:val="0"/>
          <w:sz w:val="20"/>
        </w:rPr>
        <w:t>Full Legal Name: 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p>
      <w:r>
        <w:rPr>
          <w:b/>
          <w:sz w:val="20"/>
        </w:rPr>
        <w:t>RECITALS</w:t>
      </w:r>
    </w:p>
    <w:p>
      <w:r>
        <w:rPr>
          <w:b w:val="0"/>
          <w:sz w:val="20"/>
        </w:rPr>
        <w:t>WHEREAS, Party A desires to engage Party B to perform certain services as described herein;</w:t>
      </w:r>
    </w:p>
    <w:p>
      <w:r>
        <w:rPr>
          <w:b w:val="0"/>
          <w:sz w:val="20"/>
        </w:rPr>
        <w:t>WHEREAS, Party B agrees to perform such services under the terms and conditions set forth in this Agreement;</w:t>
      </w:r>
    </w:p>
    <w:p>
      <w:r>
        <w:rPr>
          <w:b w:val="0"/>
          <w:sz w:val="20"/>
        </w:rPr>
        <w:t>NOW, THEREFORE, in consideration of mutual covenants and promises contained herein, the parties agree as follows:</w:t>
      </w:r>
    </w:p>
    <w:p/>
    <w:p/>
    <w:p>
      <w:r>
        <w:rPr>
          <w:b/>
          <w:sz w:val="20"/>
        </w:rPr>
        <w:t>1. Definitions</w:t>
      </w:r>
    </w:p>
    <w:p>
      <w:r>
        <w:rPr>
          <w:b w:val="0"/>
          <w:sz w:val="20"/>
        </w:rPr>
        <w:t>In this Agreement, unless the context otherwise requires, the following terms shall have the following meanings:</w:t>
      </w:r>
    </w:p>
    <w:p>
      <w:r>
        <w:rPr>
          <w:b w:val="0"/>
          <w:sz w:val="20"/>
        </w:rPr>
        <w:t>“Services” means the tasks, duties, and responsibilities described in Section 2 of this Agreement.</w:t>
      </w:r>
    </w:p>
    <w:p>
      <w:r>
        <w:rPr>
          <w:b w:val="0"/>
          <w:sz w:val="20"/>
        </w:rPr>
        <w:t>“Effective Date” means the date on which this Agreement is executed by the parties.</w:t>
      </w:r>
    </w:p>
    <w:p/>
    <w:p>
      <w:r>
        <w:rPr>
          <w:b/>
          <w:sz w:val="20"/>
        </w:rPr>
        <w:t>2. Scope of Services</w:t>
      </w:r>
    </w:p>
    <w:p>
      <w:r>
        <w:rPr>
          <w:b w:val="0"/>
          <w:sz w:val="20"/>
        </w:rPr>
        <w:t>Party B shall provide the following services to Party A:</w:t>
      </w:r>
    </w:p>
    <w:p>
      <w:r>
        <w:rPr>
          <w:b w:val="0"/>
          <w:sz w:val="20"/>
        </w:rPr>
        <w:t>- ______________________________________________________________</w:t>
      </w:r>
    </w:p>
    <w:p>
      <w:r>
        <w:rPr>
          <w:b w:val="0"/>
          <w:sz w:val="20"/>
        </w:rPr>
        <w:t>- ______________________________________________________________</w:t>
      </w:r>
    </w:p>
    <w:p>
      <w:r>
        <w:rPr>
          <w:b w:val="0"/>
          <w:sz w:val="20"/>
        </w:rPr>
        <w:t>- ______________________________________________________________</w:t>
      </w:r>
    </w:p>
    <w:p>
      <w:r>
        <w:rPr>
          <w:b w:val="0"/>
          <w:sz w:val="20"/>
        </w:rPr>
        <w:t>Party B shall perform the Services in a professional, diligent, and timely manner in accordance with industry standards.</w:t>
      </w:r>
    </w:p>
    <w:p/>
    <w:p>
      <w:r>
        <w:rPr>
          <w:b/>
          <w:sz w:val="20"/>
        </w:rPr>
        <w:t>3. Term</w:t>
      </w:r>
    </w:p>
    <w:p>
      <w:r>
        <w:rPr>
          <w:b w:val="0"/>
          <w:sz w:val="20"/>
        </w:rPr>
        <w:t>This Agreement shall commence upon the Effective Date and shall continue until the Services have been completed or until terminated in accordance with Section 9.</w:t>
      </w:r>
    </w:p>
    <w:p/>
    <w:p>
      <w:r>
        <w:rPr>
          <w:b/>
          <w:sz w:val="20"/>
        </w:rPr>
        <w:t>4. Compensation</w:t>
      </w:r>
    </w:p>
    <w:p>
      <w:r>
        <w:rPr>
          <w:b w:val="0"/>
          <w:sz w:val="20"/>
        </w:rPr>
        <w:t>Party A agrees to pay Party B as follows:</w:t>
      </w:r>
    </w:p>
    <w:p>
      <w:r>
        <w:rPr>
          <w:b w:val="0"/>
          <w:sz w:val="20"/>
        </w:rPr>
        <w:t>- Total Amount: $________________ CAD</w:t>
      </w:r>
    </w:p>
    <w:p>
      <w:r>
        <w:rPr>
          <w:b w:val="0"/>
          <w:sz w:val="20"/>
        </w:rPr>
        <w:t>- Payment Schedule: ___________________________________________</w:t>
      </w:r>
    </w:p>
    <w:p>
      <w:r>
        <w:rPr>
          <w:b w:val="0"/>
          <w:sz w:val="20"/>
        </w:rPr>
        <w:t>All payments will be made in Canadian dollars and are subject to applicable taxes.</w:t>
      </w:r>
    </w:p>
    <w:p/>
    <w:p>
      <w:r>
        <w:rPr>
          <w:b/>
          <w:sz w:val="20"/>
        </w:rPr>
        <w:t>5. Confidentiality</w:t>
      </w:r>
    </w:p>
    <w:p>
      <w:r>
        <w:rPr>
          <w:b w:val="0"/>
          <w:sz w:val="20"/>
        </w:rPr>
        <w:t>Each party agrees to keep confidential all confidential information disclosed by the other party and to use such information solely for the purposes of this Agreement.</w:t>
      </w:r>
    </w:p>
    <w:p>
      <w:r>
        <w:rPr>
          <w:b w:val="0"/>
          <w:sz w:val="20"/>
        </w:rPr>
        <w:t>Confidential information does not include information which is publicly known or rightfully received from a third party without breach of this Agreement.</w:t>
      </w:r>
    </w:p>
    <w:p/>
    <w:p>
      <w:r>
        <w:rPr>
          <w:b/>
          <w:sz w:val="20"/>
        </w:rPr>
        <w:t>6. Intellectual Property</w:t>
      </w:r>
    </w:p>
    <w:p>
      <w:r>
        <w:rPr>
          <w:b w:val="0"/>
          <w:sz w:val="20"/>
        </w:rPr>
        <w:t>All intellectual property rights arising from the performance of the Services shall belong to Party A unless otherwise agreed in writing.</w:t>
      </w:r>
    </w:p>
    <w:p>
      <w:r>
        <w:rPr>
          <w:b w:val="0"/>
          <w:sz w:val="20"/>
        </w:rPr>
        <w:t>Party B hereby assigns all rights, title, and interest in any deliverables to Party A.</w:t>
      </w:r>
    </w:p>
    <w:p/>
    <w:p>
      <w:r>
        <w:rPr>
          <w:b/>
          <w:sz w:val="20"/>
        </w:rPr>
        <w:t>7. Warranties and Representations</w:t>
      </w:r>
    </w:p>
    <w:p>
      <w:r>
        <w:rPr>
          <w:b w:val="0"/>
          <w:sz w:val="20"/>
        </w:rPr>
        <w:t>Each party represents and warrants that it has the full power and authority to enter into this Agreement.</w:t>
      </w:r>
    </w:p>
    <w:p>
      <w:r>
        <w:rPr>
          <w:b w:val="0"/>
          <w:sz w:val="20"/>
        </w:rPr>
        <w:t>Party B warrants that the Services will be performed in a professional manner consistent with industry best practices.</w:t>
      </w:r>
    </w:p>
    <w:p/>
    <w:p>
      <w:r>
        <w:rPr>
          <w:b/>
          <w:sz w:val="20"/>
        </w:rPr>
        <w:t>8. Liability and Indemnity</w:t>
      </w:r>
    </w:p>
    <w:p>
      <w:r>
        <w:rPr>
          <w:b w:val="0"/>
          <w:sz w:val="20"/>
        </w:rPr>
        <w:t>Neither party shall be liable for any indirect, incidental, or consequential damages arising out of this Agreement.</w:t>
      </w:r>
    </w:p>
    <w:p>
      <w:r>
        <w:rPr>
          <w:b w:val="0"/>
          <w:sz w:val="20"/>
        </w:rPr>
        <w:t>Party B agrees to indemnify and hold harmless Party A from any claims, damages, or losses arising out of Party B’s negligence or willful misconduct.</w:t>
      </w:r>
    </w:p>
    <w:p/>
    <w:p>
      <w:r>
        <w:rPr>
          <w:b/>
          <w:sz w:val="20"/>
        </w:rPr>
        <w:t>9. Termination</w:t>
      </w:r>
    </w:p>
    <w:p>
      <w:r>
        <w:rPr>
          <w:b w:val="0"/>
          <w:sz w:val="20"/>
        </w:rPr>
        <w:t>Either party may terminate this Agreement upon written notice if the other party breaches any material term and fails to cure such breach within 15 days of receipt of notice.</w:t>
      </w:r>
    </w:p>
    <w:p>
      <w:r>
        <w:rPr>
          <w:b w:val="0"/>
          <w:sz w:val="20"/>
        </w:rPr>
        <w:t>Upon termination, Party B shall deliver all work completed to date and Party A shall pay for all Services performed up to the termination date.</w:t>
      </w:r>
    </w:p>
    <w:p/>
    <w:p>
      <w:r>
        <w:rPr>
          <w:b/>
          <w:sz w:val="20"/>
        </w:rPr>
        <w:t>10. Dispute Resolution</w:t>
      </w:r>
    </w:p>
    <w:p>
      <w:r>
        <w:rPr>
          <w:b w:val="0"/>
          <w:sz w:val="20"/>
        </w:rPr>
        <w:t>The parties agree to attempt in good faith to resolve any dispute arising under or in connection with this Agreement by negotiation.</w:t>
      </w:r>
    </w:p>
    <w:p>
      <w:r>
        <w:rPr>
          <w:b w:val="0"/>
          <w:sz w:val="20"/>
        </w:rPr>
        <w:t>If negotiation fails, any dispute shall be submitted to mediation before resorting to litigation.</w:t>
      </w:r>
    </w:p>
    <w:p/>
    <w:p>
      <w:r>
        <w:rPr>
          <w:b/>
          <w:sz w:val="20"/>
        </w:rPr>
        <w:t>11. Governing Law and Jurisdiction</w:t>
      </w:r>
    </w:p>
    <w:p>
      <w:r>
        <w:rPr>
          <w:b w:val="0"/>
          <w:sz w:val="20"/>
        </w:rPr>
        <w:t>This Agreement shall be governed by and construed in accordance with the laws of the Province of ____________________, Canada.</w:t>
      </w:r>
    </w:p>
    <w:p>
      <w:r>
        <w:rPr>
          <w:b w:val="0"/>
          <w:sz w:val="20"/>
        </w:rPr>
        <w:t>The parties agree to submit to the exclusive jurisdiction of the courts located in that province for any disputes arising under this Agreement.</w:t>
      </w:r>
    </w:p>
    <w:p/>
    <w:p>
      <w:r>
        <w:rPr>
          <w:b/>
          <w:sz w:val="20"/>
        </w:rPr>
        <w:t>12. Force Majeure</w:t>
      </w:r>
    </w:p>
    <w:p>
      <w:r>
        <w:rPr>
          <w:b w:val="0"/>
          <w:sz w:val="20"/>
        </w:rPr>
        <w:t>Neither party shall be liable for any failure or delay in performing its obligations due to causes beyond its reasonable control including, but not limited to, acts of God, government restrictions, war, strikes, or natural disasters.</w:t>
      </w:r>
    </w:p>
    <w:p/>
    <w:p>
      <w:r>
        <w:rPr>
          <w:b/>
          <w:sz w:val="20"/>
        </w:rPr>
        <w:t>13. Entire Agreement</w:t>
      </w:r>
    </w:p>
    <w:p>
      <w:r>
        <w:rPr>
          <w:b w:val="0"/>
          <w:sz w:val="20"/>
        </w:rPr>
        <w:t>This Agreement constitutes the entire understanding between the parties and supersedes all prior agreements, representations, or understandings, whether written or oral.</w:t>
      </w:r>
    </w:p>
    <w:p/>
    <w:p>
      <w:r>
        <w:rPr>
          <w:b/>
          <w:sz w:val="20"/>
        </w:rPr>
        <w:t>14. Amendments</w:t>
      </w:r>
    </w:p>
    <w:p>
      <w:r>
        <w:rPr>
          <w:b w:val="0"/>
          <w:sz w:val="20"/>
        </w:rPr>
        <w:t>No amendment or modification to this Agreement shall be valid unless made in writing and signed by both parties.</w:t>
      </w:r>
    </w:p>
    <w:p/>
    <w:p>
      <w:r>
        <w:rPr>
          <w:b/>
          <w:sz w:val="20"/>
        </w:rPr>
        <w:t>15. Notices</w:t>
      </w:r>
    </w:p>
    <w:p>
      <w:r>
        <w:rPr>
          <w:b w:val="0"/>
          <w:sz w:val="20"/>
        </w:rPr>
        <w:t>All notices, requests, demands, or other communications under this Agreement shall be in writing and delivered to the addresses set forth above or to such other address as either party may designate by notice.</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https://legaltemplates-ca.com/contract-agreement/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ntract-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