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CONTRACT FOR CONTRACTOR SERVICES</w:t>
      </w:r>
    </w:p>
    <w:p/>
    <w:p>
      <w:r>
        <w:rPr>
          <w:b/>
          <w:sz w:val="20"/>
        </w:rPr>
        <w:t>This Contract for Contractor Services (the "Contract") is made by and between the following parties:</w:t>
      </w:r>
    </w:p>
    <w:p/>
    <w:p>
      <w:r>
        <w:rPr>
          <w:b/>
          <w:sz w:val="20"/>
        </w:rPr>
        <w:t>Contractor Information:</w:t>
      </w:r>
    </w:p>
    <w:p>
      <w:r>
        <w:rPr>
          <w:b w:val="0"/>
          <w:sz w:val="20"/>
        </w:rPr>
        <w:t>Full Name/Business Name: _______________________________________________________________</w:t>
      </w:r>
    </w:p>
    <w:p>
      <w:r>
        <w:rPr>
          <w:b w:val="0"/>
          <w:sz w:val="20"/>
        </w:rPr>
        <w:t>Business Number (if applicable): ______________________________________________________</w:t>
      </w:r>
    </w:p>
    <w:p>
      <w:r>
        <w:rPr>
          <w:b w:val="0"/>
          <w:sz w:val="20"/>
        </w:rPr>
        <w:t>Address: ____________________________________________________________________________</w:t>
      </w:r>
    </w:p>
    <w:p>
      <w:r>
        <w:rPr>
          <w:b w:val="0"/>
          <w:sz w:val="20"/>
        </w:rPr>
        <w:t>Phone: ______________________________________________________________________________</w:t>
      </w:r>
    </w:p>
    <w:p>
      <w:r>
        <w:rPr>
          <w:b w:val="0"/>
          <w:sz w:val="20"/>
        </w:rPr>
        <w:t>Email: _______________________________________________________________________________</w:t>
      </w:r>
    </w:p>
    <w:p/>
    <w:p>
      <w:r>
        <w:rPr>
          <w:b/>
          <w:sz w:val="20"/>
        </w:rPr>
        <w:t>Client Information:</w:t>
      </w:r>
    </w:p>
    <w:p>
      <w:r>
        <w:rPr>
          <w:b w:val="0"/>
          <w:sz w:val="20"/>
        </w:rPr>
        <w:t>Full Name/Business Name: _______________________________________________________________</w:t>
      </w:r>
    </w:p>
    <w:p>
      <w:r>
        <w:rPr>
          <w:b w:val="0"/>
          <w:sz w:val="20"/>
        </w:rPr>
        <w:t>Business Number (if applicable): ______________________________________________________</w:t>
      </w:r>
    </w:p>
    <w:p>
      <w:r>
        <w:rPr>
          <w:b w:val="0"/>
          <w:sz w:val="20"/>
        </w:rPr>
        <w:t>Address: ____________________________________________________________________________</w:t>
      </w:r>
    </w:p>
    <w:p>
      <w:r>
        <w:rPr>
          <w:b w:val="0"/>
          <w:sz w:val="20"/>
        </w:rPr>
        <w:t>Phone: ______________________________________________________________________________</w:t>
      </w:r>
    </w:p>
    <w:p>
      <w:r>
        <w:rPr>
          <w:b w:val="0"/>
          <w:sz w:val="20"/>
        </w:rPr>
        <w:t>Email: _______________________________________________________________________________</w:t>
      </w:r>
    </w:p>
    <w:p/>
    <w:p>
      <w:r>
        <w:rPr>
          <w:b/>
          <w:sz w:val="20"/>
        </w:rPr>
        <w:t>RECITALS</w:t>
      </w:r>
    </w:p>
    <w:p>
      <w:r>
        <w:rPr>
          <w:b w:val="0"/>
          <w:sz w:val="20"/>
        </w:rPr>
        <w:t>WHEREAS, the Contractor is engaged in providing professional services as described in this Contract;</w:t>
      </w:r>
    </w:p>
    <w:p>
      <w:r>
        <w:rPr>
          <w:b w:val="0"/>
          <w:sz w:val="20"/>
        </w:rPr>
        <w:t>AND WHEREAS, the Client desires to retain the Contractor to perform such services under the terms set forth herein;</w:t>
      </w:r>
    </w:p>
    <w:p>
      <w:r>
        <w:rPr>
          <w:b w:val="0"/>
          <w:sz w:val="20"/>
        </w:rPr>
        <w:t>NOW, THEREFORE, in consideration of the mutual covenants and agreements contained herein, the parties agree as follows:</w:t>
      </w:r>
    </w:p>
    <w:p/>
    <w:p>
      <w:r>
        <w:rPr>
          <w:b/>
          <w:sz w:val="20"/>
        </w:rPr>
        <w:t>1 – Services to be Provided</w:t>
      </w:r>
    </w:p>
    <w:p>
      <w:r>
        <w:rPr>
          <w:b w:val="0"/>
          <w:sz w:val="20"/>
        </w:rPr>
        <w:t>The Contractor agrees to provide the following services (the "Services"):</w:t>
      </w:r>
    </w:p>
    <w:p>
      <w:r>
        <w:rPr>
          <w:b w:val="0"/>
          <w:sz w:val="20"/>
        </w:rPr>
        <w:t>________________________________________________________________________________________</w:t>
      </w:r>
    </w:p>
    <w:p>
      <w:r>
        <w:rPr>
          <w:b w:val="0"/>
          <w:sz w:val="20"/>
        </w:rPr>
        <w:t>________________________________________________________________________________________</w:t>
      </w:r>
    </w:p>
    <w:p>
      <w:r>
        <w:rPr>
          <w:b w:val="0"/>
          <w:sz w:val="20"/>
        </w:rPr>
        <w:t>The Contractor shall perform the Services in a professional and diligent manner in accordance with industry standards.</w:t>
      </w:r>
    </w:p>
    <w:p/>
    <w:p>
      <w:r>
        <w:rPr>
          <w:b/>
          <w:sz w:val="20"/>
        </w:rPr>
        <w:t>2 – Term of Contract</w:t>
      </w:r>
    </w:p>
    <w:p>
      <w:r>
        <w:rPr>
          <w:b w:val="0"/>
          <w:sz w:val="20"/>
        </w:rPr>
        <w:t>This Contract shall commence upon the execution by both parties and shall continue until the completion of the Services or termination as provided herein.</w:t>
      </w:r>
    </w:p>
    <w:p/>
    <w:p>
      <w:r>
        <w:rPr>
          <w:b/>
          <w:sz w:val="20"/>
        </w:rPr>
        <w:t>3 – Compensation and Payment</w:t>
      </w:r>
    </w:p>
    <w:p>
      <w:r>
        <w:rPr>
          <w:b w:val="0"/>
          <w:sz w:val="20"/>
        </w:rPr>
        <w:t>The Client agrees to pay the Contractor as follows:</w:t>
      </w:r>
    </w:p>
    <w:p>
      <w:r>
        <w:rPr>
          <w:b w:val="0"/>
          <w:sz w:val="20"/>
        </w:rPr>
        <w:t>a) Fee Structure: _________________________________________________________________</w:t>
      </w:r>
    </w:p>
    <w:p>
      <w:r>
        <w:rPr>
          <w:b w:val="0"/>
          <w:sz w:val="20"/>
        </w:rPr>
        <w:t>b) Payment Schedule: ______________________________________________________________</w:t>
      </w:r>
    </w:p>
    <w:p>
      <w:r>
        <w:rPr>
          <w:b w:val="0"/>
          <w:sz w:val="20"/>
        </w:rPr>
        <w:t>c) Method of Payment: ______________________________________________________________</w:t>
      </w:r>
    </w:p>
    <w:p>
      <w:r>
        <w:rPr>
          <w:b w:val="0"/>
          <w:sz w:val="20"/>
        </w:rPr>
        <w:t>All payments shall be made in Canadian dollars (CAD). The Contractor shall be responsible for all applicable taxes unless otherwise agreed.</w:t>
      </w:r>
    </w:p>
    <w:p/>
    <w:p>
      <w:r>
        <w:rPr>
          <w:b/>
          <w:sz w:val="20"/>
        </w:rPr>
        <w:t>4 – Expenses</w:t>
      </w:r>
    </w:p>
    <w:p>
      <w:r>
        <w:rPr>
          <w:b w:val="0"/>
          <w:sz w:val="20"/>
        </w:rPr>
        <w:t>The Client shall reimburse the Contractor for reasonable and pre-approved expenses incurred in connection with the performance of the Services. All expenses must be supported by receipts or other documentation.</w:t>
      </w:r>
    </w:p>
    <w:p/>
    <w:p>
      <w:r>
        <w:rPr>
          <w:b/>
          <w:sz w:val="20"/>
        </w:rPr>
        <w:t>5 – Independent Contractor Status</w:t>
      </w:r>
    </w:p>
    <w:p>
      <w:r>
        <w:rPr>
          <w:b w:val="0"/>
          <w:sz w:val="20"/>
        </w:rPr>
        <w:t>The Contractor is engaged as an independent contractor. Nothing in this Contract shall be deemed to create an employer-employee, partnership, agency, or joint venture relationship between the parties.</w:t>
      </w:r>
    </w:p>
    <w:p/>
    <w:p>
      <w:r>
        <w:rPr>
          <w:b/>
          <w:sz w:val="20"/>
        </w:rPr>
        <w:t>6 – Confidentiality</w:t>
      </w:r>
    </w:p>
    <w:p>
      <w:r>
        <w:rPr>
          <w:b w:val="0"/>
          <w:sz w:val="20"/>
        </w:rPr>
        <w:t>The Contractor agrees to keep confidential all information disclosed by the Client that is designated as confidential or that a reasonable person would understand to be confidential. This obligation shall survive the termination of this Contract.</w:t>
      </w:r>
    </w:p>
    <w:p/>
    <w:p>
      <w:r>
        <w:rPr>
          <w:b/>
          <w:sz w:val="20"/>
        </w:rPr>
        <w:t>7 – Intellectual Property Rights</w:t>
      </w:r>
    </w:p>
    <w:p>
      <w:r>
        <w:rPr>
          <w:b w:val="0"/>
          <w:sz w:val="20"/>
        </w:rPr>
        <w:t>All intellectual property created by the Contractor in the course of performing the Services shall be the exclusive property of the Client upon full payment, except as otherwise agreed in writing.</w:t>
      </w:r>
    </w:p>
    <w:p/>
    <w:p>
      <w:r>
        <w:rPr>
          <w:b/>
          <w:sz w:val="20"/>
        </w:rPr>
        <w:t>8 – Warranties and Representations</w:t>
      </w:r>
    </w:p>
    <w:p>
      <w:r>
        <w:rPr>
          <w:b w:val="0"/>
          <w:sz w:val="20"/>
        </w:rPr>
        <w:t>The Contractor warrants that the Services will be performed in a professional manner consistent with industry standards and applicable laws. Except as expressly stated, no other warranties, express or implied, are made.</w:t>
      </w:r>
    </w:p>
    <w:p/>
    <w:p>
      <w:r>
        <w:rPr>
          <w:b/>
          <w:sz w:val="20"/>
        </w:rPr>
        <w:t>9 – Indemnification</w:t>
      </w:r>
    </w:p>
    <w:p>
      <w:r>
        <w:rPr>
          <w:b w:val="0"/>
          <w:sz w:val="20"/>
        </w:rPr>
        <w:t>The Contractor shall indemnify and hold harmless the Client from any claims, damages, liabilities, and expenses arising out of any breach of this Contract, negligence, or willful misconduct by the Contractor.</w:t>
      </w:r>
    </w:p>
    <w:p/>
    <w:p>
      <w:r>
        <w:rPr>
          <w:b/>
          <w:sz w:val="20"/>
        </w:rPr>
        <w:t>10 – Limitation of Liability</w:t>
      </w:r>
    </w:p>
    <w:p>
      <w:r>
        <w:rPr>
          <w:b w:val="0"/>
          <w:sz w:val="20"/>
        </w:rPr>
        <w:t>In no event shall either party be liable for any indirect, incidental, special, consequential, or punitive damages arising out of or related to this Contract, regardless of the theory of liability.</w:t>
      </w:r>
    </w:p>
    <w:p/>
    <w:p>
      <w:r>
        <w:rPr>
          <w:b/>
          <w:sz w:val="20"/>
        </w:rPr>
        <w:t>11 – Termination</w:t>
      </w:r>
    </w:p>
    <w:p>
      <w:r>
        <w:rPr>
          <w:b w:val="0"/>
          <w:sz w:val="20"/>
        </w:rPr>
        <w:t>Either party may terminate this Contract upon written notice if the other party breaches any material term and fails to cure such breach within fourteen (14) days after receipt of written notice.</w:t>
      </w:r>
    </w:p>
    <w:p>
      <w:r>
        <w:rPr>
          <w:b w:val="0"/>
          <w:sz w:val="20"/>
        </w:rPr>
        <w:t>Upon termination, the Client shall pay the Contractor for all Services performed and expenses incurred up to the date of termination.</w:t>
      </w:r>
    </w:p>
    <w:p/>
    <w:p>
      <w:r>
        <w:rPr>
          <w:b/>
          <w:sz w:val="20"/>
        </w:rPr>
        <w:t>12 – Force Majeure</w:t>
      </w:r>
    </w:p>
    <w:p>
      <w:r>
        <w:rPr>
          <w:b w:val="0"/>
          <w:sz w:val="20"/>
        </w:rPr>
        <w:t>Neither party shall be liable for any failure or delay in performance due to causes beyond their reasonable control, including but not limited to acts of God, war, terrorism, labour disputes, or government actions.</w:t>
      </w:r>
    </w:p>
    <w:p/>
    <w:p>
      <w:r>
        <w:rPr>
          <w:b/>
          <w:sz w:val="20"/>
        </w:rPr>
        <w:t>13 – Governing Law and Jurisdiction</w:t>
      </w:r>
    </w:p>
    <w:p>
      <w:r>
        <w:rPr>
          <w:b w:val="0"/>
          <w:sz w:val="20"/>
        </w:rPr>
        <w:t>This Contract shall be governed by and construed in accordance with the laws of the Province of ________________, Canada. The parties hereby submit to the exclusive jurisdiction of the courts located in that Province for any disputes arising out of this Contract.</w:t>
      </w:r>
    </w:p>
    <w:p/>
    <w:p>
      <w:r>
        <w:rPr>
          <w:b/>
          <w:sz w:val="20"/>
        </w:rPr>
        <w:t>14 – Entire Agreement</w:t>
      </w:r>
    </w:p>
    <w:p>
      <w:r>
        <w:rPr>
          <w:b w:val="0"/>
          <w:sz w:val="20"/>
        </w:rPr>
        <w:t>This Contract constitutes the entire agreement between the parties and supersedes all prior agreements, understandings, and communications relating to the subject matter herein.</w:t>
      </w:r>
    </w:p>
    <w:p/>
    <w:p>
      <w:r>
        <w:rPr>
          <w:b/>
          <w:sz w:val="20"/>
        </w:rPr>
        <w:t>15 – Amendments</w:t>
      </w:r>
    </w:p>
    <w:p>
      <w:r>
        <w:rPr>
          <w:b w:val="0"/>
          <w:sz w:val="20"/>
        </w:rPr>
        <w:t>Any amendments to this Contract must be in writing and signed by authorized representatives of both parties.</w:t>
      </w:r>
    </w:p>
    <w:p/>
    <w:p>
      <w:r>
        <w:rPr>
          <w:b/>
          <w:sz w:val="20"/>
        </w:rPr>
        <w:t>16 – Notices</w:t>
      </w:r>
    </w:p>
    <w:p>
      <w:r>
        <w:rPr>
          <w:b w:val="0"/>
          <w:sz w:val="20"/>
        </w:rPr>
        <w:t>All notices under this Contract shall be in writing and delivered personally, by registered mail, or by email to the addresses specified above or to such other address as either party may designate in writing.</w:t>
      </w:r>
    </w:p>
    <w:p/>
    <w:p>
      <w:r>
        <w:rPr>
          <w:b/>
          <w:sz w:val="20"/>
        </w:rPr>
        <w:t>17 – Severability</w:t>
      </w:r>
    </w:p>
    <w:p>
      <w:r>
        <w:rPr>
          <w:b w:val="0"/>
          <w:sz w:val="20"/>
        </w:rPr>
        <w:t>If any provision of this Contract is held invalid or unenforceable, the remaining provisions shall continue in full force and effect.</w:t>
      </w:r>
    </w:p>
    <w:p/>
    <w:p>
      <w:r>
        <w:rPr>
          <w:b/>
          <w:sz w:val="20"/>
        </w:rPr>
        <w:t>18 – Counterparts</w:t>
      </w:r>
    </w:p>
    <w:p>
      <w:r>
        <w:rPr>
          <w:b w:val="0"/>
          <w:sz w:val="20"/>
        </w:rPr>
        <w:t>This Contract may be executed in counterparts, each of which shall be deemed an original and all of which together shall constitute one and the same instrument.</w:t>
      </w:r>
    </w:p>
    <w:p/>
    <w:p/>
    <w:p>
      <w:r>
        <w:rPr>
          <w:b w:val="0"/>
          <w:sz w:val="20"/>
        </w:rPr>
        <w:t>Place of signing: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CONTRACTOR</w:t>
            </w:r>
          </w:p>
        </w:tc>
        <w:tc>
          <w:tcPr>
            <w:tcW w:type="dxa" w:w="4986"/>
            <w:tcBorders>
              <w:top w:val="nil"/>
              <w:left w:val="nil"/>
              <w:bottom w:val="nil"/>
              <w:right w:val="nil"/>
              <w:insideH w:val="nil"/>
              <w:insideV w:val="nil"/>
            </w:tcBorders>
          </w:tcPr>
          <w:p>
            <w:pPr>
              <w:jc w:val="center"/>
            </w:pPr>
            <w:r>
              <w:t>CLIENT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https://legaltemplates-ca.com/contract-for-contractor/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https://legaltemplates-ca.com</w:t>
        </w:r>
      </w:hyperlink>
    </w:p>
    <w:p>
      <w:pPr>
        <w:jc w:val="center"/>
      </w:pPr>
      <w:r>
        <w:rPr>
          <w:color w:val="808080"/>
          <w:sz w:val="20"/>
        </w:rPr>
        <w:t>This template is intended exclusively for personal, non-commercial use.</w:t>
        <w:br/>
        <w:t>If distributed or published, the source must be mentioned. © legaltemplates-ca.com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ca.com/contract-for-contractor/" TargetMode="External"/><Relationship Id="rId10" Type="http://schemas.openxmlformats.org/officeDocument/2006/relationships/hyperlink" Target="https://legal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