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CONTRACT PROPOSAL AGREEMENT</w:t>
      </w:r>
    </w:p>
    <w:p/>
    <w:p>
      <w:r>
        <w:rPr>
          <w:b/>
          <w:sz w:val="20"/>
        </w:rPr>
        <w:t>This Contract Proposal Agreement (the “Proposal”) is entered into by and between the undersigned parties as follows:</w:t>
      </w:r>
    </w:p>
    <w:p/>
    <w:p>
      <w:r>
        <w:rPr>
          <w:b/>
          <w:sz w:val="20"/>
        </w:rPr>
        <w:t>Proposer Information:</w:t>
      </w:r>
    </w:p>
    <w:p>
      <w:r>
        <w:rPr>
          <w:b w:val="0"/>
          <w:sz w:val="20"/>
        </w:rPr>
        <w:t>Full Legal Name: ______________________________________________________________</w:t>
      </w:r>
    </w:p>
    <w:p>
      <w:r>
        <w:rPr>
          <w:b w:val="0"/>
          <w:sz w:val="20"/>
        </w:rPr>
        <w:t>Business Number (if applicable): _______________________________________________</w:t>
      </w:r>
    </w:p>
    <w:p>
      <w:r>
        <w:rPr>
          <w:b w:val="0"/>
          <w:sz w:val="20"/>
        </w:rPr>
        <w:t>Address: ____________________________________________________________________</w:t>
      </w:r>
    </w:p>
    <w:p>
      <w:r>
        <w:rPr>
          <w:b w:val="0"/>
          <w:sz w:val="20"/>
        </w:rPr>
        <w:t>Phone: ______________________________________________________________________</w:t>
      </w:r>
    </w:p>
    <w:p>
      <w:r>
        <w:rPr>
          <w:b w:val="0"/>
          <w:sz w:val="20"/>
        </w:rPr>
        <w:t>Email: ______________________________________________________________________</w:t>
      </w:r>
    </w:p>
    <w:p/>
    <w:p>
      <w:r>
        <w:rPr>
          <w:b/>
          <w:sz w:val="20"/>
        </w:rPr>
        <w:t>Recipient Information:</w:t>
      </w:r>
    </w:p>
    <w:p>
      <w:r>
        <w:rPr>
          <w:b w:val="0"/>
          <w:sz w:val="20"/>
        </w:rPr>
        <w:t>Full Legal Name: ______________________________________________________________</w:t>
      </w:r>
    </w:p>
    <w:p>
      <w:r>
        <w:rPr>
          <w:b w:val="0"/>
          <w:sz w:val="20"/>
        </w:rPr>
        <w:t>Business Number (if applicable): _______________________________________________</w:t>
      </w:r>
    </w:p>
    <w:p>
      <w:r>
        <w:rPr>
          <w:b w:val="0"/>
          <w:sz w:val="20"/>
        </w:rPr>
        <w:t>Address: ____________________________________________________________________</w:t>
      </w:r>
    </w:p>
    <w:p>
      <w:r>
        <w:rPr>
          <w:b w:val="0"/>
          <w:sz w:val="20"/>
        </w:rPr>
        <w:t>Phone: ______________________________________________________________________</w:t>
      </w:r>
    </w:p>
    <w:p>
      <w:r>
        <w:rPr>
          <w:b w:val="0"/>
          <w:sz w:val="20"/>
        </w:rPr>
        <w:t>Email: ______________________________________________________________________</w:t>
      </w:r>
    </w:p>
    <w:p/>
    <w:p>
      <w:r>
        <w:rPr>
          <w:b/>
          <w:sz w:val="20"/>
        </w:rPr>
        <w:t>1. Proposal Summary</w:t>
      </w:r>
    </w:p>
    <w:p>
      <w:r>
        <w:rPr>
          <w:b w:val="0"/>
          <w:sz w:val="20"/>
        </w:rPr>
        <w:t>The Proposer hereby submits this Proposal to provide the goods, services, or deliverables described herein to the Recipient, subject to the terms and conditions set forth in this Proposal. This Proposal shall become binding upon acceptance by the Recipient in accordance with Section 9 below.</w:t>
      </w:r>
    </w:p>
    <w:p/>
    <w:p>
      <w:r>
        <w:rPr>
          <w:b/>
          <w:sz w:val="20"/>
        </w:rPr>
        <w:t>2. Scope of Work / Description of Goods or Services</w:t>
      </w:r>
    </w:p>
    <w:p>
      <w:r>
        <w:rPr>
          <w:b w:val="0"/>
          <w:sz w:val="20"/>
        </w:rPr>
        <w:t>The goods/services to be provided include, but are not limited to, the following:</w:t>
      </w:r>
    </w:p>
    <w:p>
      <w:r>
        <w:rPr>
          <w:b w:val="0"/>
          <w:sz w:val="20"/>
        </w:rPr>
        <w:t>________________________________________________________________________________</w:t>
      </w:r>
    </w:p>
    <w:p>
      <w:r>
        <w:rPr>
          <w:b w:val="0"/>
          <w:sz w:val="20"/>
        </w:rPr>
        <w:t>________________________________________________________________________________</w:t>
      </w:r>
    </w:p>
    <w:p>
      <w:r>
        <w:rPr>
          <w:b w:val="0"/>
          <w:sz w:val="20"/>
        </w:rPr>
        <w:t>________________________________________________________________________________</w:t>
      </w:r>
    </w:p>
    <w:p/>
    <w:p>
      <w:r>
        <w:rPr>
          <w:b/>
          <w:sz w:val="20"/>
        </w:rPr>
        <w:t>3. Pricing and Payment Terms</w:t>
      </w:r>
    </w:p>
    <w:p>
      <w:r>
        <w:rPr>
          <w:b w:val="0"/>
          <w:sz w:val="20"/>
        </w:rPr>
        <w:t>The total price for the goods/services described in Section 2 shall be: $________________ CAD, exclusive of applicable taxes.</w:t>
      </w:r>
    </w:p>
    <w:p>
      <w:r>
        <w:rPr>
          <w:b w:val="0"/>
          <w:sz w:val="20"/>
        </w:rPr>
        <w:t>Payment shall be made as follows:</w:t>
      </w:r>
    </w:p>
    <w:p>
      <w:r>
        <w:rPr>
          <w:b w:val="0"/>
          <w:sz w:val="20"/>
        </w:rPr>
        <w:t>- Deposit: $________________ CAD due upon acceptance of this Proposal.</w:t>
      </w:r>
    </w:p>
    <w:p>
      <w:r>
        <w:rPr>
          <w:b w:val="0"/>
          <w:sz w:val="20"/>
        </w:rPr>
        <w:t>- Balance: $________________ CAD due upon completion/delivery as agreed.</w:t>
      </w:r>
    </w:p>
    <w:p>
      <w:r>
        <w:rPr>
          <w:b w:val="0"/>
          <w:sz w:val="20"/>
        </w:rPr>
        <w:t>Payment shall be made by the following method(s): ________________________________</w:t>
      </w:r>
    </w:p>
    <w:p>
      <w:r>
        <w:rPr>
          <w:b w:val="0"/>
          <w:sz w:val="20"/>
        </w:rPr>
        <w:t>All applicable taxes will be added to the amounts stated herein, as required by law.</w:t>
      </w:r>
    </w:p>
    <w:p/>
    <w:p>
      <w:r>
        <w:rPr>
          <w:b/>
          <w:sz w:val="20"/>
        </w:rPr>
        <w:t>4. Timeline and Delivery</w:t>
      </w:r>
    </w:p>
    <w:p>
      <w:r>
        <w:rPr>
          <w:b w:val="0"/>
          <w:sz w:val="20"/>
        </w:rPr>
        <w:t>The goods/services shall be delivered or completed according to the following schedule:</w:t>
      </w:r>
    </w:p>
    <w:p>
      <w:r>
        <w:rPr>
          <w:b w:val="0"/>
          <w:sz w:val="20"/>
        </w:rPr>
        <w:t>- Start Date: ________________________________________________________________</w:t>
      </w:r>
    </w:p>
    <w:p>
      <w:r>
        <w:rPr>
          <w:b w:val="0"/>
          <w:sz w:val="20"/>
        </w:rPr>
        <w:t>- Completion/Delivery Date: __________________________________________________</w:t>
      </w:r>
    </w:p>
    <w:p>
      <w:r>
        <w:rPr>
          <w:b w:val="0"/>
          <w:sz w:val="20"/>
        </w:rPr>
        <w:t>Time is of the essence in this Proposal. Any delays shall be communicated promptly.</w:t>
      </w:r>
    </w:p>
    <w:p/>
    <w:p>
      <w:r>
        <w:rPr>
          <w:b/>
          <w:sz w:val="20"/>
        </w:rPr>
        <w:t>5. Responsibilities of the Proposer</w:t>
      </w:r>
    </w:p>
    <w:p>
      <w:r>
        <w:rPr>
          <w:b w:val="0"/>
          <w:sz w:val="20"/>
        </w:rPr>
        <w:t>The Proposer agrees to perform the work/services in a professional, timely, and workmanlike manner, consistent with industry standards and applicable Canadian laws and regulations.</w:t>
      </w:r>
    </w:p>
    <w:p/>
    <w:p>
      <w:r>
        <w:rPr>
          <w:b/>
          <w:sz w:val="20"/>
        </w:rPr>
        <w:t>6. Responsibilities of the Recipient</w:t>
      </w:r>
    </w:p>
    <w:p>
      <w:r>
        <w:rPr>
          <w:b w:val="0"/>
          <w:sz w:val="20"/>
        </w:rPr>
        <w:t>The Recipient agrees to provide timely access, information, approvals, and payments as necessary for the Proposer to fulfill this Proposal.</w:t>
      </w:r>
    </w:p>
    <w:p/>
    <w:p>
      <w:r>
        <w:rPr>
          <w:b/>
          <w:sz w:val="20"/>
        </w:rPr>
        <w:t>7. Confidentiality</w:t>
      </w:r>
    </w:p>
    <w:p>
      <w:r>
        <w:rPr>
          <w:b w:val="0"/>
          <w:sz w:val="20"/>
        </w:rPr>
        <w:t>Each party agrees to keep all proprietary or confidential information disclosed by the other party confidential and only use such information for the purposes of this Proposal, unless otherwise required by law.</w:t>
      </w:r>
    </w:p>
    <w:p/>
    <w:p>
      <w:r>
        <w:rPr>
          <w:b/>
          <w:sz w:val="20"/>
        </w:rPr>
        <w:t>8. Intellectual Property</w:t>
      </w:r>
    </w:p>
    <w:p>
      <w:r>
        <w:rPr>
          <w:b w:val="0"/>
          <w:sz w:val="20"/>
        </w:rPr>
        <w:t>Any intellectual property developed or provided by the Proposer in connection with this Proposal shall remain the property of the Proposer unless explicitly assigned to the Recipient in a separate written agreement.</w:t>
      </w:r>
    </w:p>
    <w:p/>
    <w:p>
      <w:r>
        <w:rPr>
          <w:b/>
          <w:sz w:val="20"/>
        </w:rPr>
        <w:t>9. Acceptance and Binding Effect</w:t>
      </w:r>
    </w:p>
    <w:p>
      <w:r>
        <w:rPr>
          <w:b w:val="0"/>
          <w:sz w:val="20"/>
        </w:rPr>
        <w:t>This Proposal shall be deemed accepted and become a binding contract upon the Recipient’s signing below or providing written acceptance to the Proposer.</w:t>
      </w:r>
    </w:p>
    <w:p/>
    <w:p>
      <w:r>
        <w:rPr>
          <w:b/>
          <w:sz w:val="20"/>
        </w:rPr>
        <w:t>10. Termination</w:t>
      </w:r>
    </w:p>
    <w:p>
      <w:r>
        <w:rPr>
          <w:b w:val="0"/>
          <w:sz w:val="20"/>
        </w:rPr>
        <w:t>Either party may terminate this Proposal upon written notice if the other party materially breaches any term and fails to cure within 15 days of notice. Termination shall not affect accrued rights or obligations.</w:t>
      </w:r>
    </w:p>
    <w:p/>
    <w:p>
      <w:r>
        <w:rPr>
          <w:b/>
          <w:sz w:val="20"/>
        </w:rPr>
        <w:t>11. Limitation of Liability</w:t>
      </w:r>
    </w:p>
    <w:p>
      <w:r>
        <w:rPr>
          <w:b w:val="0"/>
          <w:sz w:val="20"/>
        </w:rPr>
        <w:t>Neither party shall be liable to the other for any indirect, incidental, consequential, punitive, or special damages arising from or related to this Proposal, except in cases of gross negligence or willful misconduct.</w:t>
      </w:r>
    </w:p>
    <w:p/>
    <w:p>
      <w:r>
        <w:rPr>
          <w:b/>
          <w:sz w:val="20"/>
        </w:rPr>
        <w:t>12. Governing Law and Jurisdiction</w:t>
      </w:r>
    </w:p>
    <w:p>
      <w:r>
        <w:rPr>
          <w:b w:val="0"/>
          <w:sz w:val="20"/>
        </w:rPr>
        <w:t>This Proposal and any contract resulting herefrom shall be governed by and construed in accordance with the laws of the Province of ________________, Canada, without regard to conflict of law principles. The parties agree to submit to the exclusive jurisdiction of the courts located in that Province.</w:t>
      </w:r>
    </w:p>
    <w:p/>
    <w:p>
      <w:r>
        <w:rPr>
          <w:b/>
          <w:sz w:val="20"/>
        </w:rPr>
        <w:t>13. Entire Agreement</w:t>
      </w:r>
    </w:p>
    <w:p>
      <w:r>
        <w:rPr>
          <w:b w:val="0"/>
          <w:sz w:val="20"/>
        </w:rPr>
        <w:t>This Proposal constitutes the entire agreement between the parties with respect to the subject matter hereof and supersedes all prior negotiations, representations, or agreements, whether written or oral.</w:t>
      </w:r>
    </w:p>
    <w:p/>
    <w:p/>
    <w:p>
      <w:r>
        <w:rPr>
          <w:b w:val="0"/>
          <w:sz w:val="20"/>
        </w:rPr>
        <w:t>Place of signature: 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PROPONENT</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____________________________</w:t>
            </w:r>
          </w:p>
        </w:tc>
        <w:tc>
          <w:tcPr>
            <w:tcW w:type="dxa" w:w="4986"/>
            <w:tcBorders>
              <w:top w:val="nil"/>
              <w:left w:val="nil"/>
              <w:bottom w:val="nil"/>
              <w:right w:val="nil"/>
              <w:insideH w:val="nil"/>
              <w:insideV w:val="nil"/>
            </w:tcBorders>
          </w:tcPr>
          <w:p>
            <w:pPr>
              <w:jc w:val="center"/>
            </w:pPr>
            <w:r>
              <w:t>Name &amp; Title: 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https://legaltemplates-ca.com/contract-proposal/</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contract-proposal/"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