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CUTE LETTER AGREEMENT</w:t>
      </w:r>
    </w:p>
    <w:p/>
    <w:p/>
    <w:p>
      <w:r>
        <w:rPr>
          <w:b/>
          <w:sz w:val="20"/>
        </w:rPr>
        <w:t>This Cute Letter Agreement (the “Agreement”) is made between the undersigned parties for the purpose of affirming mutual appreciation, kindness, and goodwill.</w:t>
      </w:r>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Recipient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Purpose of the Letter:</w:t>
      </w:r>
    </w:p>
    <w:p>
      <w:r>
        <w:rPr>
          <w:b w:val="0"/>
          <w:sz w:val="20"/>
        </w:rPr>
        <w:t>This letter serves as a heartfelt expression of kindness, appreciation, and positive intentions towards the Recipient. It is meant to strengthen the bond of friendship, support, and goodwill between the parties.</w:t>
      </w:r>
    </w:p>
    <w:p/>
    <w:p>
      <w:r>
        <w:rPr>
          <w:b/>
          <w:sz w:val="20"/>
        </w:rPr>
        <w:t>Mutual Commitments:</w:t>
      </w:r>
    </w:p>
    <w:p>
      <w:r>
        <w:rPr>
          <w:b w:val="0"/>
          <w:sz w:val="20"/>
        </w:rPr>
        <w:t>1. The Sender commits to offering support, encouragement, and positive communication to the Recipient.</w:t>
        <w:br/>
        <w:t>2. The Recipient acknowledges and accepts these sentiments with gratitude and goodwill.</w:t>
        <w:br/>
        <w:t>3. Both parties agree to maintain open and honest communication, fostering mutual respect and care.</w:t>
      </w:r>
    </w:p>
    <w:p/>
    <w:p>
      <w:r>
        <w:rPr>
          <w:b/>
          <w:sz w:val="20"/>
        </w:rPr>
        <w:t>Privacy and Confidentiality:</w:t>
      </w:r>
    </w:p>
    <w:p>
      <w:r>
        <w:rPr>
          <w:b w:val="0"/>
          <w:sz w:val="20"/>
        </w:rPr>
        <w:t>All communications and expressions made in this Agreement shall be treated with confidentiality and respect. Neither party shall disclose sensitive personal information contained herein to third parties without prior consent, except as required by law.</w:t>
      </w:r>
    </w:p>
    <w:p/>
    <w:p>
      <w:r>
        <w:rPr>
          <w:b/>
          <w:sz w:val="20"/>
        </w:rPr>
        <w:t>Legal Compliance and Enforceability:</w:t>
      </w:r>
    </w:p>
    <w:p>
      <w:r>
        <w:rPr>
          <w:b w:val="0"/>
          <w:sz w:val="20"/>
        </w:rPr>
        <w:t>This Agreement is governed by and construed in accordance with the laws of Canada. Both parties warrant that this Agreement does not violate any applicable laws or regulations. This Agreement is intended as an enforceable expression of mutual kindness and understanding, and while it may not constitute a legally binding contract for services or goods, any misuse or breach of confidentiality may be subject to legal remedies.</w:t>
      </w:r>
    </w:p>
    <w:p/>
    <w:p>
      <w:r>
        <w:rPr>
          <w:b/>
          <w:sz w:val="20"/>
        </w:rPr>
        <w:t>Term and Termination:</w:t>
      </w:r>
    </w:p>
    <w:p>
      <w:r>
        <w:rPr>
          <w:b w:val="0"/>
          <w:sz w:val="20"/>
        </w:rPr>
        <w:t>This Agreement shall remain in effect indefinitely unless terminated by either party upon written notice. Termination shall not affect rights or obligations accrued prior to termination.</w:t>
      </w:r>
    </w:p>
    <w:p/>
    <w:p>
      <w:r>
        <w:rPr>
          <w:b/>
          <w:sz w:val="20"/>
        </w:rPr>
        <w:t>Dispute Resolution:</w:t>
      </w:r>
    </w:p>
    <w:p>
      <w:r>
        <w:rPr>
          <w:b w:val="0"/>
          <w:sz w:val="20"/>
        </w:rPr>
        <w:t>Any dispute arising out of or relating to this Agreement shall be resolved amicably between the parties. Failing amicable resolution, disputes shall be submitted to mediation before any legal action is taken, in accordance with applicable Canadian laws.</w:t>
      </w:r>
    </w:p>
    <w:p/>
    <w:p>
      <w:r>
        <w:rPr>
          <w:b/>
          <w:sz w:val="20"/>
        </w:rPr>
        <w:t>Miscellaneous:</w:t>
      </w:r>
    </w:p>
    <w:p>
      <w:r>
        <w:rPr>
          <w:b w:val="0"/>
          <w:sz w:val="20"/>
        </w:rPr>
        <w:t>1. Entire Agreement: This document constitutes the entire understanding between the parties with respect to its subject matter.</w:t>
        <w:br/>
        <w:t>2. Amendments: Any amendments or modifications must be made in writing and signed by both parties.</w:t>
        <w:br/>
        <w:t>3. Severability: If any provision is held invalid or unenforceable, the remainder shall remain in effect.</w:t>
        <w:br/>
        <w:t>4. No Waiver: Failure to enforce any provision shall not constitute a waiver of future enforcement.</w:t>
      </w:r>
    </w:p>
    <w:p/>
    <w:p/>
    <w:p>
      <w:pPr>
        <w:jc w:val="center"/>
      </w:pPr>
      <w:r>
        <w:rPr>
          <w:b w:val="0"/>
          <w:sz w:val="20"/>
        </w:rPr>
        <w:t>IN WITNESS WHEREOF, the parties have executed this Cute Letter Agreement</w:t>
      </w:r>
    </w:p>
    <w:p>
      <w:pPr>
        <w:jc w:val="center"/>
      </w:pPr>
      <w:r>
        <w:rPr>
          <w:b w:val="0"/>
          <w:sz w:val="20"/>
        </w:rPr>
        <w:t>and affirm their mutual kindness and understanding below.</w:t>
      </w:r>
    </w:p>
    <w:p/>
    <w:p/>
    <w:p/>
    <w:p>
      <w:r>
        <w:rPr>
          <w:b w:val="0"/>
          <w:sz w:val="20"/>
        </w:rPr>
        <w:t>Place of Agreement: _______________________________________________</w:t>
      </w:r>
    </w:p>
    <w:p>
      <w:r>
        <w:rPr>
          <w:b w:val="0"/>
          <w:sz w:val="20"/>
        </w:rPr>
        <w:t>Signature Date: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https://legaltemplates-ca.com/cute-letter/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ute-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