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ORDER FORM</w:t>
      </w:r>
    </w:p>
    <w:p/>
    <w:p/>
    <w:p>
      <w:r>
        <w:rPr>
          <w:b/>
          <w:sz w:val="22"/>
        </w:rPr>
        <w:t>Customer Information</w:t>
      </w:r>
    </w:p>
    <w:p>
      <w:r>
        <w:rPr>
          <w:b w:val="0"/>
          <w:sz w:val="20"/>
        </w:rPr>
        <w:t>Full Name: ______________________________________________________________</w:t>
      </w:r>
    </w:p>
    <w:p>
      <w:r>
        <w:rPr>
          <w:b w:val="0"/>
          <w:sz w:val="20"/>
        </w:rPr>
        <w:t>Company Name (if applicable): ____________________________________________</w:t>
      </w:r>
    </w:p>
    <w:p>
      <w:r>
        <w:rPr>
          <w:b w:val="0"/>
          <w:sz w:val="20"/>
        </w:rPr>
        <w:t>Billing Address: _________________________________________________________</w:t>
      </w:r>
    </w:p>
    <w:p>
      <w:r>
        <w:rPr>
          <w:b w:val="0"/>
          <w:sz w:val="20"/>
        </w:rPr>
        <w:t>City: ________________________ Province: ______________ Postal Code: ________</w:t>
      </w:r>
    </w:p>
    <w:p>
      <w:r>
        <w:rPr>
          <w:b w:val="0"/>
          <w:sz w:val="20"/>
        </w:rPr>
        <w:t>Phone Number: ___________________________________________________________</w:t>
      </w:r>
    </w:p>
    <w:p>
      <w:r>
        <w:rPr>
          <w:b w:val="0"/>
          <w:sz w:val="20"/>
        </w:rPr>
        <w:t>Email Address: ___________________________________________________________</w:t>
      </w:r>
    </w:p>
    <w:p/>
    <w:p/>
    <w:p>
      <w:r>
        <w:rPr>
          <w:b/>
          <w:sz w:val="22"/>
        </w:rPr>
        <w:t>Order Details</w:t>
      </w:r>
    </w:p>
    <w:tbl>
      <w:tblPr>
        <w:tblStyle w:val="TableGrid"/>
        <w:tblW w:type="auto" w:w="0"/>
        <w:tblLook w:firstColumn="1" w:firstRow="1" w:lastColumn="0" w:lastRow="0" w:noHBand="0" w:noVBand="1" w:val="04A0"/>
      </w:tblPr>
      <w:tblGrid>
        <w:gridCol w:w="1662"/>
        <w:gridCol w:w="1662"/>
        <w:gridCol w:w="1662"/>
        <w:gridCol w:w="1662"/>
        <w:gridCol w:w="1662"/>
        <w:gridCol w:w="1662"/>
      </w:tblGrid>
      <w:tr>
        <w:tc>
          <w:tcPr>
            <w:tcW w:type="dxa" w:w="1662"/>
          </w:tcPr>
          <w:p>
            <w:r>
              <w:t>Item No.</w:t>
            </w:r>
          </w:p>
        </w:tc>
        <w:tc>
          <w:tcPr>
            <w:tcW w:type="dxa" w:w="1662"/>
          </w:tcPr>
          <w:p>
            <w:r>
              <w:t>Product Description</w:t>
            </w:r>
          </w:p>
        </w:tc>
        <w:tc>
          <w:tcPr>
            <w:tcW w:type="dxa" w:w="1662"/>
          </w:tcPr>
          <w:p>
            <w:r>
              <w:t>SKU / Product Code</w:t>
            </w:r>
          </w:p>
        </w:tc>
        <w:tc>
          <w:tcPr>
            <w:tcW w:type="dxa" w:w="1662"/>
          </w:tcPr>
          <w:p>
            <w:r>
              <w:t>Quantity</w:t>
            </w:r>
          </w:p>
        </w:tc>
        <w:tc>
          <w:tcPr>
            <w:tcW w:type="dxa" w:w="1662"/>
          </w:tcPr>
          <w:p>
            <w:r>
              <w:t>Unit Price (CAD)</w:t>
            </w:r>
          </w:p>
        </w:tc>
        <w:tc>
          <w:tcPr>
            <w:tcW w:type="dxa" w:w="1662"/>
          </w:tcPr>
          <w:p>
            <w:r>
              <w:t>Total Price (CAD)</w:t>
            </w:r>
          </w:p>
        </w:tc>
      </w:tr>
      <w:tr>
        <w:tc>
          <w:tcPr>
            <w:tcW w:type="dxa" w:w="1662"/>
          </w:tcPr>
          <w:p>
            <w:r>
              <w:t>______________________________</w:t>
            </w:r>
          </w:p>
        </w:tc>
        <w:tc>
          <w:tcPr>
            <w:tcW w:type="dxa" w:w="1662"/>
          </w:tcPr>
          <w:p>
            <w:r>
              <w:t>______________________________</w:t>
            </w:r>
          </w:p>
        </w:tc>
        <w:tc>
          <w:tcPr>
            <w:tcW w:type="dxa" w:w="1662"/>
          </w:tcPr>
          <w:p>
            <w:r>
              <w:t>______________________________</w:t>
            </w:r>
          </w:p>
        </w:tc>
        <w:tc>
          <w:tcPr>
            <w:tcW w:type="dxa" w:w="1662"/>
          </w:tcPr>
          <w:p>
            <w:r>
              <w:t>______________________________</w:t>
            </w:r>
          </w:p>
        </w:tc>
        <w:tc>
          <w:tcPr>
            <w:tcW w:type="dxa" w:w="1662"/>
          </w:tcPr>
          <w:p>
            <w:r>
              <w:t>______________________________</w:t>
            </w:r>
          </w:p>
        </w:tc>
        <w:tc>
          <w:tcPr>
            <w:tcW w:type="dxa" w:w="1662"/>
          </w:tcPr>
          <w:p>
            <w:r>
              <w:t>______________________________</w:t>
            </w:r>
          </w:p>
        </w:tc>
      </w:tr>
    </w:tbl>
    <w:p/>
    <w:p>
      <w:r>
        <w:rPr>
          <w:b w:val="0"/>
          <w:sz w:val="20"/>
        </w:rPr>
        <w:t>Additional rows can be added as needed.</w:t>
      </w:r>
    </w:p>
    <w:p/>
    <w:p/>
    <w:p>
      <w:r>
        <w:rPr>
          <w:b/>
          <w:sz w:val="22"/>
        </w:rPr>
        <w:t>Payment Information</w:t>
      </w:r>
    </w:p>
    <w:p>
      <w:r>
        <w:rPr>
          <w:b w:val="0"/>
          <w:sz w:val="20"/>
        </w:rPr>
        <w:t>Payment Method (select one):</w:t>
      </w:r>
    </w:p>
    <w:p>
      <w:r>
        <w:rPr>
          <w:b w:val="0"/>
          <w:sz w:val="20"/>
        </w:rPr>
        <w:t>[  ] Credit Card    [  ] Bank Transfer    [  ] Cheque    [  ] Other: ____________</w:t>
      </w:r>
    </w:p>
    <w:p/>
    <w:p>
      <w:r>
        <w:rPr>
          <w:b w:val="0"/>
          <w:sz w:val="20"/>
        </w:rPr>
        <w:t>Credit Card Details (if applicable):</w:t>
      </w:r>
    </w:p>
    <w:p>
      <w:r>
        <w:rPr>
          <w:b w:val="0"/>
          <w:sz w:val="20"/>
        </w:rPr>
        <w:t>Cardholder Name: _________________________________________________________</w:t>
      </w:r>
    </w:p>
    <w:p>
      <w:r>
        <w:rPr>
          <w:b w:val="0"/>
          <w:sz w:val="20"/>
        </w:rPr>
        <w:t>Card Number: ______________________________________________________________</w:t>
      </w:r>
    </w:p>
    <w:p>
      <w:r>
        <w:rPr>
          <w:b w:val="0"/>
          <w:sz w:val="20"/>
        </w:rPr>
        <w:t>Expiry Date (MM/YY): ____________________    CVV: __________________________</w:t>
      </w:r>
    </w:p>
    <w:p/>
    <w:p>
      <w:r>
        <w:rPr>
          <w:b w:val="0"/>
          <w:sz w:val="20"/>
        </w:rPr>
        <w:t>Bank Transfer Details (if applicable):</w:t>
      </w:r>
    </w:p>
    <w:p>
      <w:r>
        <w:rPr>
          <w:b w:val="0"/>
          <w:sz w:val="20"/>
        </w:rPr>
        <w:t>Bank Name: ________________________________________________________________</w:t>
      </w:r>
    </w:p>
    <w:p>
      <w:r>
        <w:rPr>
          <w:b w:val="0"/>
          <w:sz w:val="20"/>
        </w:rPr>
        <w:t>Account Number: ___________________________________________________________</w:t>
      </w:r>
    </w:p>
    <w:p>
      <w:r>
        <w:rPr>
          <w:b w:val="0"/>
          <w:sz w:val="20"/>
        </w:rPr>
        <w:t>Transit Number: ___________________________________________________________</w:t>
      </w:r>
    </w:p>
    <w:p>
      <w:r>
        <w:rPr>
          <w:b w:val="0"/>
          <w:sz w:val="20"/>
        </w:rPr>
        <w:t>Institution Number: ________________________________________________________</w:t>
      </w:r>
    </w:p>
    <w:p/>
    <w:p/>
    <w:p>
      <w:r>
        <w:rPr>
          <w:b/>
          <w:sz w:val="22"/>
        </w:rPr>
        <w:t>Delivery Information</w:t>
      </w:r>
    </w:p>
    <w:p>
      <w:r>
        <w:rPr>
          <w:b w:val="0"/>
          <w:sz w:val="20"/>
        </w:rPr>
        <w:t>Delivery Address (if different from billing): _______________________________</w:t>
      </w:r>
    </w:p>
    <w:p>
      <w:r>
        <w:rPr>
          <w:b w:val="0"/>
          <w:sz w:val="20"/>
        </w:rPr>
        <w:t>City: ________________________ Province: ______________ Postal Code: ________</w:t>
      </w:r>
    </w:p>
    <w:p>
      <w:r>
        <w:rPr>
          <w:b w:val="0"/>
          <w:sz w:val="20"/>
        </w:rPr>
        <w:t>Preferred Delivery Date: _________________________________________________</w:t>
      </w:r>
    </w:p>
    <w:p>
      <w:r>
        <w:rPr>
          <w:b w:val="0"/>
          <w:sz w:val="20"/>
        </w:rPr>
        <w:t>Special Instructions or Notes:</w:t>
      </w:r>
    </w:p>
    <w:p>
      <w:r>
        <w:t>__________________________________________________________________________</w:t>
      </w:r>
    </w:p>
    <w:p/>
    <w:p/>
    <w:p>
      <w:r>
        <w:rPr>
          <w:b/>
          <w:sz w:val="22"/>
        </w:rPr>
        <w:t>Terms and Conditions</w:t>
      </w:r>
    </w:p>
    <w:p>
      <w:r>
        <w:rPr>
          <w:b w:val="0"/>
          <w:sz w:val="20"/>
        </w:rPr>
        <w:t>1. Order Acceptance: All orders are subject to acceptance by the seller. The seller reserves the right to refuse any order in whole or in part.</w:t>
      </w:r>
    </w:p>
    <w:p/>
    <w:p>
      <w:r>
        <w:rPr>
          <w:b w:val="0"/>
          <w:sz w:val="20"/>
        </w:rPr>
        <w:t>2. Prices and Payment: Prices are in Canadian Dollars (CAD) and do not include applicable taxes, shipping, or handling unless otherwise specified. Payment must be received in full before shipment unless credit terms are approved.</w:t>
      </w:r>
    </w:p>
    <w:p/>
    <w:p>
      <w:r>
        <w:rPr>
          <w:b w:val="0"/>
          <w:sz w:val="20"/>
        </w:rPr>
        <w:t>3. Taxes: Applicable federal and provincial taxes will be added to the invoice as required by law.</w:t>
      </w:r>
    </w:p>
    <w:p/>
    <w:p>
      <w:r>
        <w:rPr>
          <w:b w:val="0"/>
          <w:sz w:val="20"/>
        </w:rPr>
        <w:t>4. Delivery: The seller will make reasonable efforts to deliver the product(s) within the timeframe specified but shall not be liable for any delays beyond its control. Delivery dates are estimates only.</w:t>
      </w:r>
    </w:p>
    <w:p/>
    <w:p>
      <w:r>
        <w:rPr>
          <w:b w:val="0"/>
          <w:sz w:val="20"/>
        </w:rPr>
        <w:t>5. Risk and Title: Risk of loss passes to the buyer upon delivery. Title remains with the seller until full payment is received.</w:t>
      </w:r>
    </w:p>
    <w:p/>
    <w:p>
      <w:r>
        <w:rPr>
          <w:b w:val="0"/>
          <w:sz w:val="20"/>
        </w:rPr>
        <w:t>6. Returns and Cancellations: Returns or cancellations require prior written approval. Restocking fees may apply. Custom orders are non-refundable unless defective.</w:t>
      </w:r>
    </w:p>
    <w:p/>
    <w:p>
      <w:r>
        <w:rPr>
          <w:b w:val="0"/>
          <w:sz w:val="20"/>
        </w:rPr>
        <w:t>7. Warranty: The seller warrants that the products conform to specifications and are free from material defects under normal use. This warranty is limited and excludes damages caused by misuse, alteration, or unauthorized repair.</w:t>
      </w:r>
    </w:p>
    <w:p/>
    <w:p>
      <w:r>
        <w:rPr>
          <w:b w:val="0"/>
          <w:sz w:val="20"/>
        </w:rPr>
        <w:t>8. Limitation of Liability: The seller’s liability shall be limited to the purchase price of the product(s). In no event shall the seller be liable for incidental or consequential damages.</w:t>
      </w:r>
    </w:p>
    <w:p/>
    <w:p>
      <w:r>
        <w:rPr>
          <w:b w:val="0"/>
          <w:sz w:val="20"/>
        </w:rPr>
        <w:t>9. Governing Law: This order form and any resulting contracts shall be governed by and construed in accordance with the laws of the applicable Canadian province or territory where the seller operates.</w:t>
      </w:r>
    </w:p>
    <w:p/>
    <w:p>
      <w:r>
        <w:rPr>
          <w:b w:val="0"/>
          <w:sz w:val="20"/>
        </w:rPr>
        <w:t>10. Privacy: Customer information will be handled in accordance with applicable privacy laws and used solely for order processing and communication.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Customer Signature</w:t>
            </w:r>
          </w:p>
        </w:tc>
        <w:tc>
          <w:tcPr>
            <w:tcW w:type="dxa" w:w="4986"/>
            <w:tcBorders>
              <w:top w:val="nil"/>
              <w:left w:val="nil"/>
              <w:bottom w:val="nil"/>
              <w:right w:val="nil"/>
              <w:insideH w:val="nil"/>
              <w:insideV w:val="nil"/>
            </w:tcBorders>
          </w:tcPr>
          <w:p>
            <w:pPr>
              <w:jc w:val="center"/>
            </w:pPr>
            <w:r>
              <w:t>Authorized Seller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sz w:val="20"/>
        </w:rPr>
        <w:t>By signing above, the parties agree to all terms and conditions stated herein.</w:t>
      </w:r>
    </w:p>
    <w:p>
      <w:r>
        <w:br w:type="page"/>
      </w:r>
    </w:p>
    <w:p>
      <w:pPr>
        <w:jc w:val="center"/>
      </w:pPr>
      <w:r>
        <w:rPr>
          <w:color w:val="555555"/>
          <w:sz w:val="24"/>
        </w:rPr>
        <w:t>Original source of this document:</w:t>
      </w:r>
    </w:p>
    <w:p>
      <w:pPr>
        <w:jc w:val="center"/>
      </w:pPr>
      <w:hyperlink r:id="rId9">
        <w:r>
          <w:rPr>
            <w:color w:val="0000FF"/>
            <w:u w:val="single"/>
          </w:rPr>
          <w:t>https://legaltemplates-ca.com/editable-order-form/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editable-order-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