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EMERGENCY CONTACT FORM</w:t>
      </w:r>
    </w:p>
    <w:p/>
    <w:p/>
    <w:p>
      <w:r>
        <w:rPr>
          <w:b/>
          <w:sz w:val="20"/>
        </w:rPr>
        <w:t>PERSONAL INFORMATION</w:t>
      </w:r>
    </w:p>
    <w:p/>
    <w:p>
      <w:r>
        <w:rPr>
          <w:b w:val="0"/>
          <w:sz w:val="20"/>
        </w:rPr>
        <w:t>Full Name: ____________________________________________________________</w:t>
      </w:r>
    </w:p>
    <w:p>
      <w:r>
        <w:rPr>
          <w:b w:val="0"/>
          <w:sz w:val="20"/>
        </w:rPr>
        <w:t>Date of Birth: _________________________________________________________</w:t>
      </w:r>
    </w:p>
    <w:p>
      <w:r>
        <w:rPr>
          <w:b w:val="0"/>
          <w:sz w:val="20"/>
        </w:rPr>
        <w:t>Address: _______________________________________________________________</w:t>
      </w:r>
    </w:p>
    <w:p>
      <w:r>
        <w:rPr>
          <w:b w:val="0"/>
          <w:sz w:val="20"/>
        </w:rPr>
        <w:t>City/Town: _______________________________ Province: _________________ Postal Code: ____________</w:t>
      </w:r>
    </w:p>
    <w:p>
      <w:r>
        <w:rPr>
          <w:b w:val="0"/>
          <w:sz w:val="20"/>
        </w:rPr>
        <w:t>Phone Number (Primary): _________________________________________________</w:t>
      </w:r>
    </w:p>
    <w:p>
      <w:r>
        <w:rPr>
          <w:b w:val="0"/>
          <w:sz w:val="20"/>
        </w:rPr>
        <w:t>Phone Number (Secondary): _______________________________________________</w:t>
      </w:r>
    </w:p>
    <w:p>
      <w:r>
        <w:rPr>
          <w:b w:val="0"/>
          <w:sz w:val="20"/>
        </w:rPr>
        <w:t>Email Address: _________________________________________________________</w:t>
      </w:r>
    </w:p>
    <w:p/>
    <w:p/>
    <w:p>
      <w:r>
        <w:rPr>
          <w:b/>
          <w:sz w:val="20"/>
        </w:rPr>
        <w:t>EMERGENCY CONTACT DETAILS</w:t>
      </w:r>
    </w:p>
    <w:p/>
    <w:p>
      <w:r>
        <w:rPr>
          <w:b w:val="0"/>
          <w:sz w:val="20"/>
        </w:rPr>
        <w:t>Primary Emergency Contact</w:t>
      </w:r>
    </w:p>
    <w:p>
      <w:r>
        <w:rPr>
          <w:b w:val="0"/>
          <w:sz w:val="20"/>
        </w:rPr>
        <w:t>Full Name: ____________________________________________________________</w:t>
      </w:r>
    </w:p>
    <w:p>
      <w:r>
        <w:rPr>
          <w:b w:val="0"/>
          <w:sz w:val="20"/>
        </w:rPr>
        <w:t>Relationship: __________________________________________________________</w:t>
      </w:r>
    </w:p>
    <w:p>
      <w:r>
        <w:rPr>
          <w:b w:val="0"/>
          <w:sz w:val="20"/>
        </w:rPr>
        <w:t>Phone Number (Primary): _________________________________________________</w:t>
      </w:r>
    </w:p>
    <w:p>
      <w:r>
        <w:rPr>
          <w:b w:val="0"/>
          <w:sz w:val="20"/>
        </w:rPr>
        <w:t>Phone Number (Secondary): _______________________________________________</w:t>
      </w:r>
    </w:p>
    <w:p>
      <w:r>
        <w:rPr>
          <w:b w:val="0"/>
          <w:sz w:val="20"/>
        </w:rPr>
        <w:t>Email Address: _________________________________________________________</w:t>
      </w:r>
    </w:p>
    <w:p/>
    <w:p>
      <w:r>
        <w:rPr>
          <w:b w:val="0"/>
          <w:sz w:val="20"/>
        </w:rPr>
        <w:t>Secondary Emergency Contact (Optional)</w:t>
      </w:r>
    </w:p>
    <w:p>
      <w:r>
        <w:rPr>
          <w:b w:val="0"/>
          <w:sz w:val="20"/>
        </w:rPr>
        <w:t>Full Name: ____________________________________________________________</w:t>
      </w:r>
    </w:p>
    <w:p>
      <w:r>
        <w:rPr>
          <w:b w:val="0"/>
          <w:sz w:val="20"/>
        </w:rPr>
        <w:t>Relationship: __________________________________________________________</w:t>
      </w:r>
    </w:p>
    <w:p>
      <w:r>
        <w:rPr>
          <w:b w:val="0"/>
          <w:sz w:val="20"/>
        </w:rPr>
        <w:t>Phone Number (Primary): _________________________________________________</w:t>
      </w:r>
    </w:p>
    <w:p>
      <w:r>
        <w:rPr>
          <w:b w:val="0"/>
          <w:sz w:val="20"/>
        </w:rPr>
        <w:t>Phone Number (Secondary): _______________________________________________</w:t>
      </w:r>
    </w:p>
    <w:p>
      <w:r>
        <w:rPr>
          <w:b w:val="0"/>
          <w:sz w:val="20"/>
        </w:rPr>
        <w:t>Email Address: _________________________________________________________</w:t>
      </w:r>
    </w:p>
    <w:p/>
    <w:p/>
    <w:p>
      <w:r>
        <w:rPr>
          <w:b/>
          <w:sz w:val="20"/>
        </w:rPr>
        <w:t>MEDICAL INFORMATION</w:t>
      </w:r>
    </w:p>
    <w:p/>
    <w:p>
      <w:r>
        <w:rPr>
          <w:b w:val="0"/>
          <w:sz w:val="20"/>
        </w:rPr>
        <w:t>Physician/Doctor’s Name: ________________________________________________</w:t>
      </w:r>
    </w:p>
    <w:p>
      <w:r>
        <w:rPr>
          <w:b w:val="0"/>
          <w:sz w:val="20"/>
        </w:rPr>
        <w:t>Physician Phone Number: ________________________________________________</w:t>
      </w:r>
    </w:p>
    <w:p>
      <w:r>
        <w:rPr>
          <w:b w:val="0"/>
          <w:sz w:val="20"/>
        </w:rPr>
        <w:t>Medical Conditions (please specify):</w:t>
      </w:r>
    </w:p>
    <w:p>
      <w:r>
        <w:rPr>
          <w:b w:val="0"/>
          <w:sz w:val="20"/>
        </w:rPr>
        <w:t>________________________________________________________________________</w:t>
      </w:r>
    </w:p>
    <w:p>
      <w:r>
        <w:rPr>
          <w:b w:val="0"/>
          <w:sz w:val="20"/>
        </w:rPr>
        <w:t>________________________________________________________________________</w:t>
      </w:r>
    </w:p>
    <w:p>
      <w:r>
        <w:rPr>
          <w:b w:val="0"/>
          <w:sz w:val="20"/>
        </w:rPr>
        <w:t>Allergies (please specify):</w:t>
      </w:r>
    </w:p>
    <w:p>
      <w:r>
        <w:rPr>
          <w:b w:val="0"/>
          <w:sz w:val="20"/>
        </w:rPr>
        <w:t>________________________________________________________________________</w:t>
      </w:r>
    </w:p>
    <w:p>
      <w:r>
        <w:rPr>
          <w:b w:val="0"/>
          <w:sz w:val="20"/>
        </w:rPr>
        <w:t>________________________________________________________________________</w:t>
      </w:r>
    </w:p>
    <w:p>
      <w:r>
        <w:rPr>
          <w:b w:val="0"/>
          <w:sz w:val="20"/>
        </w:rPr>
        <w:t>Current Medications:</w:t>
      </w:r>
    </w:p>
    <w:p>
      <w:r>
        <w:rPr>
          <w:b w:val="0"/>
          <w:sz w:val="20"/>
        </w:rPr>
        <w:t>________________________________________________________________________</w:t>
      </w:r>
    </w:p>
    <w:p>
      <w:r>
        <w:rPr>
          <w:b w:val="0"/>
          <w:sz w:val="20"/>
        </w:rPr>
        <w:t>________________________________________________________________________</w:t>
      </w:r>
    </w:p>
    <w:p/>
    <w:p>
      <w:r>
        <w:rPr>
          <w:b/>
          <w:sz w:val="20"/>
        </w:rPr>
        <w:t>CONSENT AND AUTHORIZATION</w:t>
      </w:r>
    </w:p>
    <w:p/>
    <w:p>
      <w:r>
        <w:rPr>
          <w:b w:val="0"/>
          <w:sz w:val="20"/>
        </w:rPr>
        <w:t>I hereby authorize any emergency medical personnel or healthcare provider to provide any necessary emergency medical treatment or care to me in the event I am unable to provide consent myself.</w:t>
      </w:r>
    </w:p>
    <w:p>
      <w:r>
        <w:rPr>
          <w:b w:val="0"/>
          <w:sz w:val="20"/>
        </w:rPr>
        <w:t>I certify that the information provided in this form is accurate and complete to the best of my knowledge.</w:t>
      </w:r>
    </w:p>
    <w:p>
      <w:r>
        <w:rPr>
          <w:b w:val="0"/>
          <w:sz w:val="20"/>
        </w:rPr>
        <w:t>I understand that this information will be kept confidential and used solely for emergency purposes.</w:t>
      </w:r>
    </w:p>
    <w:p>
      <w:r>
        <w:rPr>
          <w:b w:val="0"/>
          <w:sz w:val="20"/>
        </w:rPr>
        <w:t>I agree to update this form as necessary to ensure information remains current.</w:t>
      </w:r>
    </w:p>
    <w:p/>
    <w:p/>
    <w:p>
      <w:r>
        <w:rPr>
          <w:b/>
          <w:sz w:val="20"/>
        </w:rPr>
        <w:t>SIGNATURE</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Signature</w:t>
            </w:r>
          </w:p>
        </w:tc>
        <w:tc>
          <w:tcPr>
            <w:tcW w:type="dxa" w:w="4986"/>
            <w:tcBorders>
              <w:top w:val="nil"/>
              <w:left w:val="nil"/>
              <w:bottom w:val="nil"/>
              <w:right w:val="nil"/>
              <w:insideH w:val="nil"/>
              <w:insideV w:val="nil"/>
            </w:tcBorders>
          </w:tcPr>
          <w:p>
            <w:pPr>
              <w:jc w:val="center"/>
            </w:pPr>
            <w:r>
              <w:t>Printed Name</w:t>
            </w:r>
          </w:p>
        </w:tc>
      </w:tr>
      <w:tr>
        <w:tc>
          <w:tcPr>
            <w:tcW w:type="dxa" w:w="4986"/>
            <w:tcBorders>
              <w:top w:val="nil"/>
              <w:left w:val="nil"/>
              <w:bottom w:val="nil"/>
              <w:right w:val="nil"/>
              <w:insideH w:val="nil"/>
              <w:insideV w:val="nil"/>
            </w:tcBorders>
          </w:tcPr>
          <w:p>
            <w:pPr>
              <w:jc w:val="center"/>
            </w:pPr>
            <w:r>
              <w:br/>
              <w:br/>
              <w:t>________________________________________________</w:t>
            </w:r>
          </w:p>
        </w:tc>
        <w:tc>
          <w:tcPr>
            <w:tcW w:type="dxa" w:w="4986"/>
            <w:tcBorders>
              <w:top w:val="nil"/>
              <w:left w:val="nil"/>
              <w:bottom w:val="nil"/>
              <w:right w:val="nil"/>
              <w:insideH w:val="nil"/>
              <w:insideV w:val="nil"/>
            </w:tcBorders>
          </w:tcPr>
          <w:p>
            <w:pPr>
              <w:jc w:val="center"/>
            </w:pPr>
            <w:r>
              <w:br/>
              <w:br/>
              <w:t>________________________________________________</w:t>
            </w:r>
          </w:p>
        </w:tc>
      </w:tr>
      <w:tr>
        <w:tc>
          <w:tcPr>
            <w:tcW w:type="dxa" w:w="4986"/>
            <w:tcBorders>
              <w:top w:val="nil"/>
              <w:left w:val="nil"/>
              <w:bottom w:val="nil"/>
              <w:right w:val="nil"/>
              <w:insideH w:val="nil"/>
              <w:insideV w:val="nil"/>
            </w:tcBorders>
          </w:tcPr>
          <w:p>
            <w:pPr>
              <w:jc w:val="left"/>
            </w:pPr>
            <w:r>
              <w:t>Date: _____________________________</w:t>
            </w:r>
          </w:p>
        </w:tc>
        <w:tc>
          <w:tcPr>
            <w:tcW w:type="dxa" w:w="4986"/>
            <w:tcBorders>
              <w:top w:val="nil"/>
              <w:left w:val="nil"/>
              <w:bottom w:val="nil"/>
              <w:right w:val="nil"/>
              <w:insideH w:val="nil"/>
              <w:insideV w:val="nil"/>
            </w:tcBorders>
          </w:tcPr>
          <w:p>
            <w:pPr>
              <w:jc w:val="left"/>
            </w:pPr>
            <w:r>
              <w:t>Relationship/Role: ____________________________________</w:t>
            </w:r>
          </w:p>
        </w:tc>
      </w:tr>
    </w:tbl>
    <w:p/>
    <w:p/>
    <w:p>
      <w:r>
        <w:rPr>
          <w:b/>
          <w:sz w:val="20"/>
        </w:rPr>
        <w:t>PRIVACY AND USE OF INFORMATION</w:t>
      </w:r>
    </w:p>
    <w:p/>
    <w:p>
      <w:r>
        <w:rPr>
          <w:b w:val="0"/>
          <w:sz w:val="20"/>
        </w:rPr>
        <w:t>This Emergency Contact Form is collected, used, and disclosed in compliance with applicable Canadian privacy laws. The information provided will be used solely for emergency contact and medical purposes and will be stored securely. Access to this information is limited to authorized personnel, and it will not be disclosed to third parties without your consent, except as required or permitted by law.</w:t>
      </w:r>
    </w:p>
    <w:p/>
    <w:p>
      <w:r>
        <w:rPr>
          <w:b/>
          <w:sz w:val="20"/>
        </w:rPr>
        <w:t>CONFIRMATION</w:t>
      </w:r>
    </w:p>
    <w:p/>
    <w:p>
      <w:r>
        <w:rPr>
          <w:b w:val="0"/>
          <w:sz w:val="20"/>
        </w:rPr>
        <w:t>By signing this form, I confirm that I have read and understood the above privacy statement and the conditions set forth in this document. I acknowledge that I have the right to request access to my information and to request corrections if necessary.</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Signature of Individual</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br/>
              <w:br/>
              <w:t>________________________________________________</w:t>
            </w:r>
          </w:p>
        </w:tc>
        <w:tc>
          <w:tcPr>
            <w:tcW w:type="dxa" w:w="4986"/>
            <w:tcBorders>
              <w:top w:val="nil"/>
              <w:left w:val="nil"/>
              <w:bottom w:val="nil"/>
              <w:right w:val="nil"/>
              <w:insideH w:val="nil"/>
              <w:insideV w:val="nil"/>
            </w:tcBorders>
          </w:tcPr>
          <w:p>
            <w:pPr>
              <w:jc w:val="center"/>
            </w:pPr>
            <w:r>
              <w:br/>
              <w:br/>
              <w:t>________________________</w:t>
            </w:r>
          </w:p>
        </w:tc>
      </w:tr>
      <w:tr>
        <w:tc>
          <w:tcPr>
            <w:tcW w:type="dxa" w:w="4986"/>
            <w:tcBorders>
              <w:top w:val="nil"/>
              <w:left w:val="nil"/>
              <w:bottom w:val="nil"/>
              <w:right w:val="nil"/>
              <w:insideH w:val="nil"/>
              <w:insideV w:val="nil"/>
            </w:tcBorders>
          </w:tcPr>
          <w:p>
            <w:pPr>
              <w:jc w:val="left"/>
            </w:pPr>
            <w:r>
              <w:t>Printed Name</w:t>
            </w:r>
          </w:p>
        </w:tc>
        <w:tc>
          <w:tcPr>
            <w:tcW w:type="dxa" w:w="4986"/>
            <w:tcBorders>
              <w:top w:val="nil"/>
              <w:left w:val="nil"/>
              <w:bottom w:val="nil"/>
              <w:right w:val="nil"/>
              <w:insideH w:val="nil"/>
              <w:insideV w:val="nil"/>
            </w:tcBorders>
          </w:tcPr>
          <w:p>
            <w:r/>
          </w:p>
        </w:tc>
      </w:tr>
    </w:tbl>
    <w:p/>
    <w:p/>
    <w:p>
      <w:r>
        <w:rPr>
          <w:b w:val="0"/>
          <w:sz w:val="20"/>
        </w:rPr>
        <w:t>For questions or concerns regarding this form or your personal information, please contact the Privacy Officer at your organization.</w:t>
      </w:r>
    </w:p>
    <w:p/>
    <w:p>
      <w:r>
        <w:br w:type="page"/>
      </w:r>
    </w:p>
    <w:p>
      <w:pPr>
        <w:jc w:val="center"/>
      </w:pPr>
      <w:r>
        <w:rPr>
          <w:color w:val="555555"/>
          <w:sz w:val="24"/>
        </w:rPr>
        <w:t>Original source of this document:</w:t>
      </w:r>
    </w:p>
    <w:p>
      <w:pPr>
        <w:jc w:val="center"/>
      </w:pPr>
      <w:hyperlink r:id="rId9">
        <w:r>
          <w:rPr>
            <w:color w:val="0000FF"/>
            <w:u w:val="single"/>
          </w:rPr>
          <w:t>https://legaltemplates-ca.com/emergency-contact-form/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emergency-contact-form/"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