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EMPLOYMENT CONTRACT</w:t>
      </w:r>
    </w:p>
    <w:p/>
    <w:p>
      <w:r>
        <w:rPr>
          <w:b/>
          <w:sz w:val="20"/>
        </w:rPr>
        <w:t>This Employment Contract ("Contract") is made between:</w:t>
      </w:r>
    </w:p>
    <w:p>
      <w:r>
        <w:rPr>
          <w:b/>
          <w:sz w:val="20"/>
        </w:rPr>
        <w:t>Employer Information:</w:t>
      </w:r>
    </w:p>
    <w:p>
      <w:r>
        <w:rPr>
          <w:b w:val="0"/>
          <w:sz w:val="20"/>
        </w:rPr>
        <w:t>Company Name: ____________________________________________________________</w:t>
      </w:r>
    </w:p>
    <w:p>
      <w:r>
        <w:rPr>
          <w:b w:val="0"/>
          <w:sz w:val="20"/>
        </w:rPr>
        <w:t>Business Number: 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Employee Information:</w:t>
      </w:r>
    </w:p>
    <w:p>
      <w:r>
        <w:rPr>
          <w:b w:val="0"/>
          <w:sz w:val="20"/>
        </w:rPr>
        <w:t>Full Name: _______________________________________________________________</w:t>
      </w:r>
    </w:p>
    <w:p>
      <w:r>
        <w:rPr>
          <w:b w:val="0"/>
          <w:sz w:val="20"/>
        </w:rPr>
        <w:t>Address: _________________________________________________________________</w:t>
      </w:r>
    </w:p>
    <w:p>
      <w:r>
        <w:rPr>
          <w:b w:val="0"/>
          <w:sz w:val="20"/>
        </w:rPr>
        <w:t>Phone: _________________________________________________________________</w:t>
      </w:r>
    </w:p>
    <w:p/>
    <w:p>
      <w:r>
        <w:rPr>
          <w:b/>
          <w:sz w:val="20"/>
        </w:rPr>
        <w:t>WHEREAS, the Employer wishes to employ the Employee, and the Employee agrees to be employed under the terms and conditions set forth herein.</w:t>
      </w:r>
    </w:p>
    <w:p/>
    <w:p>
      <w:r>
        <w:rPr>
          <w:b/>
          <w:sz w:val="20"/>
        </w:rPr>
        <w:t>1. Position and Duties</w:t>
      </w:r>
    </w:p>
    <w:p>
      <w:r>
        <w:rPr>
          <w:b w:val="0"/>
          <w:sz w:val="20"/>
        </w:rPr>
        <w:t>1.1 The Employee agrees to serve the Employer in the capacity of _______________________________.</w:t>
      </w:r>
    </w:p>
    <w:p>
      <w:r>
        <w:rPr>
          <w:b w:val="0"/>
          <w:sz w:val="20"/>
        </w:rPr>
        <w:t>1.2 The Employee shall perform all duties customary to this position and any additional duties the Employer reasonably assigns.</w:t>
      </w:r>
    </w:p>
    <w:p>
      <w:r>
        <w:rPr>
          <w:b w:val="0"/>
          <w:sz w:val="20"/>
        </w:rPr>
        <w:t>1.3 The Employee agrees to comply with all lawful policies, procedures, and directives established by the Employer.</w:t>
      </w:r>
    </w:p>
    <w:p/>
    <w:p>
      <w:r>
        <w:rPr>
          <w:b/>
          <w:sz w:val="20"/>
        </w:rPr>
        <w:t>2. Term of Employment</w:t>
      </w:r>
    </w:p>
    <w:p>
      <w:r>
        <w:rPr>
          <w:b w:val="0"/>
          <w:sz w:val="20"/>
        </w:rPr>
        <w:t>2.1 This Contract shall commence upon the Employer’s acceptance and shall continue until terminated in accordance with this Contract.</w:t>
      </w:r>
    </w:p>
    <w:p>
      <w:r>
        <w:rPr>
          <w:b w:val="0"/>
          <w:sz w:val="20"/>
        </w:rPr>
        <w:t>2.2 The Employee’s probationary period shall be __________ months, during which either party may terminate employment without cause upon ______________ notice.</w:t>
      </w:r>
    </w:p>
    <w:p/>
    <w:p>
      <w:r>
        <w:rPr>
          <w:b/>
          <w:sz w:val="20"/>
        </w:rPr>
        <w:t>3. Work Schedule</w:t>
      </w:r>
    </w:p>
    <w:p>
      <w:r>
        <w:rPr>
          <w:b w:val="0"/>
          <w:sz w:val="20"/>
        </w:rPr>
        <w:t>3.1 The Employee’s regular work hours shall be __________ hours per week, from __________ to __________, with scheduled breaks as required by law.</w:t>
      </w:r>
    </w:p>
    <w:p>
      <w:r>
        <w:rPr>
          <w:b w:val="0"/>
          <w:sz w:val="20"/>
        </w:rPr>
        <w:t>3.2 The Employer may require reasonable overtime work. Overtime shall be compensated in accordance with applicable legislation.</w:t>
      </w:r>
    </w:p>
    <w:p/>
    <w:p>
      <w:r>
        <w:rPr>
          <w:b/>
          <w:sz w:val="20"/>
        </w:rPr>
        <w:t>4. Compensation</w:t>
      </w:r>
    </w:p>
    <w:p>
      <w:r>
        <w:rPr>
          <w:b w:val="0"/>
          <w:sz w:val="20"/>
        </w:rPr>
        <w:t>4.1 The Employee shall be compensated at a rate of $____________ per __________ (hour, week, month, year).</w:t>
      </w:r>
    </w:p>
    <w:p>
      <w:r>
        <w:rPr>
          <w:b w:val="0"/>
          <w:sz w:val="20"/>
        </w:rPr>
        <w:t>4.2 Payment shall be made in Canadian dollars on a __________ basis by direct deposit or other agreed method.</w:t>
      </w:r>
    </w:p>
    <w:p>
      <w:r>
        <w:rPr>
          <w:b w:val="0"/>
          <w:sz w:val="20"/>
        </w:rPr>
        <w:t>4.3 All statutory deductions will be made from the Employee’s pay as required by law.</w:t>
      </w:r>
    </w:p>
    <w:p/>
    <w:p>
      <w:r>
        <w:rPr>
          <w:b/>
          <w:sz w:val="20"/>
        </w:rPr>
        <w:t>5. Benefits</w:t>
      </w:r>
    </w:p>
    <w:p>
      <w:r>
        <w:rPr>
          <w:b w:val="0"/>
          <w:sz w:val="20"/>
        </w:rPr>
        <w:t>5.1 The Employee will be entitled to participate in benefit plans provided by the Employer, subject to the terms and eligibility requirements of such plans.</w:t>
      </w:r>
    </w:p>
    <w:p>
      <w:r>
        <w:rPr>
          <w:b w:val="0"/>
          <w:sz w:val="20"/>
        </w:rPr>
        <w:t>5.2 The Employee is entitled to __________ days of paid vacation per year, scheduled with prior approval of the Employer.</w:t>
      </w:r>
    </w:p>
    <w:p>
      <w:r>
        <w:rPr>
          <w:b w:val="0"/>
          <w:sz w:val="20"/>
        </w:rPr>
        <w:t>5.3 The Employer shall provide statutory leaves and benefits as required by applicable Canadian laws.</w:t>
      </w:r>
    </w:p>
    <w:p/>
    <w:p>
      <w:r>
        <w:rPr>
          <w:b/>
          <w:sz w:val="20"/>
        </w:rPr>
        <w:t>6. Confidentiality</w:t>
      </w:r>
    </w:p>
    <w:p>
      <w:r>
        <w:rPr>
          <w:b w:val="0"/>
          <w:sz w:val="20"/>
        </w:rPr>
        <w:t>6.1 The Employee acknowledges that during employment they will have access to confidential and proprietary information.</w:t>
      </w:r>
    </w:p>
    <w:p>
      <w:r>
        <w:rPr>
          <w:b w:val="0"/>
          <w:sz w:val="20"/>
        </w:rPr>
        <w:t>6.2 The Employee agrees not to disclose, use, or communicate any confidential information for any purpose other than the performance of their duties during and after employment.</w:t>
      </w:r>
    </w:p>
    <w:p>
      <w:r>
        <w:rPr>
          <w:b w:val="0"/>
          <w:sz w:val="20"/>
        </w:rPr>
        <w:t>6.3 This obligation shall survive termination of this Contract.</w:t>
      </w:r>
    </w:p>
    <w:p/>
    <w:p>
      <w:r>
        <w:rPr>
          <w:b/>
          <w:sz w:val="20"/>
        </w:rPr>
        <w:t>7. Intellectual Property</w:t>
      </w:r>
    </w:p>
    <w:p>
      <w:r>
        <w:rPr>
          <w:b w:val="0"/>
          <w:sz w:val="20"/>
        </w:rPr>
        <w:t>7.1 All inventions, designs, works, or developments made by the Employee relating to the Employer’s business during employment shall be the sole property of the Employer.</w:t>
      </w:r>
    </w:p>
    <w:p>
      <w:r>
        <w:rPr>
          <w:b w:val="0"/>
          <w:sz w:val="20"/>
        </w:rPr>
        <w:t>7.2 The Employee agrees to disclose such creations promptly and to assist in obtaining protection thereof.</w:t>
      </w:r>
    </w:p>
    <w:p/>
    <w:p>
      <w:r>
        <w:rPr>
          <w:b/>
          <w:sz w:val="20"/>
        </w:rPr>
        <w:t>8. Non-Competition and Non-Solicitation</w:t>
      </w:r>
    </w:p>
    <w:p>
      <w:r>
        <w:rPr>
          <w:b w:val="0"/>
          <w:sz w:val="20"/>
        </w:rPr>
        <w:t>8.1 During employment and for a period of __________ months following termination, the Employee shall not directly or indirectly engage in any business competitive with the Employer within __________ kilometers of the Employer’s principal place of business.</w:t>
      </w:r>
    </w:p>
    <w:p>
      <w:r>
        <w:rPr>
          <w:b w:val="0"/>
          <w:sz w:val="20"/>
        </w:rPr>
        <w:t>8.2 The Employee agrees not to solicit or attempt to solicit the Employer’s clients, customers, or employees for competitive purposes during this period.</w:t>
      </w:r>
    </w:p>
    <w:p/>
    <w:p>
      <w:r>
        <w:rPr>
          <w:b/>
          <w:sz w:val="20"/>
        </w:rPr>
        <w:t>9. Termination</w:t>
      </w:r>
    </w:p>
    <w:p>
      <w:r>
        <w:rPr>
          <w:b w:val="0"/>
          <w:sz w:val="20"/>
        </w:rPr>
        <w:t>9.1 Either party may terminate this Contract at any time by providing written notice or pay in lieu of notice as required by applicable employment standards legislation.</w:t>
      </w:r>
    </w:p>
    <w:p>
      <w:r>
        <w:rPr>
          <w:b w:val="0"/>
          <w:sz w:val="20"/>
        </w:rPr>
        <w:t>9.2 The Employer may terminate employment without notice for just cause.</w:t>
      </w:r>
    </w:p>
    <w:p>
      <w:r>
        <w:rPr>
          <w:b w:val="0"/>
          <w:sz w:val="20"/>
        </w:rPr>
        <w:t>9.3 Upon termination, the Employee shall return all Employer property and confidential information.</w:t>
      </w:r>
    </w:p>
    <w:p/>
    <w:p>
      <w:r>
        <w:rPr>
          <w:b/>
          <w:sz w:val="20"/>
        </w:rPr>
        <w:t>10. Workplace Policies and Health &amp; Safety</w:t>
      </w:r>
    </w:p>
    <w:p>
      <w:r>
        <w:rPr>
          <w:b w:val="0"/>
          <w:sz w:val="20"/>
        </w:rPr>
        <w:t>10.1 The Employee agrees to adhere to all workplace policies and procedures, including those relating to conduct, harassment, discrimination, and safety.</w:t>
      </w:r>
    </w:p>
    <w:p>
      <w:r>
        <w:rPr>
          <w:b w:val="0"/>
          <w:sz w:val="20"/>
        </w:rPr>
        <w:t>10.2 The Employer will provide a safe working environment in compliance with applicable laws and regulations.</w:t>
      </w:r>
    </w:p>
    <w:p/>
    <w:p>
      <w:r>
        <w:rPr>
          <w:b/>
          <w:sz w:val="20"/>
        </w:rPr>
        <w:t>11. Dispute Resolution</w:t>
      </w:r>
    </w:p>
    <w:p>
      <w:r>
        <w:rPr>
          <w:b w:val="0"/>
          <w:sz w:val="20"/>
        </w:rPr>
        <w:t>11.1 The parties agree to attempt to resolve any disputes through good faith negotiations.</w:t>
      </w:r>
    </w:p>
    <w:p>
      <w:r>
        <w:rPr>
          <w:b w:val="0"/>
          <w:sz w:val="20"/>
        </w:rPr>
        <w:t>11.2 If unresolved, disputes shall be submitted to mediation or arbitration as agreed or as required by law.</w:t>
      </w:r>
    </w:p>
    <w:p/>
    <w:p>
      <w:r>
        <w:rPr>
          <w:b/>
          <w:sz w:val="20"/>
        </w:rPr>
        <w:t>12. Governing Law</w:t>
      </w:r>
    </w:p>
    <w:p>
      <w:r>
        <w:rPr>
          <w:b w:val="0"/>
          <w:sz w:val="20"/>
        </w:rPr>
        <w:t>12.1 This Contract shall be governed by and construed in accordance with the laws of the Province of __________________ and the federal laws of Canada applicable therein.</w:t>
      </w:r>
    </w:p>
    <w:p/>
    <w:p>
      <w:r>
        <w:rPr>
          <w:b/>
          <w:sz w:val="20"/>
        </w:rPr>
        <w:t>13. Entire Agreement</w:t>
      </w:r>
    </w:p>
    <w:p>
      <w:r>
        <w:rPr>
          <w:b w:val="0"/>
          <w:sz w:val="20"/>
        </w:rPr>
        <w:t>13.1 This Contract constitutes the entire agreement between the parties regarding employment and supersedes all prior agreements, understandings, or representations.</w:t>
      </w:r>
    </w:p>
    <w:p>
      <w:r>
        <w:rPr>
          <w:b w:val="0"/>
          <w:sz w:val="20"/>
        </w:rPr>
        <w:t>13.2 Any amendments must be in writing and signed by both parties.</w:t>
      </w:r>
    </w:p>
    <w:p/>
    <w:p/>
    <w:p>
      <w:r>
        <w:rPr>
          <w:b w:val="0"/>
          <w:sz w:val="20"/>
        </w:rPr>
        <w:t>Place of signing: 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EMPLOYEE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and Title: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 source of this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https://legaltemplates-ca.com/employee-contract/</w:t>
        </w:r>
      </w:hyperlink>
    </w:p>
    <w:p>
      <w:pPr>
        <w:jc w:val="center"/>
      </w:pPr>
      <w:r>
        <w:rPr>
          <w:color w:val="555555"/>
          <w:sz w:val="26"/>
        </w:rPr>
        <w:t>Did you find this template helpful?</w:t>
      </w:r>
    </w:p>
    <w:p>
      <w:pPr>
        <w:jc w:val="center"/>
      </w:pPr>
      <w:r>
        <w:rPr>
          <w:color w:val="555555"/>
          <w:sz w:val="26"/>
        </w:rPr>
        <w:t>Find more updated templates at: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https://legaltemplates-ca.com</w:t>
        </w:r>
      </w:hyperlink>
    </w:p>
    <w:p>
      <w:pPr>
        <w:jc w:val="center"/>
      </w:pPr>
      <w:r>
        <w:rPr>
          <w:color w:val="808080"/>
          <w:sz w:val="20"/>
        </w:rPr>
        <w:t>This template is intended exclusively for personal, non-commercial use.</w:t>
        <w:br/>
        <w:t>If distributed or published, the source must be mentioned. © legaltemplates-ca.com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galtemplates-ca.com/employee-contract/" TargetMode="External"/><Relationship Id="rId10" Type="http://schemas.openxmlformats.org/officeDocument/2006/relationships/hyperlink" Target="https://legaltemplates-c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