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EMPLOYEE INFORMATION FORM</w:t>
      </w:r>
    </w:p>
    <w:p/>
    <w:p/>
    <w:p>
      <w:r>
        <w:rPr>
          <w:b/>
          <w:sz w:val="20"/>
        </w:rPr>
        <w:t>Personal Information</w:t>
      </w:r>
    </w:p>
    <w:p>
      <w:r>
        <w:rPr>
          <w:b w:val="0"/>
          <w:sz w:val="20"/>
        </w:rPr>
        <w:t>Full Legal Name: __________________________________________________________</w:t>
      </w:r>
    </w:p>
    <w:p>
      <w:r>
        <w:rPr>
          <w:b w:val="0"/>
          <w:sz w:val="20"/>
        </w:rPr>
        <w:t>Preferred Name (if any): __________________________________________________</w:t>
      </w:r>
    </w:p>
    <w:p>
      <w:r>
        <w:rPr>
          <w:b w:val="0"/>
          <w:sz w:val="20"/>
        </w:rPr>
        <w:t>Date of Birth (YYYY-MM-DD): _______________________________________________</w:t>
      </w:r>
    </w:p>
    <w:p>
      <w:r>
        <w:rPr>
          <w:b w:val="0"/>
          <w:sz w:val="20"/>
        </w:rPr>
        <w:t>Gender: _________________________________________________________________</w:t>
      </w:r>
    </w:p>
    <w:p>
      <w:r>
        <w:rPr>
          <w:b w:val="0"/>
          <w:sz w:val="20"/>
        </w:rPr>
        <w:t>Social Insurance Number (SIN): ____________________________________________</w:t>
      </w:r>
    </w:p>
    <w:p>
      <w:r>
        <w:rPr>
          <w:b w:val="0"/>
          <w:sz w:val="20"/>
        </w:rPr>
        <w:t>Canadian Address: ________________________________________________________</w:t>
      </w:r>
    </w:p>
    <w:p>
      <w:r>
        <w:rPr>
          <w:b w:val="0"/>
          <w:sz w:val="20"/>
        </w:rPr>
        <w:t>City: ________________________ Province: ______________ Postal Code: ______</w:t>
      </w:r>
    </w:p>
    <w:p>
      <w:r>
        <w:rPr>
          <w:b w:val="0"/>
          <w:sz w:val="20"/>
        </w:rPr>
        <w:t>Phone Number: ____________________________________________________________</w:t>
      </w:r>
    </w:p>
    <w:p>
      <w:r>
        <w:rPr>
          <w:b w:val="0"/>
          <w:sz w:val="20"/>
        </w:rPr>
        <w:t>Email Address: ____________________________________________________________</w:t>
      </w:r>
    </w:p>
    <w:p/>
    <w:p>
      <w:r>
        <w:rPr>
          <w:b/>
          <w:sz w:val="20"/>
        </w:rPr>
        <w:t>Emergency Contact Information</w:t>
      </w:r>
    </w:p>
    <w:p>
      <w:r>
        <w:rPr>
          <w:b w:val="0"/>
          <w:sz w:val="20"/>
        </w:rPr>
        <w:t>Full Name: _______________________________________________________________</w:t>
      </w:r>
    </w:p>
    <w:p>
      <w:r>
        <w:rPr>
          <w:b w:val="0"/>
          <w:sz w:val="20"/>
        </w:rPr>
        <w:t>Relationship: _____________________________________________________________</w:t>
      </w:r>
    </w:p>
    <w:p>
      <w:r>
        <w:rPr>
          <w:b w:val="0"/>
          <w:sz w:val="20"/>
        </w:rPr>
        <w:t>Phone Number(s): _________________________________________________________</w:t>
      </w:r>
    </w:p>
    <w:p>
      <w:r>
        <w:rPr>
          <w:b w:val="0"/>
          <w:sz w:val="20"/>
        </w:rPr>
        <w:t>Alternate Phone Number: ___________________________________________________</w:t>
      </w:r>
    </w:p>
    <w:p/>
    <w:p>
      <w:r>
        <w:rPr>
          <w:b/>
          <w:sz w:val="20"/>
        </w:rPr>
        <w:t>Employment Information</w:t>
      </w:r>
    </w:p>
    <w:p>
      <w:r>
        <w:rPr>
          <w:b w:val="0"/>
          <w:sz w:val="20"/>
        </w:rPr>
        <w:t>Position/Title: ___________________________________________________________</w:t>
      </w:r>
    </w:p>
    <w:p>
      <w:r>
        <w:rPr>
          <w:b w:val="0"/>
          <w:sz w:val="20"/>
        </w:rPr>
        <w:t>Department: ______________________________________________________________</w:t>
      </w:r>
    </w:p>
    <w:p>
      <w:r>
        <w:rPr>
          <w:b w:val="0"/>
          <w:sz w:val="20"/>
        </w:rPr>
        <w:t>Employee Type (Full-time/Part-time/Temporary/Contract): _____________________</w:t>
      </w:r>
    </w:p>
    <w:p>
      <w:r>
        <w:rPr>
          <w:b w:val="0"/>
          <w:sz w:val="20"/>
        </w:rPr>
        <w:t>Employee ID (if applicable): _______________________________________________</w:t>
      </w:r>
    </w:p>
    <w:p>
      <w:r>
        <w:rPr>
          <w:b w:val="0"/>
          <w:sz w:val="20"/>
        </w:rPr>
        <w:t>Date of Hire (YYYY-MM-DD): ________________________________________________</w:t>
      </w:r>
    </w:p>
    <w:p>
      <w:r>
        <w:rPr>
          <w:b w:val="0"/>
          <w:sz w:val="20"/>
        </w:rPr>
        <w:t>Work Location: ___________________________________________________________</w:t>
      </w:r>
    </w:p>
    <w:p>
      <w:r>
        <w:rPr>
          <w:b w:val="0"/>
          <w:sz w:val="20"/>
        </w:rPr>
        <w:t>Supervisor/Manager: ______________________________________________________</w:t>
      </w:r>
    </w:p>
    <w:p/>
    <w:p>
      <w:r>
        <w:rPr>
          <w:b/>
          <w:sz w:val="20"/>
        </w:rPr>
        <w:t>Banking Information for Payroll</w:t>
      </w:r>
    </w:p>
    <w:p>
      <w:r>
        <w:rPr>
          <w:b w:val="0"/>
          <w:sz w:val="20"/>
        </w:rPr>
        <w:t>Bank Name: _______________________________________________________________</w:t>
      </w:r>
    </w:p>
    <w:p>
      <w:r>
        <w:rPr>
          <w:b w:val="0"/>
          <w:sz w:val="20"/>
        </w:rPr>
        <w:t>Branch Address: __________________________________________________________</w:t>
      </w:r>
    </w:p>
    <w:p>
      <w:r>
        <w:rPr>
          <w:b w:val="0"/>
          <w:sz w:val="20"/>
        </w:rPr>
        <w:t>Account Holder Name: _____________________________________________________</w:t>
      </w:r>
    </w:p>
    <w:p>
      <w:r>
        <w:rPr>
          <w:b w:val="0"/>
          <w:sz w:val="20"/>
        </w:rPr>
        <w:t>Account Number: __________________________________________________________</w:t>
      </w:r>
    </w:p>
    <w:p>
      <w:r>
        <w:rPr>
          <w:b w:val="0"/>
          <w:sz w:val="20"/>
        </w:rPr>
        <w:t>Transit Number: __________________________________________________________</w:t>
      </w:r>
    </w:p>
    <w:p>
      <w:r>
        <w:rPr>
          <w:b w:val="0"/>
          <w:sz w:val="20"/>
        </w:rPr>
        <w:t>Institution Number: _______________________________________________________</w:t>
      </w:r>
    </w:p>
    <w:p/>
    <w:p>
      <w:r>
        <w:rPr>
          <w:b/>
          <w:sz w:val="20"/>
        </w:rPr>
        <w:t>Tax Forms Declaration</w:t>
      </w:r>
    </w:p>
    <w:p>
      <w:r>
        <w:rPr>
          <w:b w:val="0"/>
          <w:sz w:val="20"/>
        </w:rPr>
        <w:t>I acknowledge that I have provided the necessary CRA tax forms (e.g., TD1) and understand my tax obligations under Canadian law. I agree to update my employer promptly if my tax situation changes.</w:t>
      </w:r>
    </w:p>
    <w:p/>
    <w:p>
      <w:r>
        <w:rPr>
          <w:b/>
          <w:sz w:val="20"/>
        </w:rPr>
        <w:t>Confidentiality and Compliance</w:t>
      </w:r>
    </w:p>
    <w:p>
      <w:r>
        <w:rPr>
          <w:b w:val="0"/>
          <w:sz w:val="20"/>
        </w:rPr>
        <w:t>I acknowledge that during my employment, I may have access to confidential company information. I agree to keep such information confidential during and after my employment and comply with all company policies, procedures, and applicable Canadian laws including but not limited to privacy and employment standards.</w:t>
      </w:r>
    </w:p>
    <w:p/>
    <w:p>
      <w:r>
        <w:rPr>
          <w:b/>
          <w:sz w:val="20"/>
        </w:rPr>
        <w:t>Health and Safety</w:t>
      </w:r>
    </w:p>
    <w:p>
      <w:r>
        <w:rPr>
          <w:b w:val="0"/>
          <w:sz w:val="20"/>
        </w:rPr>
        <w:t>I confirm that I have read and understood the company’s health and safety policies and procedures. I agree to adhere to all applicable safety standards and report any workplace hazards or incidents immediately.</w:t>
      </w:r>
    </w:p>
    <w:p/>
    <w:p>
      <w:r>
        <w:rPr>
          <w:b/>
          <w:sz w:val="20"/>
        </w:rPr>
        <w:t>Consent to Collection and Use of Personal Information</w:t>
      </w:r>
    </w:p>
    <w:p>
      <w:r>
        <w:rPr>
          <w:b w:val="0"/>
          <w:sz w:val="20"/>
        </w:rPr>
        <w:t>I consent to the collection, use, and disclosure of my personal information by my employer for purposes related to my employment, in accordance with applicable federal and provincial privacy legislation in Canada. I understand my rights regarding my personal information and may request access or corrections as permitted by law.</w:t>
      </w:r>
    </w:p>
    <w:p/>
    <w:p>
      <w:r>
        <w:rPr>
          <w:b/>
          <w:sz w:val="20"/>
        </w:rPr>
        <w:t>Voluntary Self-Identification (Optional)</w:t>
      </w:r>
    </w:p>
    <w:p>
      <w:r>
        <w:rPr>
          <w:b w:val="0"/>
          <w:sz w:val="20"/>
        </w:rPr>
        <w:t>To assist with employment equity and diversity initiatives, you may voluntarily provide the following information. Providing this information is optional and will be kept confidential.</w:t>
      </w:r>
    </w:p>
    <w:p>
      <w:r>
        <w:rPr>
          <w:b w:val="0"/>
          <w:sz w:val="20"/>
        </w:rPr>
        <w:t>Indigenous Identity (Yes/No): _______________________________________________</w:t>
      </w:r>
    </w:p>
    <w:p>
      <w:r>
        <w:rPr>
          <w:b w:val="0"/>
          <w:sz w:val="20"/>
        </w:rPr>
        <w:t>Visible Minority Group (Yes/No): ____________________________________________</w:t>
      </w:r>
    </w:p>
    <w:p>
      <w:r>
        <w:rPr>
          <w:b w:val="0"/>
          <w:sz w:val="20"/>
        </w:rPr>
        <w:t>Person with Disability (Yes/No): ____________________________________________</w:t>
      </w:r>
    </w:p>
    <w:p/>
    <w:p>
      <w:r>
        <w:rPr>
          <w:b/>
          <w:sz w:val="20"/>
        </w:rPr>
        <w:t>Employee Declaration and Signature</w:t>
      </w:r>
    </w:p>
    <w:p>
      <w:r>
        <w:rPr>
          <w:b w:val="0"/>
          <w:sz w:val="20"/>
        </w:rPr>
        <w:t>I certify that the information provided in this form is true, complete, and correct to the best of my knowledge. I understand that any false information or omission may result in disciplinary action, up to and including termination of employment.</w:t>
      </w:r>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Employee Signature</w:t>
            </w:r>
          </w:p>
        </w:tc>
        <w:tc>
          <w:tcPr>
            <w:tcW w:type="dxa" w:w="4986"/>
            <w:tcBorders>
              <w:top w:val="nil"/>
              <w:left w:val="nil"/>
              <w:bottom w:val="nil"/>
              <w:right w:val="nil"/>
              <w:insideH w:val="nil"/>
              <w:insideV w:val="nil"/>
            </w:tcBorders>
          </w:tcPr>
          <w:p>
            <w:pPr>
              <w:jc w:val="center"/>
            </w:pPr>
            <w:r>
              <w:t>Date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Date: ______________________________</w:t>
            </w:r>
          </w:p>
        </w:tc>
      </w:tr>
      <w:tr>
        <w:tc>
          <w:tcPr>
            <w:tcW w:type="dxa" w:w="4986"/>
            <w:tcBorders>
              <w:top w:val="nil"/>
              <w:left w:val="nil"/>
              <w:bottom w:val="nil"/>
              <w:right w:val="nil"/>
              <w:insideH w:val="nil"/>
              <w:insideV w:val="nil"/>
            </w:tcBorders>
          </w:tcPr>
          <w:p>
            <w:pPr>
              <w:jc w:val="center"/>
            </w:pPr>
            <w:r>
              <w:t>Print Name: __________________________</w:t>
            </w:r>
          </w:p>
        </w:tc>
        <w:tc>
          <w:tcPr>
            <w:tcW w:type="dxa" w:w="4986"/>
            <w:tcBorders>
              <w:top w:val="nil"/>
              <w:left w:val="nil"/>
              <w:bottom w:val="nil"/>
              <w:right w:val="nil"/>
              <w:insideH w:val="nil"/>
              <w:insideV w:val="nil"/>
            </w:tcBorders>
          </w:tcPr>
          <w:p>
            <w:pPr>
              <w:jc w:val="center"/>
            </w:pPr>
            <w:r>
              <w:t>Witness (HR/Manager): __________________</w:t>
            </w:r>
          </w:p>
        </w:tc>
      </w:tr>
    </w:tbl>
    <w:p/>
    <w:p/>
    <w:p>
      <w:r>
        <w:rPr>
          <w:b/>
          <w:sz w:val="20"/>
        </w:rPr>
        <w:t>Privacy Notice</w:t>
      </w:r>
    </w:p>
    <w:p>
      <w:r>
        <w:rPr>
          <w:b w:val="0"/>
          <w:sz w:val="20"/>
        </w:rPr>
        <w:t>The personal information collected in this form is collected under the authority of applicable employment legislation and is necessary for the administration of your employment. Your information will be protected and used in accordance with the Privacy Act (Canada) and relevant provincial privacy laws.</w:t>
      </w:r>
    </w:p>
    <w:p/>
    <w:p>
      <w:r>
        <w:rPr>
          <w:b w:val="0"/>
          <w:sz w:val="20"/>
        </w:rPr>
        <w:t>For any questions regarding this form or your personal information, please contact the Human Resources Department.</w:t>
      </w:r>
    </w:p>
    <w:p>
      <w:r>
        <w:br w:type="page"/>
      </w:r>
    </w:p>
    <w:p>
      <w:pPr>
        <w:jc w:val="center"/>
      </w:pPr>
      <w:r>
        <w:rPr>
          <w:color w:val="555555"/>
          <w:sz w:val="24"/>
        </w:rPr>
        <w:t>Original source of this document:</w:t>
      </w:r>
    </w:p>
    <w:p>
      <w:pPr>
        <w:jc w:val="center"/>
      </w:pPr>
      <w:hyperlink r:id="rId9">
        <w:r>
          <w:rPr>
            <w:color w:val="0000FF"/>
            <w:u w:val="single"/>
          </w:rPr>
          <w:t>https://legaltemplates-ca.com/employee-information-form/</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https://legaltemplates-ca.com</w:t>
        </w:r>
      </w:hyperlink>
    </w:p>
    <w:p>
      <w:pPr>
        <w:jc w:val="center"/>
      </w:pPr>
      <w:r>
        <w:rPr>
          <w:color w:val="808080"/>
          <w:sz w:val="20"/>
        </w:rPr>
        <w:t>This template is intended exclusively for personal, non-commercial use.</w:t>
        <w:br/>
        <w:t>If distributed or published, the source must be mentioned. © legaltemplates-ca.com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ca.com/employee-information-form/" TargetMode="External"/><Relationship Id="rId10" Type="http://schemas.openxmlformats.org/officeDocument/2006/relationships/hyperlink" Target="https://legal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