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CONTRACT - ALBERTA</w:t>
      </w:r>
    </w:p>
    <w:p/>
    <w:p>
      <w:r>
        <w:rPr>
          <w:b/>
          <w:sz w:val="20"/>
        </w:rPr>
        <w:t>Employer Information:</w:t>
      </w:r>
    </w:p>
    <w:p>
      <w:r>
        <w:rPr>
          <w:b w:val="0"/>
          <w:sz w:val="20"/>
        </w:rPr>
        <w:t>Legal Business Name: __________________________________________________</w:t>
      </w:r>
    </w:p>
    <w:p>
      <w:r>
        <w:rPr>
          <w:b w:val="0"/>
          <w:sz w:val="20"/>
        </w:rPr>
        <w:t>Business Address: ______________________________________________________</w:t>
      </w:r>
    </w:p>
    <w:p>
      <w:r>
        <w:rPr>
          <w:b w:val="0"/>
          <w:sz w:val="20"/>
        </w:rPr>
        <w:t>Contact Person: _______________________________________________________</w:t>
      </w:r>
    </w:p>
    <w:p>
      <w:r>
        <w:rPr>
          <w:b w:val="0"/>
          <w:sz w:val="20"/>
        </w:rPr>
        <w:t>Phone Number: _________________________________________________________</w:t>
      </w:r>
    </w:p>
    <w:p/>
    <w:p>
      <w:r>
        <w:rPr>
          <w:b/>
          <w:sz w:val="20"/>
        </w:rPr>
        <w:t>Employee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________________________________________________________</w:t>
      </w:r>
    </w:p>
    <w:p>
      <w:r>
        <w:rPr>
          <w:b w:val="0"/>
          <w:sz w:val="20"/>
        </w:rPr>
        <w:t>Position/Title: _______________________________________________________</w:t>
      </w:r>
    </w:p>
    <w:p/>
    <w:p>
      <w:r>
        <w:rPr>
          <w:b/>
          <w:sz w:val="20"/>
        </w:rPr>
        <w:t>RECITALS:</w:t>
      </w:r>
    </w:p>
    <w:p>
      <w:r>
        <w:rPr>
          <w:b w:val="0"/>
          <w:sz w:val="20"/>
        </w:rPr>
        <w:t>WHEREAS the Employer wishes to employ the Employee and the Employee wishes to accept employment upon the terms and conditions set forth in this Agreement.</w:t>
      </w:r>
    </w:p>
    <w:p/>
    <w:p>
      <w:r>
        <w:rPr>
          <w:b/>
          <w:sz w:val="20"/>
        </w:rPr>
        <w:t>1. Employment</w:t>
      </w:r>
    </w:p>
    <w:p>
      <w:r>
        <w:rPr>
          <w:b w:val="0"/>
          <w:sz w:val="20"/>
        </w:rPr>
        <w:t>The Employer hereby employs the Employee, and the Employee accepts employment, in the position of the title noted above, reporting to the Employer or a designated representative.</w:t>
      </w:r>
    </w:p>
    <w:p/>
    <w:p>
      <w:r>
        <w:rPr>
          <w:b/>
          <w:sz w:val="20"/>
        </w:rPr>
        <w:t>2. Term</w:t>
      </w:r>
    </w:p>
    <w:p>
      <w:r>
        <w:rPr>
          <w:b w:val="0"/>
          <w:sz w:val="20"/>
        </w:rPr>
        <w:t>This Agreement shall commence on the date of signing and continue until terminated in accordance with this Agreement or applicable legislation.</w:t>
      </w:r>
    </w:p>
    <w:p/>
    <w:p>
      <w:r>
        <w:rPr>
          <w:b/>
          <w:sz w:val="20"/>
        </w:rPr>
        <w:t>3. Duties and Responsibilities</w:t>
      </w:r>
    </w:p>
    <w:p>
      <w:r>
        <w:rPr>
          <w:b w:val="0"/>
          <w:sz w:val="20"/>
        </w:rPr>
        <w:t>The Employee agrees to perform faithfully, industriously, and to the best of their ability, experience, and talents, all duties that may be required by the Employer as are consistent with the Employee’s position.</w:t>
      </w:r>
    </w:p>
    <w:p/>
    <w:p>
      <w:r>
        <w:rPr>
          <w:b/>
          <w:sz w:val="20"/>
        </w:rPr>
        <w:t>4. Place of Work</w:t>
      </w:r>
    </w:p>
    <w:p>
      <w:r>
        <w:rPr>
          <w:b w:val="0"/>
          <w:sz w:val="20"/>
        </w:rPr>
        <w:t>The Employee’s primary place of work shall be: __________________________________________. The Employer may require the Employee to work at any other location the Employer has, or may subsequently acquire.</w:t>
      </w:r>
    </w:p>
    <w:p/>
    <w:p>
      <w:r>
        <w:rPr>
          <w:b/>
          <w:sz w:val="20"/>
        </w:rPr>
        <w:t>5. Hours of Work</w:t>
      </w:r>
    </w:p>
    <w:p>
      <w:r>
        <w:rPr>
          <w:b w:val="0"/>
          <w:sz w:val="20"/>
        </w:rPr>
        <w:t>The Employee’s regular hours of work shall be as follows: ___________________________________. The Employee acknowledges that additional hours may be required to fulfill their duties.</w:t>
      </w:r>
    </w:p>
    <w:p/>
    <w:p>
      <w:r>
        <w:rPr>
          <w:b/>
          <w:sz w:val="20"/>
        </w:rPr>
        <w:t>6. Compensation</w:t>
      </w:r>
    </w:p>
    <w:p>
      <w:r>
        <w:rPr>
          <w:b w:val="0"/>
          <w:sz w:val="20"/>
        </w:rPr>
        <w:t>The Employer shall pay the Employee a salary of $_______________ per annum/month/hour (circle applicable) payable in accordance with the Employer’s regular payroll practices. All statutory deductions shall be withheld.</w:t>
      </w:r>
    </w:p>
    <w:p/>
    <w:p>
      <w:r>
        <w:rPr>
          <w:b/>
          <w:sz w:val="20"/>
        </w:rPr>
        <w:t>7. Benefits</w:t>
      </w:r>
    </w:p>
    <w:p>
      <w:r>
        <w:rPr>
          <w:b w:val="0"/>
          <w:sz w:val="20"/>
        </w:rPr>
        <w:t>The Employee shall be entitled to participate in any benefit plans or programs offered by the Employer, subject to the terms and conditions of those plans and the policies of the Employer.</w:t>
      </w:r>
    </w:p>
    <w:p/>
    <w:p>
      <w:r>
        <w:rPr>
          <w:b/>
          <w:sz w:val="20"/>
        </w:rPr>
        <w:t>8. Vacation</w:t>
      </w:r>
    </w:p>
    <w:p>
      <w:r>
        <w:rPr>
          <w:b w:val="0"/>
          <w:sz w:val="20"/>
        </w:rPr>
        <w:t>The Employee shall be entitled to vacation time and pay in accordance with the Alberta Employment Standards Code and the Employer’s policies.</w:t>
      </w:r>
    </w:p>
    <w:p/>
    <w:p>
      <w:r>
        <w:rPr>
          <w:b/>
          <w:sz w:val="20"/>
        </w:rPr>
        <w:t>9. Confidentiality</w:t>
      </w:r>
    </w:p>
    <w:p>
      <w:r>
        <w:rPr>
          <w:b w:val="0"/>
          <w:sz w:val="20"/>
        </w:rPr>
        <w:t>The Employee acknowledges that during the course of employment, the Employee will have access to confidential information belonging to the Employer. The Employee agrees to maintain the confidentiality of all such information both during and after the term of employment.</w:t>
      </w:r>
    </w:p>
    <w:p/>
    <w:p>
      <w:r>
        <w:rPr>
          <w:b/>
          <w:sz w:val="20"/>
        </w:rPr>
        <w:t>10. Intellectual Property</w:t>
      </w:r>
    </w:p>
    <w:p>
      <w:r>
        <w:rPr>
          <w:b w:val="0"/>
          <w:sz w:val="20"/>
        </w:rPr>
        <w:t>All intellectual property created by the Employee in the course of employment shall be the sole property of the Employer.</w:t>
      </w:r>
    </w:p>
    <w:p/>
    <w:p>
      <w:r>
        <w:rPr>
          <w:b/>
          <w:sz w:val="20"/>
        </w:rPr>
        <w:t>11. Termination</w:t>
      </w:r>
    </w:p>
    <w:p>
      <w:r>
        <w:rPr>
          <w:b w:val="0"/>
          <w:sz w:val="20"/>
        </w:rPr>
        <w:t>Either party may terminate this Agreement by providing notice or pay in lieu of notice in accordance with the Alberta Employment Standards Code and common law. Termination for just cause by the Employer may occur without notice.</w:t>
      </w:r>
    </w:p>
    <w:p/>
    <w:p>
      <w:r>
        <w:rPr>
          <w:b/>
          <w:sz w:val="20"/>
        </w:rPr>
        <w:t>12. Return of Property</w:t>
      </w:r>
    </w:p>
    <w:p>
      <w:r>
        <w:rPr>
          <w:b w:val="0"/>
          <w:sz w:val="20"/>
        </w:rPr>
        <w:t>Upon termination of employment, the Employee shall return all property belonging to the Employer, including but not limited to documents, equipment, and electronic devices.</w:t>
      </w:r>
    </w:p>
    <w:p/>
    <w:p>
      <w:r>
        <w:rPr>
          <w:b/>
          <w:sz w:val="20"/>
        </w:rPr>
        <w:t>13. Non-Competition and Non-Solicitation</w:t>
      </w:r>
    </w:p>
    <w:p>
      <w:r>
        <w:rPr>
          <w:b w:val="0"/>
          <w:sz w:val="20"/>
        </w:rPr>
        <w:t>During employment and for a period of __________ months following termination, the Employee agrees not to engage in any business or activity competitive with the Employer or solicit the Employer’s clients or employees, except as permitted by law.</w:t>
      </w:r>
    </w:p>
    <w:p/>
    <w:p>
      <w:r>
        <w:rPr>
          <w:b/>
          <w:sz w:val="20"/>
        </w:rPr>
        <w:t>14. Health and Safety</w:t>
      </w:r>
    </w:p>
    <w:p>
      <w:r>
        <w:rPr>
          <w:b w:val="0"/>
          <w:sz w:val="20"/>
        </w:rPr>
        <w:t>The Employer shall comply with all applicable health and safety legislation. The Employee agrees to abide by all health and safety policies and procedures implemented by the Employer.</w:t>
      </w:r>
    </w:p>
    <w:p/>
    <w:p>
      <w:r>
        <w:rPr>
          <w:b/>
          <w:sz w:val="20"/>
        </w:rPr>
        <w:t>15. Compliance with Laws and Policies</w:t>
      </w:r>
    </w:p>
    <w:p>
      <w:r>
        <w:rPr>
          <w:b w:val="0"/>
          <w:sz w:val="20"/>
        </w:rPr>
        <w:t>The Employee agrees to comply with all applicable laws and the policies and procedures of the Employer.</w:t>
      </w:r>
    </w:p>
    <w:p/>
    <w:p>
      <w:r>
        <w:rPr>
          <w:b/>
          <w:sz w:val="20"/>
        </w:rPr>
        <w:t>16. Entire Agreement</w:t>
      </w:r>
    </w:p>
    <w:p>
      <w:r>
        <w:rPr>
          <w:b w:val="0"/>
          <w:sz w:val="20"/>
        </w:rPr>
        <w:t>This Agreement contains the entire agreement between the parties and supersedes all prior agreements, understandings, and arrangements, whether oral or written.</w:t>
      </w:r>
    </w:p>
    <w:p/>
    <w:p>
      <w:r>
        <w:rPr>
          <w:b/>
          <w:sz w:val="20"/>
        </w:rPr>
        <w:t>17. Amendments</w:t>
      </w:r>
    </w:p>
    <w:p>
      <w:r>
        <w:rPr>
          <w:b w:val="0"/>
          <w:sz w:val="20"/>
        </w:rPr>
        <w:t>Any amendments to this Agreement must be in writing and signed by both parties.</w:t>
      </w:r>
    </w:p>
    <w:p/>
    <w:p>
      <w:r>
        <w:rPr>
          <w:b/>
          <w:sz w:val="20"/>
        </w:rPr>
        <w:t>18. Governing Law</w:t>
      </w:r>
    </w:p>
    <w:p>
      <w:r>
        <w:rPr>
          <w:b w:val="0"/>
          <w:sz w:val="20"/>
        </w:rPr>
        <w:t>This Agreement shall be governed by and construed in accordance with the laws of the Province of Alberta and the laws of Canada applicable therein.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https://legaltemplates-ca.com/employment-contract-alberta/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employment-contract-alberta/"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