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EMPLOYMENT CONTRACT</w:t>
      </w:r>
    </w:p>
    <w:p/>
    <w:p/>
    <w:p>
      <w:r>
        <w:rPr>
          <w:b/>
          <w:sz w:val="20"/>
        </w:rPr>
        <w:t>This Employment Contract ("Contract") is entered into between:</w:t>
      </w:r>
    </w:p>
    <w:p>
      <w:r>
        <w:rPr>
          <w:b w:val="0"/>
          <w:sz w:val="20"/>
        </w:rPr>
        <w:t>Employer: _____________________________________________________________</w:t>
      </w:r>
    </w:p>
    <w:p>
      <w:r>
        <w:rPr>
          <w:b w:val="0"/>
          <w:sz w:val="20"/>
        </w:rPr>
        <w:t>Address: ______________________________________________________________</w:t>
      </w:r>
    </w:p>
    <w:p/>
    <w:p>
      <w:pPr>
        <w:jc w:val="center"/>
      </w:pPr>
      <w:r>
        <w:rPr>
          <w:b w:val="0"/>
          <w:sz w:val="20"/>
        </w:rPr>
        <w:t>and</w:t>
      </w:r>
    </w:p>
    <w:p/>
    <w:p>
      <w:r>
        <w:rPr>
          <w:b w:val="0"/>
          <w:sz w:val="20"/>
        </w:rPr>
        <w:t>Employee: _____________________________________________________________</w:t>
      </w:r>
    </w:p>
    <w:p>
      <w:r>
        <w:rPr>
          <w:b w:val="0"/>
          <w:sz w:val="20"/>
        </w:rPr>
        <w:t>Address: ______________________________________________________________</w:t>
      </w:r>
    </w:p>
    <w:p/>
    <w:p/>
    <w:p>
      <w:r>
        <w:rPr>
          <w:b/>
          <w:sz w:val="20"/>
        </w:rPr>
        <w:t>WHEREAS the Employer desires to employ the Employee and the Employee desires to accept such employment under the terms and conditions set forth herein;</w:t>
      </w:r>
    </w:p>
    <w:p/>
    <w:p/>
    <w:p>
      <w:r>
        <w:rPr>
          <w:b/>
          <w:sz w:val="20"/>
        </w:rPr>
        <w:t>1. Position and Duties</w:t>
      </w:r>
    </w:p>
    <w:p>
      <w:r>
        <w:rPr>
          <w:b w:val="0"/>
          <w:sz w:val="20"/>
        </w:rPr>
        <w:t>1.1 The Employer hereby employs the Employee in the position of ______________________________.</w:t>
      </w:r>
    </w:p>
    <w:p>
      <w:r>
        <w:rPr>
          <w:b w:val="0"/>
          <w:sz w:val="20"/>
        </w:rPr>
        <w:t>1.2 The Employee agrees to perform the duties and responsibilities customarily associated with this position and as assigned by the Employer from time to time.</w:t>
      </w:r>
    </w:p>
    <w:p>
      <w:r>
        <w:rPr>
          <w:b w:val="0"/>
          <w:sz w:val="20"/>
        </w:rPr>
        <w:t>1.3 The Employee shall devote full working time and attention to the performance of the Employee’s duties and shall comply with all lawful policies, procedures, and directives issued by the Employer.</w:t>
      </w:r>
    </w:p>
    <w:p/>
    <w:p>
      <w:r>
        <w:rPr>
          <w:b/>
          <w:sz w:val="20"/>
        </w:rPr>
        <w:t>2. Employment Status</w:t>
      </w:r>
    </w:p>
    <w:p>
      <w:r>
        <w:rPr>
          <w:b w:val="0"/>
          <w:sz w:val="20"/>
        </w:rPr>
        <w:t>2.1 The Employee is hired as a (full-time / part-time / temporary / casual) employee.</w:t>
      </w:r>
    </w:p>
    <w:p>
      <w:r>
        <w:rPr>
          <w:b w:val="0"/>
          <w:sz w:val="20"/>
        </w:rPr>
        <w:t>2.2 This Contract constitutes a (permanent / fixed-term) employment agreement.</w:t>
      </w:r>
    </w:p>
    <w:p>
      <w:r>
        <w:rPr>
          <w:b w:val="0"/>
          <w:sz w:val="20"/>
        </w:rPr>
        <w:t>2.3 The Employee’s employment is subject to the provisions of the Ontario Employment Standards Act, 2000, as amended, and other applicable laws.</w:t>
      </w:r>
    </w:p>
    <w:p/>
    <w:p>
      <w:r>
        <w:rPr>
          <w:b/>
          <w:sz w:val="20"/>
        </w:rPr>
        <w:t>3. Compensation</w:t>
      </w:r>
    </w:p>
    <w:p>
      <w:r>
        <w:rPr>
          <w:b w:val="0"/>
          <w:sz w:val="20"/>
        </w:rPr>
        <w:t>3.1 The Employee’s base salary shall be $__________________ per (hour / week / month / year), payable in accordance with the Employer’s regular payroll practices.</w:t>
      </w:r>
    </w:p>
    <w:p>
      <w:r>
        <w:rPr>
          <w:b w:val="0"/>
          <w:sz w:val="20"/>
        </w:rPr>
        <w:t>3.2 The Employer shall deduct all applicable taxes and statutory withholdings from the Employee’s compensation.</w:t>
      </w:r>
    </w:p>
    <w:p>
      <w:r>
        <w:rPr>
          <w:b w:val="0"/>
          <w:sz w:val="20"/>
        </w:rPr>
        <w:t>3.3 The Employee may be eligible for bonuses or incentives, at the sole discretion of the Employer, which shall not form part of the Employee’s base compensation.</w:t>
      </w:r>
    </w:p>
    <w:p/>
    <w:p>
      <w:r>
        <w:rPr>
          <w:b/>
          <w:sz w:val="20"/>
        </w:rPr>
        <w:t>4. Hours of Work</w:t>
      </w:r>
    </w:p>
    <w:p>
      <w:r>
        <w:rPr>
          <w:b w:val="0"/>
          <w:sz w:val="20"/>
        </w:rPr>
        <w:t>4.1 The Employee’s regular hours of work shall be from ________ to ________, ______ days per week.</w:t>
      </w:r>
    </w:p>
    <w:p>
      <w:r>
        <w:rPr>
          <w:b w:val="0"/>
          <w:sz w:val="20"/>
        </w:rPr>
        <w:t>4.2 Overtime work must be authorized in advance by the Employer and shall be compensated in accordance with applicable laws.</w:t>
      </w:r>
    </w:p>
    <w:p/>
    <w:p>
      <w:r>
        <w:rPr>
          <w:b/>
          <w:sz w:val="20"/>
        </w:rPr>
        <w:t>5. Benefits</w:t>
      </w:r>
    </w:p>
    <w:p>
      <w:r>
        <w:rPr>
          <w:b w:val="0"/>
          <w:sz w:val="20"/>
        </w:rPr>
        <w:t>5.1 Subject to eligibility requirements and plan terms, the Employee shall be entitled to participate in the Employer’s benefit plans, including but not limited to health, dental, disability, and pension plans.</w:t>
      </w:r>
    </w:p>
    <w:p>
      <w:r>
        <w:rPr>
          <w:b w:val="0"/>
          <w:sz w:val="20"/>
        </w:rPr>
        <w:t>5.2 The Employer reserves the right to modify, amend, or terminate any benefit plan at any time, subject to applicable laws.</w:t>
      </w:r>
    </w:p>
    <w:p/>
    <w:p>
      <w:r>
        <w:rPr>
          <w:b/>
          <w:sz w:val="20"/>
        </w:rPr>
        <w:t>6. Vacation</w:t>
      </w:r>
    </w:p>
    <w:p>
      <w:r>
        <w:rPr>
          <w:b w:val="0"/>
          <w:sz w:val="20"/>
        </w:rPr>
        <w:t>6.1 The Employee shall be entitled to vacation time and vacation pay in accordance with the Ontario Employment Standards Act, 2000, as amended, and the Employer’s policies.</w:t>
      </w:r>
    </w:p>
    <w:p>
      <w:r>
        <w:rPr>
          <w:b w:val="0"/>
          <w:sz w:val="20"/>
        </w:rPr>
        <w:t>6.2 Vacation time must be scheduled and approved by the Employer in advance.</w:t>
      </w:r>
    </w:p>
    <w:p/>
    <w:p>
      <w:r>
        <w:rPr>
          <w:b/>
          <w:sz w:val="20"/>
        </w:rPr>
        <w:t>7. Confidentiality</w:t>
      </w:r>
    </w:p>
    <w:p>
      <w:r>
        <w:rPr>
          <w:b w:val="0"/>
          <w:sz w:val="20"/>
        </w:rPr>
        <w:t>7.1 The Employee acknowledges that during the course of employment they will have access to confidential and proprietary information belonging to the Employer.</w:t>
      </w:r>
    </w:p>
    <w:p>
      <w:r>
        <w:rPr>
          <w:b w:val="0"/>
          <w:sz w:val="20"/>
        </w:rPr>
        <w:t>7.2 The Employee agrees not to disclose, use, or permit the use of any confidential information except as necessary to perform their duties and for the benefit of the Employer.</w:t>
      </w:r>
    </w:p>
    <w:p>
      <w:r>
        <w:rPr>
          <w:b w:val="0"/>
          <w:sz w:val="20"/>
        </w:rPr>
        <w:t>7.3 The obligations under this section shall survive the termination of this Contract.</w:t>
      </w:r>
    </w:p>
    <w:p/>
    <w:p>
      <w:r>
        <w:rPr>
          <w:b/>
          <w:sz w:val="20"/>
        </w:rPr>
        <w:t>8. Non-Competition and Non-Solicitation</w:t>
      </w:r>
    </w:p>
    <w:p>
      <w:r>
        <w:rPr>
          <w:b w:val="0"/>
          <w:sz w:val="20"/>
        </w:rPr>
        <w:t>8.1 During the term of employment and for a period of ________ months following termination, the Employee shall not engage in any business or employment that is competitive with the Employer’s business within ________ km of the Employer’s principal place of business.</w:t>
      </w:r>
    </w:p>
    <w:p>
      <w:r>
        <w:rPr>
          <w:b w:val="0"/>
          <w:sz w:val="20"/>
        </w:rPr>
        <w:t>8.2 The Employee shall not, during the term of employment and for a period of ________ months following termination, solicit or attempt to solicit any clients, customers, or employees of the Employer.</w:t>
      </w:r>
    </w:p>
    <w:p>
      <w:r>
        <w:rPr>
          <w:b w:val="0"/>
          <w:sz w:val="20"/>
        </w:rPr>
        <w:t>8.3 This section shall be enforceable to the extent permitted by law.</w:t>
      </w:r>
    </w:p>
    <w:p/>
    <w:p>
      <w:r>
        <w:rPr>
          <w:b/>
          <w:sz w:val="20"/>
        </w:rPr>
        <w:t>9. Termination of Employment</w:t>
      </w:r>
    </w:p>
    <w:p>
      <w:r>
        <w:rPr>
          <w:b w:val="0"/>
          <w:sz w:val="20"/>
        </w:rPr>
        <w:t>9.1 Either party may terminate this Contract at any time by providing written notice or payment in lieu thereof in accordance with the requirements of the Ontario Employment Standards Act, 2000, as amended, and any applicable common law obligations.</w:t>
      </w:r>
    </w:p>
    <w:p>
      <w:r>
        <w:rPr>
          <w:b w:val="0"/>
          <w:sz w:val="20"/>
        </w:rPr>
        <w:t>9.2 The Employer may terminate the Employee’s employment for just cause without notice or pay in lieu thereof.</w:t>
      </w:r>
    </w:p>
    <w:p>
      <w:r>
        <w:rPr>
          <w:b w:val="0"/>
          <w:sz w:val="20"/>
        </w:rPr>
        <w:t>9.3 Upon termination, the Employee shall return all property, documents, and confidential information belonging to the Employer.</w:t>
      </w:r>
    </w:p>
    <w:p/>
    <w:p>
      <w:r>
        <w:rPr>
          <w:b/>
          <w:sz w:val="20"/>
        </w:rPr>
        <w:t>10. Statutory and Other Leaves</w:t>
      </w:r>
    </w:p>
    <w:p>
      <w:r>
        <w:rPr>
          <w:b w:val="0"/>
          <w:sz w:val="20"/>
        </w:rPr>
        <w:t>10.1 The Employee is entitled to statutory leaves of absence as provided under the Ontario Employment Standards Act, 2000, including but not limited to pregnancy leave, parental leave, family medical leave, and bereavement leave.</w:t>
      </w:r>
    </w:p>
    <w:p>
      <w:r>
        <w:rPr>
          <w:b w:val="0"/>
          <w:sz w:val="20"/>
        </w:rPr>
        <w:t>10.2 Requests for leaves shall be made in writing and approved by the Employer as required.</w:t>
      </w:r>
    </w:p>
    <w:p/>
    <w:p>
      <w:r>
        <w:rPr>
          <w:b/>
          <w:sz w:val="20"/>
        </w:rPr>
        <w:t>11. Workplace Policies and Health and Safety</w:t>
      </w:r>
    </w:p>
    <w:p>
      <w:r>
        <w:rPr>
          <w:b w:val="0"/>
          <w:sz w:val="20"/>
        </w:rPr>
        <w:t>11.1 The Employee agrees to comply with all workplace policies, procedures, and codes of conduct established by the Employer, including health and safety regulations.</w:t>
      </w:r>
    </w:p>
    <w:p>
      <w:r>
        <w:rPr>
          <w:b w:val="0"/>
          <w:sz w:val="20"/>
        </w:rPr>
        <w:t>11.2 The Employer shall provide a safe and healthy work environment in compliance with applicable laws.</w:t>
      </w:r>
    </w:p>
    <w:p/>
    <w:p>
      <w:r>
        <w:rPr>
          <w:b/>
          <w:sz w:val="20"/>
        </w:rPr>
        <w:t>12. Dispute Resolution</w:t>
      </w:r>
    </w:p>
    <w:p>
      <w:r>
        <w:rPr>
          <w:b w:val="0"/>
          <w:sz w:val="20"/>
        </w:rPr>
        <w:t>12.1 Any disputes arising out of or relating to this Contract shall be resolved through good faith negotiations between the parties.</w:t>
      </w:r>
    </w:p>
    <w:p>
      <w:r>
        <w:rPr>
          <w:b w:val="0"/>
          <w:sz w:val="20"/>
        </w:rPr>
        <w:t>12.2 If resolution cannot be reached, disputes may be submitted to mediation or arbitration in accordance with mutually agreed procedures or as required by law.</w:t>
      </w:r>
    </w:p>
    <w:p/>
    <w:p>
      <w:r>
        <w:rPr>
          <w:b/>
          <w:sz w:val="20"/>
        </w:rPr>
        <w:t>13. Entire Agreement</w:t>
      </w:r>
    </w:p>
    <w:p>
      <w:r>
        <w:rPr>
          <w:b w:val="0"/>
          <w:sz w:val="20"/>
        </w:rPr>
        <w:t>13.1 This Contract constitutes the entire agreement between the parties with respect to the subject matter hereof and supersedes all prior agreements or understandings, whether written or oral.</w:t>
      </w:r>
    </w:p>
    <w:p>
      <w:r>
        <w:rPr>
          <w:b w:val="0"/>
          <w:sz w:val="20"/>
        </w:rPr>
        <w:t>13.2 Any amendments or modifications must be in writing and signed by both parties.</w:t>
      </w:r>
    </w:p>
    <w:p/>
    <w:p>
      <w:r>
        <w:rPr>
          <w:b/>
          <w:sz w:val="20"/>
        </w:rPr>
        <w:t>14. Governing Law</w:t>
      </w:r>
    </w:p>
    <w:p>
      <w:r>
        <w:rPr>
          <w:b w:val="0"/>
          <w:sz w:val="20"/>
        </w:rPr>
        <w:t>14.1 This Contract shall be governed by and construed in accordance with the laws of the Province of Ontario and the federal laws of Canada applicable therein.</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EMPLOYER</w:t>
            </w:r>
          </w:p>
        </w:tc>
        <w:tc>
          <w:tcPr>
            <w:tcW w:type="dxa" w:w="4986"/>
            <w:tcBorders>
              <w:top w:val="nil"/>
              <w:left w:val="nil"/>
              <w:bottom w:val="nil"/>
              <w:right w:val="nil"/>
              <w:insideH w:val="nil"/>
              <w:insideV w:val="nil"/>
            </w:tcBorders>
          </w:tcPr>
          <w:p>
            <w:pPr>
              <w:jc w:val="center"/>
            </w:pPr>
            <w:r>
              <w:t>EMPLOYEE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https://legaltemplates-ca.com/employment-contract-ontario/</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https://legaltemplates-ca.com</w:t>
        </w:r>
      </w:hyperlink>
    </w:p>
    <w:p>
      <w:pPr>
        <w:jc w:val="center"/>
      </w:pPr>
      <w:r>
        <w:rPr>
          <w:color w:val="808080"/>
          <w:sz w:val="20"/>
        </w:rPr>
        <w:t>This template is intended exclusively for personal, non-commercial use.</w:t>
        <w:br/>
        <w:t>If distributed or published, the source must be mentioned. © legaltemplates-ca.com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ca.com/employment-contract-ontario/" TargetMode="External"/><Relationship Id="rId10" Type="http://schemas.openxmlformats.org/officeDocument/2006/relationships/hyperlink" Target="https://legal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