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CUSTOMER FEEDBACK FORM</w:t>
      </w:r>
    </w:p>
    <w:p/>
    <w:p/>
    <w:p>
      <w:r>
        <w:rPr>
          <w:b w:val="0"/>
          <w:sz w:val="20"/>
        </w:rPr>
        <w:t>Thank you for taking the time to provide your feedback. Your input is highly valuable and will help us improve our services.</w:t>
      </w:r>
    </w:p>
    <w:p>
      <w:r>
        <w:rPr>
          <w:b w:val="0"/>
          <w:sz w:val="20"/>
        </w:rPr>
        <w:t>Please answer the following questions honestly and thoroughly. All responses will be treated confidentially and according to Canadian privacy laws.</w:t>
      </w:r>
    </w:p>
    <w:p/>
    <w:p/>
    <w:p>
      <w:r>
        <w:rPr>
          <w:b/>
          <w:sz w:val="22"/>
        </w:rPr>
        <w:t>Customer Information</w:t>
      </w:r>
    </w:p>
    <w:p>
      <w:r>
        <w:rPr>
          <w:b w:val="0"/>
          <w:sz w:val="20"/>
        </w:rPr>
        <w:t>Full Name: ____________________________________________________________</w:t>
      </w:r>
    </w:p>
    <w:p>
      <w:r>
        <w:rPr>
          <w:b w:val="0"/>
          <w:sz w:val="20"/>
        </w:rPr>
        <w:t>Email Address: _________________________________________________________</w:t>
      </w:r>
    </w:p>
    <w:p>
      <w:r>
        <w:rPr>
          <w:b w:val="0"/>
          <w:sz w:val="20"/>
        </w:rPr>
        <w:t>Phone Number: _________________________________________________________</w:t>
      </w:r>
    </w:p>
    <w:p>
      <w:r>
        <w:rPr>
          <w:b w:val="0"/>
          <w:sz w:val="20"/>
        </w:rPr>
        <w:t>Date of Experience: ____________________________________________________</w:t>
      </w:r>
    </w:p>
    <w:p/>
    <w:p>
      <w:r>
        <w:rPr>
          <w:b/>
          <w:sz w:val="22"/>
        </w:rPr>
        <w:t>Service/Product Information</w:t>
      </w:r>
    </w:p>
    <w:p>
      <w:r>
        <w:rPr>
          <w:b w:val="0"/>
          <w:sz w:val="20"/>
        </w:rPr>
        <w:t>Service/Product Name: _________________________________________________</w:t>
      </w:r>
    </w:p>
    <w:p>
      <w:r>
        <w:rPr>
          <w:b w:val="0"/>
          <w:sz w:val="20"/>
        </w:rPr>
        <w:t>Date of Purchase/Use: _________________________________________________</w:t>
      </w:r>
    </w:p>
    <w:p>
      <w:r>
        <w:rPr>
          <w:b w:val="0"/>
          <w:sz w:val="20"/>
        </w:rPr>
        <w:t>Representative/Agent Name (if applicable): ______________________________</w:t>
      </w:r>
    </w:p>
    <w:p/>
    <w:p>
      <w:r>
        <w:rPr>
          <w:b/>
          <w:sz w:val="22"/>
        </w:rPr>
        <w:t>Feedback Ratings (Please rate from 1 = Poor to 5 = Excellent)</w:t>
      </w:r>
    </w:p>
    <w:p>
      <w:r>
        <w:rPr>
          <w:b/>
          <w:sz w:val="20"/>
        </w:rPr>
        <w:t xml:space="preserve">Quality of the Service/Product: </w:t>
      </w:r>
      <w:r>
        <w:t>[ 1 ] [ 2 ] [ 3 ] [ 4 ] [ 5 ]</w:t>
      </w:r>
    </w:p>
    <w:p>
      <w:r>
        <w:rPr>
          <w:b/>
          <w:sz w:val="20"/>
        </w:rPr>
        <w:t xml:space="preserve">Timeliness of Delivery/Service: </w:t>
      </w:r>
      <w:r>
        <w:t>[ 1 ] [ 2 ] [ 3 ] [ 4 ] [ 5 ]</w:t>
      </w:r>
    </w:p>
    <w:p>
      <w:r>
        <w:rPr>
          <w:b/>
          <w:sz w:val="20"/>
        </w:rPr>
        <w:t xml:space="preserve">Professionalism of Staff: </w:t>
      </w:r>
      <w:r>
        <w:t>[ 1 ] [ 2 ] [ 3 ] [ 4 ] [ 5 ]</w:t>
      </w:r>
    </w:p>
    <w:p>
      <w:r>
        <w:rPr>
          <w:b/>
          <w:sz w:val="20"/>
        </w:rPr>
        <w:t xml:space="preserve">Communication and Responsiveness: </w:t>
      </w:r>
      <w:r>
        <w:t>[ 1 ] [ 2 ] [ 3 ] [ 4 ] [ 5 ]</w:t>
      </w:r>
    </w:p>
    <w:p>
      <w:r>
        <w:rPr>
          <w:b/>
          <w:sz w:val="20"/>
        </w:rPr>
        <w:t xml:space="preserve">Value for Money: </w:t>
      </w:r>
      <w:r>
        <w:t>[ 1 ] [ 2 ] [ 3 ] [ 4 ] [ 5 ]</w:t>
      </w:r>
    </w:p>
    <w:p>
      <w:r>
        <w:rPr>
          <w:b/>
          <w:sz w:val="20"/>
        </w:rPr>
        <w:t xml:space="preserve">Overall Satisfaction: </w:t>
      </w:r>
      <w:r>
        <w:t>[ 1 ] [ 2 ] [ 3 ] [ 4 ] [ 5 ]</w:t>
      </w:r>
    </w:p>
    <w:p/>
    <w:p>
      <w:r>
        <w:rPr>
          <w:b/>
          <w:sz w:val="22"/>
        </w:rPr>
        <w:t>Detailed Feedback</w:t>
      </w:r>
    </w:p>
    <w:p>
      <w:r>
        <w:rPr>
          <w:b/>
          <w:sz w:val="20"/>
        </w:rPr>
        <w:t>What did you like most about our service/product?</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
      <w:r>
        <w:rPr>
          <w:b/>
          <w:sz w:val="20"/>
        </w:rPr>
        <w:t>What aspects could be improved?</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
      <w:r>
        <w:rPr>
          <w:b/>
          <w:sz w:val="20"/>
        </w:rPr>
        <w:t>Did you experience any issues or problems? If yes, please describe.</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
      <w:r>
        <w:rPr>
          <w:b/>
          <w:sz w:val="20"/>
        </w:rPr>
        <w:t>Any additional comments or suggestions?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
      <w:r>
        <w:rPr>
          <w:b/>
          <w:sz w:val="22"/>
        </w:rPr>
        <w:t>Consent and Privacy Notice</w:t>
      </w:r>
    </w:p>
    <w:p>
      <w:r>
        <w:rPr>
          <w:b w:val="0"/>
          <w:sz w:val="20"/>
        </w:rPr>
        <w:t>By submitting this feedback form, you consent to the collection, use, and storage of your personal information in accordance with Canadian privacy laws, including the Personal Information Protection and Electronic Documents Act (PIPEDA). Your information will be used solely for the purpose of improving our services and will not be shared with third parties without your explicit consent.</w:t>
      </w:r>
    </w:p>
    <w:p/>
    <w:p>
      <w:r>
        <w:rPr>
          <w:b w:val="0"/>
          <w:sz w:val="20"/>
        </w:rPr>
        <w:t>You have the right to access and correct your personal information at any time by contacting us. If you have any concerns about how your information is handled, please contact our Privacy Officer.</w:t>
      </w:r>
    </w:p>
    <w:p/>
    <w:p/>
    <w:p>
      <w:r>
        <w:rPr>
          <w:b w:val="0"/>
          <w:sz w:val="20"/>
        </w:rPr>
        <w:t>Signature: ____________________________________________</w:t>
      </w:r>
    </w:p>
    <w:p>
      <w:r>
        <w:rPr>
          <w:b w:val="0"/>
          <w:sz w:val="20"/>
        </w:rPr>
        <w:t>Date: 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Received By:</w:t>
            </w:r>
          </w:p>
        </w:tc>
        <w:tc>
          <w:tcPr>
            <w:tcW w:type="dxa" w:w="4986"/>
            <w:tcBorders>
              <w:top w:val="nil"/>
              <w:left w:val="nil"/>
              <w:bottom w:val="nil"/>
              <w:right w:val="nil"/>
              <w:insideH w:val="nil"/>
              <w:insideV w:val="nil"/>
            </w:tcBorders>
          </w:tcPr>
          <w:p>
            <w:pPr>
              <w:jc w:val="left"/>
            </w:pPr>
            <w:r>
              <w:t>Date Received:</w:t>
            </w:r>
          </w:p>
        </w:tc>
      </w:tr>
      <w:tr>
        <w:tc>
          <w:tcPr>
            <w:tcW w:type="dxa" w:w="4986"/>
            <w:tcBorders>
              <w:top w:val="nil"/>
              <w:left w:val="nil"/>
              <w:bottom w:val="nil"/>
              <w:right w:val="nil"/>
              <w:insideH w:val="nil"/>
              <w:insideV w:val="nil"/>
            </w:tcBorders>
          </w:tcPr>
          <w:p>
            <w:pPr>
              <w:jc w:val="left"/>
            </w:pPr>
            <w:r>
              <w:t>____________________________________________</w:t>
            </w:r>
          </w:p>
        </w:tc>
        <w:tc>
          <w:tcPr>
            <w:tcW w:type="dxa" w:w="4986"/>
            <w:tcBorders>
              <w:top w:val="nil"/>
              <w:left w:val="nil"/>
              <w:bottom w:val="nil"/>
              <w:right w:val="nil"/>
              <w:insideH w:val="nil"/>
              <w:insideV w:val="nil"/>
            </w:tcBorders>
          </w:tcPr>
          <w:p>
            <w:pPr>
              <w:jc w:val="left"/>
            </w:pPr>
            <w:r>
              <w:t>____________________________________________</w:t>
            </w:r>
          </w:p>
        </w:tc>
      </w:tr>
      <w:tr>
        <w:tc>
          <w:tcPr>
            <w:tcW w:type="dxa" w:w="4986"/>
            <w:tcBorders>
              <w:top w:val="nil"/>
              <w:left w:val="nil"/>
              <w:bottom w:val="nil"/>
              <w:right w:val="nil"/>
              <w:insideH w:val="nil"/>
              <w:insideV w:val="nil"/>
            </w:tcBorders>
          </w:tcPr>
          <w:p>
            <w:pPr>
              <w:jc w:val="left"/>
            </w:pPr>
            <w:r>
              <w:t>Follow-up Required (Yes/No):</w:t>
            </w:r>
          </w:p>
        </w:tc>
        <w:tc>
          <w:tcPr>
            <w:tcW w:type="dxa" w:w="4986"/>
            <w:tcBorders>
              <w:top w:val="nil"/>
              <w:left w:val="nil"/>
              <w:bottom w:val="nil"/>
              <w:right w:val="nil"/>
              <w:insideH w:val="nil"/>
              <w:insideV w:val="nil"/>
            </w:tcBorders>
          </w:tcPr>
          <w:p>
            <w:pPr>
              <w:jc w:val="left"/>
            </w:pPr>
            <w:r>
              <w:t>Follow-up Completed (Yes/No):</w:t>
            </w:r>
          </w:p>
        </w:tc>
      </w:tr>
      <w:tr>
        <w:tc>
          <w:tcPr>
            <w:tcW w:type="dxa" w:w="4986"/>
            <w:tcBorders>
              <w:top w:val="nil"/>
              <w:left w:val="nil"/>
              <w:bottom w:val="nil"/>
              <w:right w:val="nil"/>
              <w:insideH w:val="nil"/>
              <w:insideV w:val="nil"/>
            </w:tcBorders>
          </w:tcPr>
          <w:p>
            <w:pPr>
              <w:jc w:val="left"/>
            </w:pPr>
            <w:r>
              <w:t>Notes:</w:t>
            </w:r>
          </w:p>
        </w:tc>
        <w:tc>
          <w:tcPr>
            <w:tcW w:type="dxa" w:w="4986"/>
            <w:tcBorders>
              <w:top w:val="nil"/>
              <w:left w:val="nil"/>
              <w:bottom w:val="nil"/>
              <w:right w:val="nil"/>
              <w:insideH w:val="nil"/>
              <w:insideV w:val="nil"/>
            </w:tcBorders>
          </w:tcPr>
          <w:p>
            <w:pPr>
              <w:jc w:val="left"/>
            </w:pPr>
            <w:r>
              <w:t>____________________________________________</w:t>
              <w:br/>
              <w:t>____________________________________________</w:t>
              <w:br/>
              <w:t>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https://legaltemplates-ca.com/feedback-form/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feedback-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