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GIFT LETTER FOR MORTGAGE</w:t>
      </w:r>
    </w:p>
    <w:p/>
    <w:p>
      <w:r>
        <w:rPr>
          <w:b w:val="0"/>
          <w:sz w:val="20"/>
        </w:rPr>
        <w:t>I/We, the undersigned Donor(s), hereby declare that this gift letter is made voluntarily and without any expectation of repayment or compensation. This gift is intended to assist the Recipient(s) in securing a mortgage loan for the purchase or refinancing of real property located in Canada.</w:t>
      </w:r>
    </w:p>
    <w:p/>
    <w:p>
      <w:r>
        <w:rPr>
          <w:b/>
          <w:sz w:val="20"/>
        </w:rPr>
        <w:t>Donor Information:</w:t>
      </w:r>
    </w:p>
    <w:p>
      <w:r>
        <w:rPr>
          <w:b w:val="0"/>
          <w:sz w:val="20"/>
        </w:rPr>
        <w:t>Full Name(s): ___________________________________________________________</w:t>
      </w:r>
    </w:p>
    <w:p>
      <w:r>
        <w:rPr>
          <w:b w:val="0"/>
          <w:sz w:val="20"/>
        </w:rPr>
        <w:t>Address: ________________________________________________________________</w:t>
      </w:r>
    </w:p>
    <w:p>
      <w:r>
        <w:rPr>
          <w:b w:val="0"/>
          <w:sz w:val="20"/>
        </w:rPr>
        <w:t>Phone Number: ___________________________________________________________</w:t>
      </w:r>
    </w:p>
    <w:p>
      <w:r>
        <w:rPr>
          <w:b w:val="0"/>
          <w:sz w:val="20"/>
        </w:rPr>
        <w:t>Relationship to Recipient(s): ____________________________________________</w:t>
      </w:r>
    </w:p>
    <w:p/>
    <w:p>
      <w:r>
        <w:rPr>
          <w:b/>
          <w:sz w:val="20"/>
        </w:rPr>
        <w:t>Recipient Information:</w:t>
      </w:r>
    </w:p>
    <w:p>
      <w:r>
        <w:rPr>
          <w:b w:val="0"/>
          <w:sz w:val="20"/>
        </w:rPr>
        <w:t>Full Name(s): ___________________________________________________________</w:t>
      </w:r>
    </w:p>
    <w:p>
      <w:r>
        <w:rPr>
          <w:b w:val="0"/>
          <w:sz w:val="20"/>
        </w:rPr>
        <w:t>Address: ________________________________________________________________</w:t>
      </w:r>
    </w:p>
    <w:p>
      <w:r>
        <w:rPr>
          <w:b w:val="0"/>
          <w:sz w:val="20"/>
        </w:rPr>
        <w:t>Phone Number: ___________________________________________________________</w:t>
      </w:r>
    </w:p>
    <w:p/>
    <w:p>
      <w:r>
        <w:rPr>
          <w:b/>
          <w:sz w:val="20"/>
        </w:rPr>
        <w:t>Gift Details:</w:t>
      </w:r>
    </w:p>
    <w:p>
      <w:r>
        <w:rPr>
          <w:b w:val="0"/>
          <w:sz w:val="20"/>
        </w:rPr>
        <w:t>I/We hereby give a gift of money in the amount of: __________________________ CAD</w:t>
      </w:r>
    </w:p>
    <w:p>
      <w:r>
        <w:rPr>
          <w:b w:val="0"/>
          <w:sz w:val="20"/>
        </w:rPr>
        <w:t>This gift is given unconditionally and with no expectation of repayment.</w:t>
      </w:r>
    </w:p>
    <w:p>
      <w:r>
        <w:rPr>
          <w:b w:val="0"/>
          <w:sz w:val="20"/>
        </w:rPr>
        <w:t>The funds provided are not a loan and do not create any future financial obligation.</w:t>
      </w:r>
    </w:p>
    <w:p/>
    <w:p>
      <w:r>
        <w:rPr>
          <w:b/>
          <w:sz w:val="20"/>
        </w:rPr>
        <w:t>Purpose of Gift:</w:t>
      </w:r>
    </w:p>
    <w:p>
      <w:r>
        <w:rPr>
          <w:b w:val="0"/>
          <w:sz w:val="20"/>
        </w:rPr>
        <w:t>This gift is made to assist the Recipient(s) with the down payment and/or closing costs associated with the purchase or refinancing of the property located at:</w:t>
      </w:r>
    </w:p>
    <w:p>
      <w:r>
        <w:rPr>
          <w:b w:val="0"/>
          <w:sz w:val="20"/>
        </w:rPr>
        <w:t>Property Address: ________________________________________________________</w:t>
      </w:r>
    </w:p>
    <w:p/>
    <w:p>
      <w:r>
        <w:rPr>
          <w:b/>
          <w:sz w:val="20"/>
        </w:rPr>
        <w:t>Source of Funds:</w:t>
      </w:r>
    </w:p>
    <w:p>
      <w:r>
        <w:rPr>
          <w:b w:val="0"/>
          <w:sz w:val="20"/>
        </w:rPr>
        <w:t>The funds gifted are from the Donor's personal resources and have been legally obtained. The funds do not derive from any prohibited sources, including but not limited to criminal activities or money laundering.</w:t>
      </w:r>
    </w:p>
    <w:p/>
    <w:p>
      <w:r>
        <w:rPr>
          <w:b/>
          <w:sz w:val="20"/>
        </w:rPr>
        <w:t>No Repayment:</w:t>
      </w:r>
    </w:p>
    <w:p>
      <w:r>
        <w:rPr>
          <w:b w:val="0"/>
          <w:sz w:val="20"/>
        </w:rPr>
        <w:t>The Donor affirms that this gift is not subject to any agreement or understanding that it will be repaid in whole or in part. There is no expectation of reimbursement by the Recipient(s) or any third party.</w:t>
      </w:r>
    </w:p>
    <w:p/>
    <w:p>
      <w:r>
        <w:rPr>
          <w:b/>
          <w:sz w:val="20"/>
        </w:rPr>
        <w:t>Tax Implications:</w:t>
      </w:r>
    </w:p>
    <w:p>
      <w:r>
        <w:rPr>
          <w:b w:val="0"/>
          <w:sz w:val="20"/>
        </w:rPr>
        <w:t>The Donor acknowledges that it is their responsibility to comply with all applicable tax laws and regulations in Canada, including reporting requirements and any applicable gift tax obligations. The Recipient(s) acknowledge that they have been advised to consult with a tax professional.</w:t>
      </w:r>
    </w:p>
    <w:p/>
    <w:p>
      <w:r>
        <w:rPr>
          <w:b/>
          <w:sz w:val="20"/>
        </w:rPr>
        <w:t>Affirmation:</w:t>
      </w:r>
    </w:p>
    <w:p>
      <w:r>
        <w:rPr>
          <w:b w:val="0"/>
          <w:sz w:val="20"/>
        </w:rPr>
        <w:t>I/We affirm and declare under penalty of perjury that the foregoing is true and correct to the best of my/our knowledge and belief.</w:t>
      </w:r>
    </w:p>
    <w:p/>
    <w:p/>
    <w:p>
      <w:r>
        <w:rPr>
          <w:b w:val="0"/>
          <w:sz w:val="20"/>
        </w:rPr>
        <w:t>Donor Signature(s): _________________________________________    Date: __________________</w:t>
      </w:r>
    </w:p>
    <w:p>
      <w:r>
        <w:rPr>
          <w:b w:val="0"/>
          <w:sz w:val="20"/>
        </w:rPr>
        <w:t>Recipient Signature(s): ______________________________________ Date: __________________</w:t>
      </w:r>
    </w:p>
    <w:p/>
    <w:p/>
    <w:p>
      <w:r>
        <w:rPr>
          <w:b/>
          <w:sz w:val="20"/>
        </w:rPr>
        <w:t>Witness Information:</w:t>
      </w:r>
    </w:p>
    <w:p>
      <w:r>
        <w:rPr>
          <w:b w:val="0"/>
          <w:sz w:val="20"/>
        </w:rPr>
        <w:t>Full Name: _______________________________________________________________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r>
        <w:rPr>
          <w:b w:val="0"/>
          <w:sz w:val="20"/>
        </w:rPr>
        <w:t>Witness Signature: ___________________________________________    Date: _______________</w:t>
      </w:r>
    </w:p>
    <w:p/>
    <w:p/>
    <w:p>
      <w:r>
        <w:rPr>
          <w:b/>
          <w:sz w:val="20"/>
        </w:rPr>
        <w:t>Notary Public:</w:t>
      </w:r>
    </w:p>
    <w:p>
      <w:r>
        <w:rPr>
          <w:b w:val="0"/>
          <w:sz w:val="20"/>
        </w:rPr>
        <w:t>On this ______ day of ________________, before me, a Notary Public in and for the Province of ____________________, personally appeared:</w:t>
      </w:r>
    </w:p>
    <w:p>
      <w:r>
        <w:rPr>
          <w:b w:val="0"/>
          <w:sz w:val="20"/>
        </w:rPr>
        <w:t>Name(s): ________________________________________________________________</w:t>
      </w:r>
    </w:p>
    <w:p>
      <w:r>
        <w:rPr>
          <w:b w:val="0"/>
          <w:sz w:val="20"/>
        </w:rPr>
        <w:t>Known to me (or satisfactorily proven) to be the person(s) whose name(s) is/are subscribed to this instrument, and acknowledged that they executed the same for the purposes therein contained.</w:t>
      </w:r>
    </w:p>
    <w:p>
      <w:r>
        <w:rPr>
          <w:b w:val="0"/>
          <w:sz w:val="20"/>
        </w:rPr>
      </w:r>
    </w:p>
    <w:p>
      <w:r>
        <w:rPr>
          <w:b w:val="0"/>
          <w:sz w:val="20"/>
        </w:rPr>
        <w:t>Notary Public Signature: ______________________________________</w:t>
      </w:r>
    </w:p>
    <w:p>
      <w:r>
        <w:rPr>
          <w:b w:val="0"/>
          <w:sz w:val="20"/>
        </w:rPr>
        <w:t>Commission Number: ___________________________________________</w:t>
      </w:r>
    </w:p>
    <w:p>
      <w:r>
        <w:rPr>
          <w:b w:val="0"/>
          <w:sz w:val="20"/>
        </w:rPr>
        <w:t>My Commission Expires: _______________________________________</w:t>
      </w:r>
    </w:p>
    <w:p/>
    <w:p/>
    <w:p>
      <w:r>
        <w:rPr>
          <w:b/>
          <w:sz w:val="20"/>
        </w:rPr>
        <w:t>Governing Law and Jurisdiction:</w:t>
      </w:r>
    </w:p>
    <w:p>
      <w:r>
        <w:rPr>
          <w:b w:val="0"/>
          <w:sz w:val="20"/>
        </w:rPr>
        <w:t>This Gift Letter shall be governed by and construed in accordance with the laws of the Province of ________________, Canada. Any disputes arising from or related to this document shall be subject to the exclusive jurisdiction of the courts located in that Province.</w:t>
      </w:r>
    </w:p>
    <w:p/>
    <w:p/>
    <w:p>
      <w:r>
        <w:rPr>
          <w:b/>
          <w:sz w:val="20"/>
        </w:rPr>
        <w:t>Severability:</w:t>
      </w:r>
    </w:p>
    <w:p>
      <w:r>
        <w:rPr>
          <w:b w:val="0"/>
          <w:sz w:val="20"/>
        </w:rPr>
        <w:t>If any provision of this Gift Letter is held to be invalid, illegal, or unenforceable in any respect, the validity, legality and enforceability of the remaining provisions shall not be affected or impaired.</w:t>
      </w:r>
    </w:p>
    <w:p/>
    <w:p/>
    <w:p>
      <w:r>
        <w:rPr>
          <w:b/>
          <w:sz w:val="20"/>
        </w:rPr>
        <w:t>Entire Agreement:</w:t>
      </w:r>
    </w:p>
    <w:p>
      <w:r>
        <w:rPr>
          <w:b w:val="0"/>
          <w:sz w:val="20"/>
        </w:rPr>
        <w:t>This Gift Letter constitutes the entire agreement between the parties with respect to the subject matter herein and supersedes all prior understandings, agreements, or representations, whether oral or written.</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DONOR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https://legaltemplates-ca.com/gift-letter-for-mortgage/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gift-letter-for-mortgage/"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