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HOLIDAY LEAVE REQUEST LETTER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Employee ID: ____________________________________________________________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Manager/Supervisor Name: _______________________________________________</w:t>
      </w:r>
    </w:p>
    <w:p>
      <w:r>
        <w:rPr>
          <w:b w:val="0"/>
          <w:sz w:val="20"/>
        </w:rPr>
        <w:t>Position: _______________________________________________________________</w:t>
      </w:r>
    </w:p>
    <w:p>
      <w:r>
        <w:rPr>
          <w:b w:val="0"/>
          <w:sz w:val="20"/>
        </w:rPr>
        <w:t>Company Name: __________________________________________________________</w:t>
      </w:r>
    </w:p>
    <w:p>
      <w:r>
        <w:rPr>
          <w:b w:val="0"/>
          <w:sz w:val="20"/>
        </w:rPr>
        <w:t>Company Address: _______________________________________________________</w:t>
      </w:r>
    </w:p>
    <w:p/>
    <w:p>
      <w:r>
        <w:rPr>
          <w:b/>
          <w:sz w:val="20"/>
        </w:rPr>
        <w:t>Subject: Request for Holiday Leave</w:t>
      </w:r>
    </w:p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request holiday leave from my duties at the company. I have reviewed my current workload and planned tasks, and I believe that my absence during this period will not adversely affect the operations of the department.</w:t>
      </w:r>
    </w:p>
    <w:p/>
    <w:p>
      <w:r>
        <w:rPr>
          <w:b/>
          <w:sz w:val="20"/>
        </w:rPr>
        <w:t>Leave Details:</w:t>
      </w:r>
    </w:p>
    <w:p>
      <w:r>
        <w:rPr>
          <w:b w:val="0"/>
          <w:sz w:val="20"/>
        </w:rPr>
        <w:t>Start Date of Leave: ____________________________________________________</w:t>
      </w:r>
    </w:p>
    <w:p>
      <w:r>
        <w:rPr>
          <w:b w:val="0"/>
          <w:sz w:val="20"/>
        </w:rPr>
        <w:t>End Date of Leave: ______________________________________________________</w:t>
      </w:r>
    </w:p>
    <w:p>
      <w:r>
        <w:rPr>
          <w:b w:val="0"/>
          <w:sz w:val="20"/>
        </w:rPr>
        <w:t>Total Number of Working Days Requested: _________________________________</w:t>
      </w:r>
    </w:p>
    <w:p/>
    <w:p>
      <w:r>
        <w:rPr>
          <w:b/>
          <w:sz w:val="20"/>
        </w:rPr>
        <w:t>Reason for Leave (optional):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Work Handover and Coverage Plan:</w:t>
      </w:r>
    </w:p>
    <w:p>
      <w:r>
        <w:rPr>
          <w:b w:val="0"/>
          <w:sz w:val="20"/>
        </w:rPr>
        <w:t>During my absence, I have made arrangements to ensure that my responsibilities will be adequately managed. The following plan outlines the delegation of tasks and points of contact:</w:t>
      </w:r>
    </w:p>
    <w:p>
      <w:r>
        <w:rPr>
          <w:b w:val="0"/>
          <w:sz w:val="20"/>
        </w:rPr>
        <w:t>- Task/Responsibility 1: _________________________________________________</w:t>
      </w:r>
    </w:p>
    <w:p>
      <w:r>
        <w:rPr>
          <w:b w:val="0"/>
          <w:sz w:val="20"/>
        </w:rPr>
        <w:t>- Task/Responsibility 2: _________________________________________________</w:t>
      </w:r>
    </w:p>
    <w:p>
      <w:r>
        <w:rPr>
          <w:b w:val="0"/>
          <w:sz w:val="20"/>
        </w:rPr>
        <w:t>- Task/Responsibility 3: _________________________________________________</w:t>
      </w:r>
    </w:p>
    <w:p>
      <w:r>
        <w:rPr>
          <w:b w:val="0"/>
          <w:sz w:val="20"/>
        </w:rPr>
        <w:t>Designated Point of Contact: ____________________________________________</w:t>
      </w:r>
    </w:p>
    <w:p/>
    <w:p>
      <w:r>
        <w:rPr>
          <w:b w:val="0"/>
          <w:sz w:val="20"/>
        </w:rPr>
        <w:t>I assure you that I will complete any pending assignments before the start of my leave and will be available for urgent matters if needed, within reasonable limits. I understand the importance of maintaining workflow continuity and will cooperate fully to that end.</w:t>
      </w:r>
    </w:p>
    <w:p/>
    <w:p>
      <w:r>
        <w:rPr>
          <w:b w:val="0"/>
          <w:sz w:val="20"/>
        </w:rPr>
        <w:t>This request is made in accordance with the applicable employment standards and company policies governing vacation and leave entitlements in Canada. I understand that final approval is subject to operational requirements and management discretion.</w:t>
      </w:r>
    </w:p>
    <w:p/>
    <w:p>
      <w:r>
        <w:rPr>
          <w:b w:val="0"/>
          <w:sz w:val="20"/>
        </w:rPr>
        <w:t>Thank you for considering my request. I look forward to your approval.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Signature of Employee</w:t>
      </w:r>
    </w:p>
    <w:p/>
    <w:p>
      <w:r>
        <w:rPr>
          <w:b w:val="0"/>
          <w:sz w:val="20"/>
        </w:rPr>
        <w:t>Date: ________________________________________________________________</w:t>
      </w:r>
    </w:p>
    <w:p/>
    <w:p/>
    <w:p>
      <w:r>
        <w:rPr>
          <w:b/>
          <w:sz w:val="20"/>
        </w:rPr>
        <w:t>Approval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Approved by (Manager/Supervisor):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Comments: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/>
    <w:p/>
    <w:p>
      <w:r>
        <w:rPr>
          <w:b/>
          <w:sz w:val="20"/>
        </w:rPr>
        <w:t>Acknowledgment by Employee</w:t>
      </w:r>
    </w:p>
    <w:p>
      <w:r>
        <w:rPr>
          <w:b w:val="0"/>
          <w:sz w:val="20"/>
        </w:rPr>
        <w:t>I acknowledge that I have read and understood the terms of this leave request and the responsibilities associated with it. I agree to comply with the company's leave policies.</w:t>
      </w:r>
    </w:p>
    <w:p/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Signature of Employee</w:t>
      </w:r>
    </w:p>
    <w:p/>
    <w:p>
      <w:r>
        <w:rPr>
          <w:b w:val="0"/>
          <w:sz w:val="20"/>
        </w:rPr>
        <w:t>Date: 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https://legaltemplates-ca.com/holiday-letter/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holiday-letter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