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IMMEDIATE RESIGNATION LETTER</w:t>
      </w:r>
    </w:p>
    <w:p/>
    <w:p/>
    <w:p>
      <w:r>
        <w:rPr>
          <w:b/>
          <w:sz w:val="20"/>
        </w:rPr>
        <w:t>To:</w:t>
      </w:r>
    </w:p>
    <w:p>
      <w:r>
        <w:rPr>
          <w:b w:val="0"/>
          <w:sz w:val="20"/>
        </w:rPr>
        <w:t>Manager/Supervisor Name: _________________________________________________</w:t>
      </w:r>
    </w:p>
    <w:p>
      <w:r>
        <w:rPr>
          <w:b w:val="0"/>
          <w:sz w:val="20"/>
        </w:rPr>
        <w:t>Company Name: ____________________________________________________________</w:t>
      </w:r>
    </w:p>
    <w:p>
      <w:r>
        <w:rPr>
          <w:b w:val="0"/>
          <w:sz w:val="20"/>
        </w:rPr>
        <w:t>Company Address: _________________________________________________________</w:t>
      </w:r>
    </w:p>
    <w:p/>
    <w:p/>
    <w:p>
      <w:r>
        <w:rPr>
          <w:b/>
          <w:sz w:val="20"/>
        </w:rPr>
        <w:t>From:</w:t>
      </w:r>
    </w:p>
    <w:p>
      <w:r>
        <w:rPr>
          <w:b w:val="0"/>
          <w:sz w:val="20"/>
        </w:rPr>
        <w:t>Employee Name: ___________________________________________________________</w:t>
      </w:r>
    </w:p>
    <w:p>
      <w:r>
        <w:rPr>
          <w:b w:val="0"/>
          <w:sz w:val="20"/>
        </w:rPr>
        <w:t>Position/Title: ____________________________________________________________</w:t>
      </w:r>
    </w:p>
    <w:p>
      <w:r>
        <w:rPr>
          <w:b w:val="0"/>
          <w:sz w:val="20"/>
        </w:rPr>
        <w:t>Employee ID (if applicable): _______________________________________________</w:t>
      </w:r>
    </w:p>
    <w:p>
      <w:r>
        <w:rPr>
          <w:b w:val="0"/>
          <w:sz w:val="20"/>
        </w:rPr>
        <w:t>Contact Information: ______________________________________________________</w:t>
      </w:r>
    </w:p>
    <w:p/>
    <w:p/>
    <w:p>
      <w:r>
        <w:rPr>
          <w:b/>
          <w:sz w:val="20"/>
        </w:rPr>
        <w:t>Subject: Immediate Resignation</w:t>
      </w:r>
    </w:p>
    <w:p/>
    <w:p/>
    <w:p>
      <w:r>
        <w:rPr>
          <w:b w:val="0"/>
          <w:sz w:val="20"/>
        </w:rPr>
        <w:t>Dear Sir/Madam,</w:t>
      </w:r>
    </w:p>
    <w:p/>
    <w:p>
      <w:r>
        <w:rPr>
          <w:b w:val="0"/>
          <w:sz w:val="20"/>
        </w:rPr>
        <w:t>Please accept this letter as formal notice of my immediate resignation from my position at the company mentioned above. Due to unforeseen personal circumstances, I am unable to continue my employment and must step down effective immediately.</w:t>
      </w:r>
    </w:p>
    <w:p/>
    <w:p>
      <w:r>
        <w:rPr>
          <w:b w:val="0"/>
          <w:sz w:val="20"/>
        </w:rPr>
        <w:t>I confirm that I understand the implications of resigning without providing the customary notice period as outlined in my employment contract and acknowledge any legal or contractual consequences that may arise in accordance with Canadian employment law.</w:t>
      </w:r>
    </w:p>
    <w:p/>
    <w:p>
      <w:r>
        <w:rPr>
          <w:b/>
          <w:sz w:val="20"/>
        </w:rPr>
        <w:t>Return of Company Property:</w:t>
      </w:r>
    </w:p>
    <w:p>
      <w:r>
        <w:rPr>
          <w:b w:val="0"/>
          <w:sz w:val="20"/>
        </w:rPr>
        <w:t>I will ensure that all company property, including but not limited to keys, access cards, documents, electronic devices, and any other materials belonging to the company are returned promptly in accordance with company policies.</w:t>
      </w:r>
    </w:p>
    <w:p/>
    <w:p>
      <w:r>
        <w:rPr>
          <w:b/>
          <w:sz w:val="20"/>
        </w:rPr>
        <w:t>Final Pay and Benefits:</w:t>
      </w:r>
    </w:p>
    <w:p>
      <w:r>
        <w:rPr>
          <w:b w:val="0"/>
          <w:sz w:val="20"/>
        </w:rPr>
        <w:t>I understand that my final paycheck will include all earned wages, accrued vacation pay, and any other applicable benefits owed to me, subject to applicable deductions and statutory withholdings, in compliance with Canadian federal and provincial employment standards.</w:t>
      </w:r>
    </w:p>
    <w:p/>
    <w:p>
      <w:r>
        <w:rPr>
          <w:b/>
          <w:sz w:val="20"/>
        </w:rPr>
        <w:t>Confidentiality:</w:t>
      </w:r>
    </w:p>
    <w:p>
      <w:r>
        <w:rPr>
          <w:b w:val="0"/>
          <w:sz w:val="20"/>
        </w:rPr>
        <w:t>I acknowledge my ongoing obligation to maintain the confidentiality of all proprietary and confidential information obtained during my employment, as per the terms of my employment agreement and applicable Canadian laws.</w:t>
      </w:r>
    </w:p>
    <w:p/>
    <w:p>
      <w:r>
        <w:rPr>
          <w:b/>
          <w:sz w:val="20"/>
        </w:rPr>
        <w:t>Non-Disparagement:</w:t>
      </w:r>
    </w:p>
    <w:p>
      <w:r>
        <w:rPr>
          <w:b w:val="0"/>
          <w:sz w:val="20"/>
        </w:rPr>
        <w:t>I agree to refrain from making any negative or disparaging remarks about the company, its employees, management, or business practices, both during and after the termination of my employment.</w:t>
      </w:r>
    </w:p>
    <w:p/>
    <w:p>
      <w:r>
        <w:rPr>
          <w:b/>
          <w:sz w:val="20"/>
        </w:rPr>
        <w:t>Contact Post-Employment:</w:t>
      </w:r>
    </w:p>
    <w:p>
      <w:r>
        <w:rPr>
          <w:b w:val="0"/>
          <w:sz w:val="20"/>
        </w:rPr>
        <w:t>Please feel free to contact me at the above address or phone number should you require any further information or assistance during this transition.</w:t>
      </w:r>
    </w:p>
    <w:p/>
    <w:p/>
    <w:p>
      <w:r>
        <w:rPr>
          <w:b w:val="0"/>
          <w:sz w:val="20"/>
        </w:rPr>
        <w:t>I appreciate the opportunities and experiences gained during my tenure at the company. Thank you for your understanding.</w:t>
      </w:r>
    </w:p>
    <w:p/>
    <w:p/>
    <w:p>
      <w:r>
        <w:rPr>
          <w:b w:val="0"/>
          <w:sz w:val="20"/>
        </w:rPr>
        <w:t>Sincerely,</w:t>
      </w:r>
    </w:p>
    <w:p/>
    <w:p/>
    <w:p/>
    <w:p/>
    <w:p>
      <w:r>
        <w:rPr>
          <w:b w:val="0"/>
          <w:sz w:val="20"/>
        </w:rPr>
        <w:t>Signature: ______________________________________</w:t>
      </w:r>
    </w:p>
    <w:p>
      <w:r>
        <w:rPr>
          <w:b w:val="0"/>
          <w:sz w:val="20"/>
        </w:rPr>
        <w:t>Name (Printed): __________________________________</w:t>
      </w:r>
    </w:p>
    <w:p>
      <w:r>
        <w:rPr>
          <w:b w:val="0"/>
          <w:sz w:val="20"/>
        </w:rPr>
        <w:t>Date: ___________________________________________</w:t>
      </w:r>
    </w:p>
    <w:p/>
    <w:p/>
    <w:p>
      <w:r>
        <w:rPr>
          <w:b/>
          <w:sz w:val="20"/>
        </w:rPr>
        <w:t>Witness (Optional):</w:t>
      </w:r>
    </w:p>
    <w:p>
      <w:r>
        <w:rPr>
          <w:b w:val="0"/>
          <w:sz w:val="20"/>
        </w:rPr>
        <w:t>Name: ___________________________________________</w:t>
      </w:r>
    </w:p>
    <w:p>
      <w:r>
        <w:rPr>
          <w:b w:val="0"/>
          <w:sz w:val="20"/>
        </w:rPr>
        <w:t>Signature: ______________________________________</w:t>
      </w:r>
    </w:p>
    <w:p>
      <w:r>
        <w:rPr>
          <w:b w:val="0"/>
          <w:sz w:val="20"/>
        </w:rPr>
        <w:t>Date: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https://legaltemplates-ca.com/immediate-resignation-letter/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immediate-resignation-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