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CLIENT INTAKE FORM</w:t>
      </w:r>
    </w:p>
    <w:p/>
    <w:p/>
    <w:p>
      <w:r>
        <w:rPr>
          <w:b/>
          <w:sz w:val="22"/>
        </w:rPr>
        <w:t>1. PERSONAL INFORMATION</w:t>
      </w:r>
    </w:p>
    <w:p>
      <w:r>
        <w:rPr>
          <w:b w:val="0"/>
          <w:sz w:val="20"/>
        </w:rPr>
        <w:t>Full Legal Name: ________________________________________________________________</w:t>
      </w:r>
    </w:p>
    <w:p>
      <w:r>
        <w:rPr>
          <w:b w:val="0"/>
          <w:sz w:val="20"/>
        </w:rPr>
        <w:t>Date of Birth (YYYY-MM-DD): _____________________________________________________</w:t>
      </w:r>
    </w:p>
    <w:p>
      <w:r>
        <w:rPr>
          <w:b w:val="0"/>
          <w:sz w:val="20"/>
        </w:rPr>
        <w:t>Gender: ________________________________________________________________________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r>
        <w:rPr>
          <w:b w:val="0"/>
          <w:sz w:val="20"/>
        </w:rPr>
        <w:t>Preferred Method of Contact (Phone, Email, Other): _______________________________</w:t>
      </w:r>
    </w:p>
    <w:p/>
    <w:p>
      <w:r>
        <w:rPr>
          <w:b/>
          <w:sz w:val="22"/>
        </w:rPr>
        <w:t>2. RESIDENTIAL ADDRESS</w:t>
      </w:r>
    </w:p>
    <w:p>
      <w:r>
        <w:rPr>
          <w:b w:val="0"/>
          <w:sz w:val="20"/>
        </w:rPr>
        <w:t>Street Address: _________________________________________________________________</w:t>
      </w:r>
    </w:p>
    <w:p>
      <w:r>
        <w:rPr>
          <w:b w:val="0"/>
          <w:sz w:val="20"/>
        </w:rPr>
        <w:t>City/Town: ____________________________________________________________________</w:t>
      </w:r>
    </w:p>
    <w:p>
      <w:r>
        <w:rPr>
          <w:b w:val="0"/>
          <w:sz w:val="20"/>
        </w:rPr>
        <w:t>Province/Territory: _____________________________________________________________</w:t>
      </w:r>
    </w:p>
    <w:p>
      <w:r>
        <w:rPr>
          <w:b w:val="0"/>
          <w:sz w:val="20"/>
        </w:rPr>
        <w:t>Postal Code: __________________________________________________________________</w:t>
      </w:r>
    </w:p>
    <w:p>
      <w:r>
        <w:rPr>
          <w:b w:val="0"/>
          <w:sz w:val="20"/>
        </w:rPr>
        <w:t>Country (if not Canada): ________________________________________________________</w:t>
      </w:r>
    </w:p>
    <w:p/>
    <w:p>
      <w:r>
        <w:rPr>
          <w:b/>
          <w:sz w:val="22"/>
        </w:rPr>
        <w:t>3. EMERGENCY CONTACT</w:t>
      </w:r>
    </w:p>
    <w:p>
      <w:r>
        <w:rPr>
          <w:b w:val="0"/>
          <w:sz w:val="20"/>
        </w:rPr>
        <w:t>Full Name: ____________________________________________________________________</w:t>
      </w:r>
    </w:p>
    <w:p>
      <w:r>
        <w:rPr>
          <w:b w:val="0"/>
          <w:sz w:val="20"/>
        </w:rPr>
        <w:t>Relationship to Client: _________________________________________________________</w:t>
      </w:r>
    </w:p>
    <w:p>
      <w:r>
        <w:rPr>
          <w:b w:val="0"/>
          <w:sz w:val="20"/>
        </w:rPr>
        <w:t>Phone Number(s): _______________________________________________________________</w:t>
      </w:r>
    </w:p>
    <w:p/>
    <w:p>
      <w:r>
        <w:rPr>
          <w:b/>
          <w:sz w:val="22"/>
        </w:rPr>
        <w:t>4. EMPLOYMENT INFORMATION</w:t>
      </w:r>
    </w:p>
    <w:p>
      <w:r>
        <w:rPr>
          <w:b w:val="0"/>
          <w:sz w:val="20"/>
        </w:rPr>
        <w:t>Current Employer: _______________________________________________________________</w:t>
      </w:r>
    </w:p>
    <w:p>
      <w:r>
        <w:rPr>
          <w:b w:val="0"/>
          <w:sz w:val="20"/>
        </w:rPr>
        <w:t>Position/Title: _________________________________________________________________</w:t>
      </w:r>
    </w:p>
    <w:p>
      <w:r>
        <w:rPr>
          <w:b w:val="0"/>
          <w:sz w:val="20"/>
        </w:rPr>
        <w:t>Work Address: _________________________________________________________________</w:t>
      </w:r>
    </w:p>
    <w:p>
      <w:r>
        <w:rPr>
          <w:b w:val="0"/>
          <w:sz w:val="20"/>
        </w:rPr>
        <w:t>Work Phone Number: ____________________________________________________________</w:t>
      </w:r>
    </w:p>
    <w:p>
      <w:r>
        <w:rPr>
          <w:b w:val="0"/>
          <w:sz w:val="20"/>
        </w:rPr>
        <w:t>Employment Status (Full-time, Part-time, Self-employed, Unemployed, Other): ________</w:t>
      </w:r>
    </w:p>
    <w:p/>
    <w:p>
      <w:r>
        <w:rPr>
          <w:b/>
          <w:sz w:val="22"/>
        </w:rPr>
        <w:t>5. HEALTH INFORMATION</w:t>
      </w:r>
    </w:p>
    <w:p>
      <w:r>
        <w:rPr>
          <w:b w:val="0"/>
          <w:sz w:val="20"/>
        </w:rPr>
        <w:t>Do you have any allergies? If yes, please specify: ________________________________</w:t>
      </w:r>
    </w:p>
    <w:p>
      <w:r>
        <w:rPr>
          <w:b w:val="0"/>
          <w:sz w:val="20"/>
        </w:rPr>
        <w:t>Do you have any chronic illnesses or medical conditions? Please specify: ___________</w:t>
      </w:r>
    </w:p>
    <w:p>
      <w:r>
        <w:rPr>
          <w:b w:val="0"/>
          <w:sz w:val="20"/>
        </w:rPr>
        <w:t>Are you currently taking any medications? If yes, please list them: ________________</w:t>
      </w:r>
    </w:p>
    <w:p>
      <w:r>
        <w:rPr>
          <w:b w:val="0"/>
          <w:sz w:val="20"/>
        </w:rPr>
        <w:t>Do you have any physical disabilities or limitations? Please specify: ______________</w:t>
      </w:r>
    </w:p>
    <w:p>
      <w:r>
        <w:rPr>
          <w:b w:val="0"/>
          <w:sz w:val="20"/>
        </w:rPr>
        <w:t>Do you have a family history of any medical conditions? Please specify: ____________</w:t>
      </w:r>
    </w:p>
    <w:p/>
    <w:p>
      <w:r>
        <w:rPr>
          <w:b/>
          <w:sz w:val="22"/>
        </w:rPr>
        <w:t>6. CONSENT AND AUTHORIZATION</w:t>
      </w:r>
    </w:p>
    <w:p>
      <w:r>
        <w:rPr>
          <w:b w:val="0"/>
          <w:sz w:val="20"/>
        </w:rPr>
        <w:t>I hereby authorize the collection, use, and disclosure of my personal and health information as necessary for the provision of services and in accordance with applicable Canadian privacy laws, including the Personal Information Protection and Electronic Documents Act (PIPEDA).</w:t>
      </w:r>
    </w:p>
    <w:p>
      <w:r>
        <w:rPr>
          <w:b w:val="0"/>
          <w:sz w:val="20"/>
        </w:rPr>
        <w:t>I understand that my information will be kept confidential and secure, and I have the right to withdraw my consent at any time.</w:t>
      </w:r>
    </w:p>
    <w:p>
      <w:r>
        <w:rPr>
          <w:b w:val="0"/>
          <w:sz w:val="20"/>
        </w:rPr>
        <w:t>I confirm that the information provided in this intake form is accurate and complete to the best of my knowledge.</w:t>
      </w:r>
    </w:p>
    <w:p/>
    <w:p/>
    <w:p>
      <w:r>
        <w:rPr>
          <w:b/>
          <w:sz w:val="22"/>
        </w:rPr>
        <w:t>7. SIGNATURE</w:t>
      </w:r>
    </w:p>
    <w:p>
      <w:r>
        <w:rPr>
          <w:b w:val="0"/>
          <w:sz w:val="20"/>
        </w:rPr>
        <w:t>Client Signature: _______________________________________</w:t>
      </w:r>
    </w:p>
    <w:p>
      <w:r>
        <w:rPr>
          <w:b w:val="0"/>
          <w:sz w:val="20"/>
        </w:rPr>
        <w:t>Print Name: ____________________________________________</w:t>
      </w:r>
    </w:p>
    <w:p>
      <w:r>
        <w:rPr>
          <w:b w:val="0"/>
          <w:sz w:val="20"/>
        </w:rPr>
        <w:t>Date: 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Received By</w:t>
            </w:r>
          </w:p>
        </w:tc>
        <w:tc>
          <w:tcPr>
            <w:tcW w:type="dxa" w:w="4986"/>
            <w:tcBorders>
              <w:top w:val="nil"/>
              <w:left w:val="nil"/>
              <w:bottom w:val="nil"/>
              <w:right w:val="nil"/>
              <w:insideH w:val="nil"/>
              <w:insideV w:val="nil"/>
            </w:tcBorders>
          </w:tcPr>
          <w:p>
            <w:pPr>
              <w:jc w:val="center"/>
            </w:pPr>
            <w:r>
              <w:t>Date Received</w:t>
            </w:r>
          </w:p>
        </w:tc>
      </w:tr>
      <w:tr>
        <w:tc>
          <w:tcPr>
            <w:tcW w:type="dxa" w:w="4986"/>
            <w:tcBorders>
              <w:top w:val="nil"/>
              <w:left w:val="nil"/>
              <w:bottom w:val="nil"/>
              <w:right w:val="nil"/>
              <w:insideH w:val="nil"/>
              <w:insideV w:val="nil"/>
            </w:tcBorders>
          </w:tcPr>
          <w:p>
            <w:pPr>
              <w:jc w:val="center"/>
            </w:pPr>
            <w:r>
              <w:br/>
              <w:br/>
              <w:t>Signature: ______________________________________</w:t>
            </w:r>
          </w:p>
        </w:tc>
        <w:tc>
          <w:tcPr>
            <w:tcW w:type="dxa" w:w="4986"/>
            <w:tcBorders>
              <w:top w:val="nil"/>
              <w:left w:val="nil"/>
              <w:bottom w:val="nil"/>
              <w:right w:val="nil"/>
              <w:insideH w:val="nil"/>
              <w:insideV w:val="nil"/>
            </w:tcBorders>
          </w:tcPr>
          <w:p>
            <w:pPr>
              <w:jc w:val="center"/>
            </w:pPr>
            <w:r>
              <w:br/>
              <w:br/>
              <w:t>Date: __________________________________________</w:t>
            </w:r>
          </w:p>
        </w:tc>
      </w:tr>
      <w:tr>
        <w:tc>
          <w:tcPr>
            <w:tcW w:type="dxa" w:w="4986"/>
            <w:tcBorders>
              <w:top w:val="nil"/>
              <w:left w:val="nil"/>
              <w:bottom w:val="nil"/>
              <w:right w:val="nil"/>
              <w:insideH w:val="nil"/>
              <w:insideV w:val="nil"/>
            </w:tcBorders>
          </w:tcPr>
          <w:p>
            <w:pPr>
              <w:jc w:val="center"/>
            </w:pPr>
            <w:r>
              <w:t>Additional Notes:</w:t>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t>Follow-up Required (Yes/No):</w:t>
            </w:r>
          </w:p>
        </w:tc>
        <w:tc>
          <w:tcPr>
            <w:tcW w:type="dxa" w:w="4986"/>
            <w:tcBorders>
              <w:top w:val="nil"/>
              <w:left w:val="nil"/>
              <w:bottom w:val="nil"/>
              <w:right w:val="nil"/>
              <w:insideH w:val="nil"/>
              <w:insideV w:val="nil"/>
            </w:tcBorders>
          </w:tcPr>
          <w:p>
            <w:pPr>
              <w:jc w:val="center"/>
            </w:pPr>
            <w:r/>
          </w:p>
        </w:tc>
      </w:tr>
    </w:tbl>
    <w:p/>
    <w:p/>
    <w:p>
      <w:r>
        <w:rPr>
          <w:b/>
          <w:sz w:val="20"/>
        </w:rPr>
        <w:t>Privacy Statement:</w:t>
      </w:r>
    </w:p>
    <w:p>
      <w:r>
        <w:rPr>
          <w:b w:val="0"/>
          <w:sz w:val="20"/>
        </w:rPr>
        <w:t>All personal information collected on this form is protected under Canadian privacy legislation and will be used solely for the purpose of service provision, client management, and compliance with legal obligations. Your information will not be shared with any third party without your express consent, except where required or permitted by law.</w:t>
      </w:r>
    </w:p>
    <w:p>
      <w:r>
        <w:br w:type="page"/>
      </w:r>
    </w:p>
    <w:p>
      <w:pPr>
        <w:jc w:val="center"/>
      </w:pPr>
      <w:r>
        <w:rPr>
          <w:color w:val="555555"/>
          <w:sz w:val="24"/>
        </w:rPr>
        <w:t>Original source of this document:</w:t>
      </w:r>
    </w:p>
    <w:p>
      <w:pPr>
        <w:jc w:val="center"/>
      </w:pPr>
      <w:hyperlink r:id="rId9">
        <w:r>
          <w:rPr>
            <w:color w:val="0000FF"/>
            <w:u w:val="single"/>
          </w:rPr>
          <w:t>https://legaltemplates-ca.com/intake-form/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intake-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