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OFFER LETTER</w:t>
      </w:r>
    </w:p>
    <w:p/>
    <w:p/>
    <w:p>
      <w:r>
        <w:rPr>
          <w:b/>
          <w:sz w:val="20"/>
        </w:rPr>
        <w:t>Employer Information:</w:t>
      </w:r>
    </w:p>
    <w:p>
      <w:r>
        <w:rPr>
          <w:b w:val="0"/>
          <w:sz w:val="20"/>
        </w:rPr>
        <w:t>Company Name: _______________________________________________________________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Candidate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val="0"/>
          <w:sz w:val="20"/>
        </w:rPr>
        <w:t>Dear ____________________________________________________,</w:t>
      </w:r>
    </w:p>
    <w:p/>
    <w:p>
      <w:r>
        <w:rPr>
          <w:b w:val="0"/>
          <w:sz w:val="20"/>
        </w:rPr>
        <w:t>We are pleased to offer you employment with ________________ (the “Company”) under the terms and conditions set out in this letter. This offer is contingent upon your acceptance of the terms below and compliance with all applicable Canadian laws and regulations.</w:t>
      </w:r>
    </w:p>
    <w:p/>
    <w:p/>
    <w:p>
      <w:r>
        <w:rPr>
          <w:b/>
          <w:sz w:val="20"/>
        </w:rPr>
        <w:t>1. Position</w:t>
      </w:r>
    </w:p>
    <w:p>
      <w:r>
        <w:rPr>
          <w:b w:val="0"/>
          <w:sz w:val="20"/>
        </w:rPr>
        <w:t>You will be employed in the position of ____________________________________________________________. Your duties and responsibilities shall include, but are not limited to, the following:</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You agree to perform your duties faithfully, industriously, and to the best of your abilities and to comply with all Company policies and applicable laws.</w:t>
      </w:r>
    </w:p>
    <w:p/>
    <w:p/>
    <w:p>
      <w:r>
        <w:rPr>
          <w:b/>
          <w:sz w:val="20"/>
        </w:rPr>
        <w:t>2. Start Date and Location</w:t>
      </w:r>
    </w:p>
    <w:p>
      <w:r>
        <w:rPr>
          <w:b w:val="0"/>
          <w:sz w:val="20"/>
        </w:rPr>
        <w:t>Your employment will commence on ____________________________. Your primary place of work will be at _______________________________________________________________. The Company reserves the right to change your location as required by business needs.</w:t>
      </w:r>
    </w:p>
    <w:p/>
    <w:p/>
    <w:p>
      <w:r>
        <w:rPr>
          <w:b/>
          <w:sz w:val="20"/>
        </w:rPr>
        <w:t>3. Employment Status</w:t>
      </w:r>
    </w:p>
    <w:p>
      <w:r>
        <w:rPr>
          <w:b w:val="0"/>
          <w:sz w:val="20"/>
        </w:rPr>
        <w:t>Your employment is classified as ____________________________________________________ (e.g., full-time, part-time, temporary, contract). You acknowledge that your employment is subject to the terms herein and applicable Canadian labor laws.</w:t>
      </w:r>
    </w:p>
    <w:p/>
    <w:p/>
    <w:p>
      <w:r>
        <w:rPr>
          <w:b/>
          <w:sz w:val="20"/>
        </w:rPr>
        <w:t>4. Probationary Period</w:t>
      </w:r>
    </w:p>
    <w:p>
      <w:r>
        <w:rPr>
          <w:b w:val="0"/>
          <w:sz w:val="20"/>
        </w:rPr>
        <w:t>Your employment will be subject to a probationary period of ____________________________ during which either party may terminate employment with ____________________________ notice or pay in lieu thereof, in accordance with applicable laws.</w:t>
      </w:r>
    </w:p>
    <w:p/>
    <w:p/>
    <w:p>
      <w:r>
        <w:rPr>
          <w:b/>
          <w:sz w:val="20"/>
        </w:rPr>
        <w:t>5. Compensation</w:t>
      </w:r>
    </w:p>
    <w:p>
      <w:r>
        <w:rPr>
          <w:b w:val="0"/>
          <w:sz w:val="20"/>
        </w:rPr>
        <w:t>You will receive a salary of ____________________________ CAD per ____________________________ (hour/week/month/year), payable in accordance with the Company’s standard payroll practices and applicable deductions and withholdings.</w:t>
      </w:r>
    </w:p>
    <w:p>
      <w:r>
        <w:rPr>
          <w:b w:val="0"/>
          <w:sz w:val="20"/>
        </w:rPr>
        <w:t>You may be eligible for bonuses or incentives at the Company’s discretion, which are not guaranteed unless otherwise stated in writing.</w:t>
      </w:r>
    </w:p>
    <w:p/>
    <w:p/>
    <w:p>
      <w:r>
        <w:rPr>
          <w:b/>
          <w:sz w:val="20"/>
        </w:rPr>
        <w:t>6. Hours of Work</w:t>
      </w:r>
    </w:p>
    <w:p>
      <w:r>
        <w:rPr>
          <w:b w:val="0"/>
          <w:sz w:val="20"/>
        </w:rPr>
        <w:t>Your regular working hours will be from ______________ to ______________, ______________ days per week, totaling ______________ hours per week. Overtime must be authorized in advance and will be compensated in accordance with applicable laws.</w:t>
      </w:r>
    </w:p>
    <w:p/>
    <w:p/>
    <w:p>
      <w:r>
        <w:rPr>
          <w:b/>
          <w:sz w:val="20"/>
        </w:rPr>
        <w:t>7. Benefits</w:t>
      </w:r>
    </w:p>
    <w:p>
      <w:r>
        <w:rPr>
          <w:b w:val="0"/>
          <w:sz w:val="20"/>
        </w:rPr>
        <w:t>You may be entitled to participate in Company-sponsored benefit programs, including but not limited to health insurance, retirement plans, and paid time off, subject to the terms and conditions of those plans and applicable laws.</w:t>
      </w:r>
    </w:p>
    <w:p/>
    <w:p/>
    <w:p>
      <w:r>
        <w:rPr>
          <w:b/>
          <w:sz w:val="20"/>
        </w:rPr>
        <w:t>8. Vacation Entitlement</w:t>
      </w:r>
    </w:p>
    <w:p>
      <w:r>
        <w:rPr>
          <w:b w:val="0"/>
          <w:sz w:val="20"/>
        </w:rPr>
        <w:t>You will be entitled to ____________________________ weeks of paid vacation per year, accrued and taken in accordance with Company policies and applicable legislation.</w:t>
      </w:r>
    </w:p>
    <w:p/>
    <w:p/>
    <w:p>
      <w:r>
        <w:rPr>
          <w:b/>
          <w:sz w:val="20"/>
        </w:rPr>
        <w:t>9. Confidentiality and Non-Disclosure</w:t>
      </w:r>
    </w:p>
    <w:p>
      <w:r>
        <w:rPr>
          <w:b w:val="0"/>
          <w:sz w:val="20"/>
        </w:rPr>
        <w:t>You acknowledge that during your employment you will have access to confidential and proprietary information. You agree to maintain strict confidentiality during and after your employment and not to disclose or use any confidential information for any purpose other than to perform your duties.</w:t>
      </w:r>
    </w:p>
    <w:p/>
    <w:p/>
    <w:p>
      <w:r>
        <w:rPr>
          <w:b/>
          <w:sz w:val="20"/>
        </w:rPr>
        <w:t>10. Intellectual Property</w:t>
      </w:r>
    </w:p>
    <w:p>
      <w:r>
        <w:rPr>
          <w:b w:val="0"/>
          <w:sz w:val="20"/>
        </w:rPr>
        <w:t>Any inventions, discoveries, developments, or works created by you during your employment related to the Company’s business shall be the sole property of the Company and you agree to disclose and assign such intellectual property accordingly.</w:t>
      </w:r>
    </w:p>
    <w:p/>
    <w:p/>
    <w:p>
      <w:r>
        <w:rPr>
          <w:b/>
          <w:sz w:val="20"/>
        </w:rPr>
        <w:t>11. Termination of Employment</w:t>
      </w:r>
    </w:p>
    <w:p>
      <w:r>
        <w:rPr>
          <w:b w:val="0"/>
          <w:sz w:val="20"/>
        </w:rPr>
        <w:t>Either party may terminate this employment relationship at any time by providing written notice or pay in lieu thereof as required by applicable Canadian laws and regulations. The Company reserves the right to terminate employment immediately for just cause without notice or pay in lieu.</w:t>
      </w:r>
    </w:p>
    <w:p/>
    <w:p/>
    <w:p>
      <w:r>
        <w:rPr>
          <w:b/>
          <w:sz w:val="20"/>
        </w:rPr>
        <w:t>12. Return of Company Property</w:t>
      </w:r>
    </w:p>
    <w:p>
      <w:r>
        <w:rPr>
          <w:b w:val="0"/>
          <w:sz w:val="20"/>
        </w:rPr>
        <w:t>Upon termination of employment, you agree to return all Company property, documents, and confidential information in your possession.</w:t>
      </w:r>
    </w:p>
    <w:p/>
    <w:p/>
    <w:p>
      <w:r>
        <w:rPr>
          <w:b/>
          <w:sz w:val="20"/>
        </w:rPr>
        <w:t>13. Compliance</w:t>
      </w:r>
    </w:p>
    <w:p>
      <w:r>
        <w:rPr>
          <w:b w:val="0"/>
          <w:sz w:val="20"/>
        </w:rPr>
        <w:t>You agree to comply with all applicable federal, provincial, and municipal laws, as well as all Company policies, rules, and regulations.</w:t>
      </w:r>
    </w:p>
    <w:p/>
    <w:p/>
    <w:p>
      <w:r>
        <w:rPr>
          <w:b/>
          <w:sz w:val="20"/>
        </w:rPr>
        <w:t>14. Entire Agreement</w:t>
      </w:r>
    </w:p>
    <w:p>
      <w:r>
        <w:rPr>
          <w:b w:val="0"/>
          <w:sz w:val="20"/>
        </w:rPr>
        <w:t>This letter represents the entire agreement between you and the Company regarding your employment and supersedes all prior agreements or understandings, whether written or oral.</w:t>
      </w:r>
    </w:p>
    <w:p/>
    <w:p/>
    <w:p>
      <w:r>
        <w:rPr>
          <w:b/>
          <w:sz w:val="20"/>
        </w:rPr>
        <w:t>15. Governing Law</w:t>
      </w:r>
    </w:p>
    <w:p>
      <w:r>
        <w:rPr>
          <w:b w:val="0"/>
          <w:sz w:val="20"/>
        </w:rPr>
        <w:t>This agreement shall be governed by and construed in accordance with the laws of Canada and the applicable province or territory.</w:t>
      </w:r>
    </w:p>
    <w:p/>
    <w:p/>
    <w:p>
      <w:r>
        <w:rPr>
          <w:b w:val="0"/>
          <w:sz w:val="20"/>
        </w:rPr>
        <w:t>Please confirm your acceptance of this offer by signing and returning a copy of this letter. We look forward to working with you and are confident you will make a valuable contribution to our team.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https://legaltemplates-ca.com/job-letter/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job-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