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EMPLOYMENT FOR MORTGAGE APPLICATION</w:t>
      </w:r>
    </w:p>
    <w:p/>
    <w:p/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Business Address: 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Job Title/Position: _______________________________________________________</w:t>
      </w:r>
    </w:p>
    <w:p>
      <w:r>
        <w:rPr>
          <w:b w:val="0"/>
          <w:sz w:val="20"/>
        </w:rPr>
        <w:t>Employee ID (if applicable): _______________________________________________</w:t>
      </w:r>
    </w:p>
    <w:p>
      <w:r>
        <w:rPr>
          <w:b w:val="0"/>
          <w:sz w:val="20"/>
        </w:rPr>
        <w:t>Business Email (if applicable): ____________________________________________</w:t>
      </w:r>
    </w:p>
    <w:p/>
    <w:p>
      <w:r>
        <w:rPr>
          <w:b/>
          <w:sz w:val="20"/>
        </w:rPr>
        <w:t>Employment Details:</w:t>
      </w:r>
    </w:p>
    <w:p>
      <w:r>
        <w:rPr>
          <w:b w:val="0"/>
          <w:sz w:val="20"/>
        </w:rPr>
        <w:t>Date of Hire: _____________________________________________________________</w:t>
      </w:r>
    </w:p>
    <w:p>
      <w:r>
        <w:rPr>
          <w:b w:val="0"/>
          <w:sz w:val="20"/>
        </w:rPr>
        <w:t>Type of Employment: ______________________________________________________ (e.g., Permanent, Contract, Temporary)</w:t>
      </w:r>
    </w:p>
    <w:p>
      <w:r>
        <w:rPr>
          <w:b w:val="0"/>
          <w:sz w:val="20"/>
        </w:rPr>
        <w:t>Employment Status: _______________________________________________________ (e.g., Full-Time, Part-Time)</w:t>
      </w:r>
    </w:p>
    <w:p>
      <w:r>
        <w:rPr>
          <w:b w:val="0"/>
          <w:sz w:val="20"/>
        </w:rPr>
        <w:t>Current Work Location: ____________________________________________________</w:t>
      </w:r>
    </w:p>
    <w:p/>
    <w:p>
      <w:r>
        <w:rPr>
          <w:b/>
          <w:sz w:val="20"/>
        </w:rPr>
        <w:t>Salary and Compensation:</w:t>
      </w:r>
    </w:p>
    <w:p>
      <w:r>
        <w:rPr>
          <w:b w:val="0"/>
          <w:sz w:val="20"/>
        </w:rPr>
        <w:t>Annual Gross Salary: _________________________ CAD</w:t>
      </w:r>
    </w:p>
    <w:p>
      <w:r>
        <w:rPr>
          <w:b w:val="0"/>
          <w:sz w:val="20"/>
        </w:rPr>
        <w:t>Payment Frequency: _______________________________________________________ (e.g., Weekly, Biweekly, Monthly)</w:t>
      </w:r>
    </w:p>
    <w:p>
      <w:r>
        <w:rPr>
          <w:b w:val="0"/>
          <w:sz w:val="20"/>
        </w:rPr>
        <w:t>Additional Compensation (Bonuses, Commissions, Overtime): ________________</w:t>
      </w:r>
    </w:p>
    <w:p>
      <w:r>
        <w:rPr>
          <w:b w:val="0"/>
          <w:sz w:val="20"/>
        </w:rPr>
        <w:t>Is employee eligible for overtime pay? _____________________________________ (Yes/No)</w:t>
      </w:r>
    </w:p>
    <w:p/>
    <w:p>
      <w:r>
        <w:rPr>
          <w:b/>
          <w:sz w:val="20"/>
        </w:rPr>
        <w:t>Working Hours and Leave:</w:t>
      </w:r>
    </w:p>
    <w:p>
      <w:r>
        <w:rPr>
          <w:b w:val="0"/>
          <w:sz w:val="20"/>
        </w:rPr>
        <w:t>Standard Hours per Week: ___________________________</w:t>
      </w:r>
    </w:p>
    <w:p>
      <w:r>
        <w:rPr>
          <w:b w:val="0"/>
          <w:sz w:val="20"/>
        </w:rPr>
        <w:t>Vacation Entitlement: __________________________________ (e.g., 2 weeks, 10 days)</w:t>
      </w:r>
    </w:p>
    <w:p>
      <w:r>
        <w:rPr>
          <w:b w:val="0"/>
          <w:sz w:val="20"/>
        </w:rPr>
        <w:t>Other Leave (e.g., sick leave, maternity leave): ___________________________</w:t>
      </w:r>
    </w:p>
    <w:p/>
    <w:p>
      <w:r>
        <w:rPr>
          <w:b/>
          <w:sz w:val="20"/>
        </w:rPr>
        <w:t>Confirmation of Employment and Income:</w:t>
      </w:r>
    </w:p>
    <w:p>
      <w:r>
        <w:rPr>
          <w:b w:val="0"/>
          <w:sz w:val="20"/>
        </w:rPr>
        <w:t>This letter confirms that the above-named employee is currently employed with this company and receives the stated compensation. The information provided is accurate as of the date of issuance.</w:t>
      </w:r>
    </w:p>
    <w:p/>
    <w:p>
      <w:r>
        <w:rPr>
          <w:b/>
          <w:sz w:val="20"/>
        </w:rPr>
        <w:t>Conditions and Limitations:</w:t>
      </w:r>
    </w:p>
    <w:p>
      <w:r>
        <w:rPr>
          <w:b w:val="0"/>
          <w:sz w:val="20"/>
        </w:rPr>
        <w:t>This letter is provided at the request of the employee for the sole purpose of supporting a mortgage application. It does not constitute a contract of employment or guarantee of continued employment or income.</w:t>
      </w:r>
    </w:p>
    <w:p/>
    <w:p>
      <w:r>
        <w:rPr>
          <w:b/>
          <w:sz w:val="20"/>
        </w:rPr>
        <w:t>Employer Representative:</w:t>
      </w:r>
    </w:p>
    <w:p>
      <w:r>
        <w:rPr>
          <w:b w:val="0"/>
          <w:sz w:val="20"/>
        </w:rPr>
        <w:t>Name: _________________________________________________________________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_________________________________________________________</w:t>
      </w:r>
    </w:p>
    <w:p>
      <w:r>
        <w:rPr>
          <w:b w:val="0"/>
          <w:sz w:val="20"/>
        </w:rPr>
        <w:t>Signature: ______________________________________________________________</w:t>
      </w:r>
    </w:p>
    <w:p>
      <w:r>
        <w:rPr>
          <w:b w:val="0"/>
          <w:sz w:val="20"/>
        </w:rPr>
        <w:t>Date: _________________________________________________________________</w:t>
      </w:r>
    </w:p>
    <w:p/>
    <w:p/>
    <w:p>
      <w:r>
        <w:rPr>
          <w:b/>
          <w:sz w:val="20"/>
        </w:rPr>
        <w:t>Employee Acknowledgment (Optional):</w:t>
      </w:r>
    </w:p>
    <w:p>
      <w:r>
        <w:rPr>
          <w:b w:val="0"/>
          <w:sz w:val="20"/>
        </w:rPr>
        <w:t>I, the undersigned employee, acknowledge that the above information is correct and has been provided with my consent for the purpose stated.</w:t>
      </w:r>
    </w:p>
    <w:p>
      <w:r>
        <w:rPr>
          <w:b w:val="0"/>
          <w:sz w:val="20"/>
        </w:rPr>
        <w:t>Employee Signature: __________________________________________</w:t>
      </w:r>
    </w:p>
    <w:p>
      <w:r>
        <w:rPr>
          <w:b w:val="0"/>
          <w:sz w:val="20"/>
        </w:rPr>
        <w:t>Date: _______________________________________________________</w:t>
      </w:r>
    </w:p>
    <w:p/>
    <w:p/>
    <w:p>
      <w:r>
        <w:rPr>
          <w:b/>
          <w:sz w:val="20"/>
        </w:rPr>
        <w:t>Contact for Verification:</w:t>
      </w:r>
    </w:p>
    <w:p>
      <w:r>
        <w:rPr>
          <w:b w:val="0"/>
          <w:sz w:val="20"/>
        </w:rPr>
        <w:t>For verification of this letter, please contact:</w:t>
      </w:r>
    </w:p>
    <w:p>
      <w:r>
        <w:rPr>
          <w:b w:val="0"/>
          <w:sz w:val="20"/>
        </w:rPr>
        <w:t>Name: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Date: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Date: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https://legaltemplates-ca.com/letter-of-employment-for-mortgage/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letter-of-employment-for-mortgage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