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SUPPORT FOR GRANT APPLICATION</w:t>
      </w:r>
    </w:p>
    <w:p/>
    <w:p/>
    <w:p>
      <w:r>
        <w:rPr>
          <w:b w:val="0"/>
          <w:sz w:val="20"/>
        </w:rPr>
        <w:t>To Whom It May Concern:</w:t>
      </w:r>
    </w:p>
    <w:p/>
    <w:p>
      <w:r>
        <w:rPr>
          <w:b w:val="0"/>
          <w:sz w:val="20"/>
        </w:rPr>
        <w:t>This Letter of Support is provided by the undersigned organization (hereinafter “Supporter”) in connection with the grant application submitted by ______________________________________________ (hereinafter “Applicant”). The purpose of this letter is to affirm the Supporter’s commitment to the success of the proposed project and to outline the nature and extent of support that will be provided.</w:t>
      </w:r>
    </w:p>
    <w:p/>
    <w:p/>
    <w:p>
      <w:r>
        <w:rPr>
          <w:b/>
          <w:sz w:val="22"/>
        </w:rPr>
        <w:t>1. Supporter Information</w:t>
      </w:r>
    </w:p>
    <w:p>
      <w:r>
        <w:rPr>
          <w:b w:val="0"/>
          <w:sz w:val="20"/>
        </w:rPr>
        <w:t>Organization Name: 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r>
        <w:rPr>
          <w:b w:val="0"/>
          <w:sz w:val="20"/>
        </w:rPr>
        <w:t>Representative Name and Title: ______________________________________________</w:t>
      </w:r>
    </w:p>
    <w:p/>
    <w:p>
      <w:r>
        <w:rPr>
          <w:b/>
          <w:sz w:val="22"/>
        </w:rPr>
        <w:t>2. Applicant Information</w:t>
      </w:r>
    </w:p>
    <w:p>
      <w:r>
        <w:rPr>
          <w:b w:val="0"/>
          <w:sz w:val="20"/>
        </w:rPr>
        <w:t>Organization Name / Individual: 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2"/>
        </w:rPr>
        <w:t>3. Project Description</w:t>
      </w:r>
    </w:p>
    <w:p>
      <w:r>
        <w:rPr>
          <w:b w:val="0"/>
          <w:sz w:val="20"/>
        </w:rPr>
        <w:t>Brief description of the project for which the grant is sought (to be completed by the Applicant or Supporter):</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2"/>
        </w:rPr>
        <w:t>4. Nature of Support</w:t>
      </w:r>
    </w:p>
    <w:p>
      <w:r>
        <w:rPr>
          <w:b w:val="0"/>
          <w:sz w:val="20"/>
        </w:rPr>
        <w:t>The Supporter commits to providing the following support to the Applicant and the proposed project:</w:t>
      </w:r>
    </w:p>
    <w:p>
      <w:r>
        <w:rPr>
          <w:b w:val="0"/>
          <w:sz w:val="20"/>
        </w:rPr>
        <w:t>- Technical expertise and advisory services as required.</w:t>
      </w:r>
    </w:p>
    <w:p>
      <w:r>
        <w:rPr>
          <w:b w:val="0"/>
          <w:sz w:val="20"/>
        </w:rPr>
        <w:t>- Access to facilities, equipment, or resources listed below:</w:t>
      </w:r>
    </w:p>
    <w:p>
      <w:r>
        <w:rPr>
          <w:b w:val="0"/>
          <w:sz w:val="20"/>
        </w:rPr>
        <w:t xml:space="preserve">  ____________________________________________________________________________</w:t>
      </w:r>
    </w:p>
    <w:p>
      <w:r>
        <w:rPr>
          <w:b w:val="0"/>
          <w:sz w:val="20"/>
        </w:rPr>
        <w:t>- Assistance with stakeholder engagement and community outreach.</w:t>
      </w:r>
    </w:p>
    <w:p>
      <w:r>
        <w:rPr>
          <w:b w:val="0"/>
          <w:sz w:val="20"/>
        </w:rPr>
        <w:t>- Other support (please specify): _____________________________________________</w:t>
      </w:r>
    </w:p>
    <w:p>
      <w:r>
        <w:rPr>
          <w:b w:val="0"/>
          <w:sz w:val="20"/>
        </w:rPr>
        <w:t>______________________________________________________________________________</w:t>
      </w:r>
    </w:p>
    <w:p/>
    <w:p>
      <w:r>
        <w:rPr>
          <w:b/>
          <w:sz w:val="22"/>
        </w:rPr>
        <w:t>5. Duration and Commitment</w:t>
      </w:r>
    </w:p>
    <w:p>
      <w:r>
        <w:rPr>
          <w:b w:val="0"/>
          <w:sz w:val="20"/>
        </w:rPr>
        <w:t>The Supporter’s commitment extends for the duration of the project, with active involvement as described above, subject to the terms and conditions of the grant agreement and applicable laws.</w:t>
      </w:r>
    </w:p>
    <w:p/>
    <w:p>
      <w:r>
        <w:rPr>
          <w:b/>
          <w:sz w:val="22"/>
        </w:rPr>
        <w:t>6. Legal Compliance and Liability</w:t>
      </w:r>
    </w:p>
    <w:p>
      <w:r>
        <w:rPr>
          <w:b w:val="0"/>
          <w:sz w:val="20"/>
        </w:rPr>
        <w:t>This support letter does not create any legally binding financial obligation on the part of the Supporter. The Supporter affirms that all assistance provided will be in compliance with applicable federal, provincial, and municipal laws of Canada.</w:t>
      </w:r>
    </w:p>
    <w:p>
      <w:r>
        <w:rPr>
          <w:b w:val="0"/>
          <w:sz w:val="20"/>
        </w:rPr>
        <w:t>The Supporter disclaims any liability for the success or failure of the Applicant’s project or any claims arising thereof.</w:t>
      </w:r>
    </w:p>
    <w:p/>
    <w:p>
      <w:r>
        <w:rPr>
          <w:b/>
          <w:sz w:val="22"/>
        </w:rPr>
        <w:t>7. Confidentiality</w:t>
      </w:r>
    </w:p>
    <w:p>
      <w:r>
        <w:rPr>
          <w:b w:val="0"/>
          <w:sz w:val="20"/>
        </w:rPr>
        <w:t>The Supporter agrees to maintain confidentiality of any sensitive or proprietary information obtained in connection with the support provided, subject to applicable Canadian privacy laws.</w:t>
      </w:r>
    </w:p>
    <w:p/>
    <w:p>
      <w:r>
        <w:rPr>
          <w:b/>
          <w:sz w:val="22"/>
        </w:rPr>
        <w:t>8. Contact for Further Information</w:t>
      </w:r>
    </w:p>
    <w:p>
      <w:r>
        <w:rPr>
          <w:b w:val="0"/>
          <w:sz w:val="20"/>
        </w:rPr>
        <w:t>For any inquiries regarding this Letter of Support or the nature of the commitment herein, please contact:</w:t>
      </w:r>
    </w:p>
    <w:p>
      <w:r>
        <w:rPr>
          <w:b w:val="0"/>
          <w:sz w:val="20"/>
        </w:rPr>
        <w:t>Name: ____________________________________________________________________</w:t>
      </w:r>
    </w:p>
    <w:p>
      <w:r>
        <w:rPr>
          <w:b w:val="0"/>
          <w:sz w:val="20"/>
        </w:rPr>
        <w:t>Title: _____________________________________________________________________</w:t>
      </w:r>
    </w:p>
    <w:p>
      <w:r>
        <w:rPr>
          <w:b w:val="0"/>
          <w:sz w:val="20"/>
        </w:rPr>
        <w:t>Phone: ____________________________________________________________________</w:t>
      </w:r>
    </w:p>
    <w:p>
      <w:r>
        <w:rPr>
          <w:b w:val="0"/>
          <w:sz w:val="20"/>
        </w:rPr>
        <w:t>Email: ____________________________________________________________________</w:t>
      </w:r>
    </w:p>
    <w:p/>
    <w:p/>
    <w:p>
      <w:r>
        <w:rPr>
          <w:b w:val="0"/>
          <w:sz w:val="20"/>
        </w:rPr>
        <w:t>Place of signing: ____________________________________________________________</w:t>
      </w:r>
    </w:p>
    <w:p>
      <w:r>
        <w:rPr>
          <w:b w:val="0"/>
          <w:sz w:val="20"/>
        </w:rPr>
        <w:t>Date of signing: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SUPPORTER AUTHORIZED REPRESENTATIVE</w:t>
            </w:r>
          </w:p>
        </w:tc>
        <w:tc>
          <w:tcPr>
            <w:tcW w:type="dxa" w:w="4986"/>
            <w:tcBorders>
              <w:top w:val="nil"/>
              <w:left w:val="nil"/>
              <w:bottom w:val="nil"/>
              <w:right w:val="nil"/>
              <w:insideH w:val="nil"/>
              <w:insideV w:val="nil"/>
            </w:tcBorders>
          </w:tcPr>
          <w:p>
            <w:pPr>
              <w:jc w:val="center"/>
            </w:pPr>
            <w:r>
              <w:t>APPLICANT AUTHORIZED REPRESENTATIVE</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and Title: __________________________</w:t>
            </w:r>
          </w:p>
        </w:tc>
        <w:tc>
          <w:tcPr>
            <w:tcW w:type="dxa" w:w="4986"/>
            <w:tcBorders>
              <w:top w:val="nil"/>
              <w:left w:val="nil"/>
              <w:bottom w:val="nil"/>
              <w:right w:val="nil"/>
              <w:insideH w:val="nil"/>
              <w:insideV w:val="nil"/>
            </w:tcBorders>
          </w:tcPr>
          <w:p>
            <w:pPr>
              <w:jc w:val="center"/>
            </w:pPr>
            <w:r>
              <w:t>Name and Title: __________________________</w:t>
            </w:r>
          </w:p>
        </w:tc>
      </w:tr>
    </w:tbl>
    <w:p/>
    <w:p/>
    <w:p>
      <w:r>
        <w:rPr>
          <w:b w:val="0"/>
          <w:sz w:val="20"/>
        </w:rPr>
        <w:t>We the undersigned hereby confirm the accuracy of the information provided in this Letter of Support and commit to fulfilling the obligations described herein.</w:t>
      </w:r>
    </w:p>
    <w:p/>
    <w:p/>
    <w:p/>
    <w:p>
      <w:r>
        <w:br w:type="page"/>
      </w:r>
    </w:p>
    <w:p>
      <w:pPr>
        <w:jc w:val="center"/>
      </w:pPr>
      <w:r>
        <w:rPr>
          <w:color w:val="555555"/>
          <w:sz w:val="24"/>
        </w:rPr>
        <w:t>Original source of this document:</w:t>
      </w:r>
    </w:p>
    <w:p>
      <w:pPr>
        <w:jc w:val="center"/>
      </w:pPr>
      <w:hyperlink r:id="rId9">
        <w:r>
          <w:rPr>
            <w:color w:val="0000FF"/>
            <w:u w:val="single"/>
          </w:rPr>
          <w:t>https://legaltemplates-ca.com/letter-of-support-for-grant/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letter-of-support-for-gra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