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val="0"/>
          <w:sz w:val="20"/>
        </w:rPr>
        <w:t>Sender's Name</w:t>
      </w:r>
    </w:p>
    <w:p>
      <w:r>
        <w:rPr>
          <w:b w:val="0"/>
          <w:sz w:val="20"/>
        </w:rPr>
        <w:t>Street Address</w:t>
      </w:r>
    </w:p>
    <w:p>
      <w:r>
        <w:rPr>
          <w:b w:val="0"/>
          <w:sz w:val="20"/>
        </w:rPr>
        <w:t>City, Province, Postal Code</w:t>
      </w:r>
    </w:p>
    <w:p>
      <w:r>
        <w:rPr>
          <w:b w:val="0"/>
          <w:sz w:val="20"/>
        </w:rPr>
        <w:t>Phone: ____________________________</w:t>
      </w:r>
    </w:p>
    <w:p>
      <w:r>
        <w:rPr>
          <w:b w:val="0"/>
          <w:sz w:val="20"/>
        </w:rPr>
        <w:t>Email: ____________________________</w:t>
      </w:r>
    </w:p>
    <w:p/>
    <w:p/>
    <w:p>
      <w:r>
        <w:rPr>
          <w:b w:val="0"/>
          <w:sz w:val="20"/>
        </w:rPr>
        <w:t>Recipient's Title</w:t>
      </w:r>
    </w:p>
    <w:p>
      <w:r>
        <w:rPr>
          <w:b w:val="0"/>
          <w:sz w:val="20"/>
        </w:rPr>
        <w:t>Department Name</w:t>
      </w:r>
    </w:p>
    <w:p>
      <w:r>
        <w:rPr>
          <w:b w:val="0"/>
          <w:sz w:val="20"/>
        </w:rPr>
        <w:t>Government Office</w:t>
      </w:r>
    </w:p>
    <w:p>
      <w:r>
        <w:rPr>
          <w:b w:val="0"/>
          <w:sz w:val="20"/>
        </w:rPr>
        <w:t>Street Address or P.O. Box</w:t>
      </w:r>
    </w:p>
    <w:p>
      <w:r>
        <w:rPr>
          <w:b w:val="0"/>
          <w:sz w:val="20"/>
        </w:rPr>
        <w:t>City, Province, Postal Code</w:t>
      </w:r>
    </w:p>
    <w:p/>
    <w:p/>
    <w:p>
      <w:pPr>
        <w:jc w:val="center"/>
      </w:pPr>
      <w:r>
        <w:rPr>
          <w:b/>
          <w:sz w:val="20"/>
        </w:rPr>
        <w:t>Subject: ________________________________</w:t>
      </w:r>
    </w:p>
    <w:p/>
    <w:p/>
    <w:p>
      <w:r>
        <w:rPr>
          <w:b w:val="0"/>
          <w:sz w:val="20"/>
        </w:rPr>
        <w:t>Dear Sir or Madam,</w:t>
      </w:r>
    </w:p>
    <w:p/>
    <w:p>
      <w:r>
        <w:rPr>
          <w:b w:val="0"/>
          <w:sz w:val="20"/>
        </w:rPr>
        <w:t>I am writing to you regarding an important matter that requires your attention and consideration. This letter aims to formally address the issue and provide all necessary information to facilitate a prompt and effective response.</w:t>
      </w:r>
    </w:p>
    <w:p/>
    <w:p>
      <w:r>
        <w:rPr>
          <w:b/>
          <w:sz w:val="22"/>
        </w:rPr>
        <w:t>Background and Context</w:t>
      </w:r>
    </w:p>
    <w:p>
      <w:r>
        <w:rPr>
          <w:b w:val="0"/>
          <w:sz w:val="20"/>
        </w:rPr>
        <w:t>The matter in question has arisen due to the following circumstances: ___________________________________________________________________________________ ___________________________________________________________________________________ ___________________________________________________________________________________</w:t>
      </w:r>
    </w:p>
    <w:p/>
    <w:p>
      <w:r>
        <w:rPr>
          <w:b/>
          <w:sz w:val="22"/>
        </w:rPr>
        <w:t>Details and Concerns</w:t>
      </w:r>
    </w:p>
    <w:p>
      <w:r>
        <w:rPr>
          <w:b w:val="0"/>
          <w:sz w:val="20"/>
        </w:rPr>
        <w:t>Specifically, the following points outline the key concerns and details pertinent to this issue: ___________________________________________________________________________________ ___________________________________________________________________________________ ___________________________________________________________________________________</w:t>
      </w:r>
    </w:p>
    <w:p/>
    <w:p>
      <w:r>
        <w:rPr>
          <w:b/>
          <w:sz w:val="22"/>
        </w:rPr>
        <w:t>Legal and Regulatory Framework</w:t>
      </w:r>
    </w:p>
    <w:p>
      <w:r>
        <w:rPr>
          <w:b w:val="0"/>
          <w:sz w:val="20"/>
        </w:rPr>
        <w:t>This matter falls under the jurisdiction of relevant Canadian federal and provincial laws, including but not limited to: ___________________________________________________________________________________ ___________________________________________________________________________________ ___________________________________________________________________________________ I respectfully request that consideration be given in full compliance with applicable legislation and regulations.</w:t>
      </w:r>
    </w:p>
    <w:p/>
    <w:p>
      <w:r>
        <w:rPr>
          <w:b/>
          <w:sz w:val="22"/>
        </w:rPr>
        <w:t>Requests and Proposed Actions</w:t>
      </w:r>
    </w:p>
    <w:p>
      <w:r>
        <w:rPr>
          <w:b w:val="0"/>
          <w:sz w:val="20"/>
        </w:rPr>
        <w:t>Accordingly, I hereby request the following actions be taken to address and resolve this matter: ___________________________________________________________________________________ ___________________________________________________________________________________ ___________________________________________________________________________________ I am open to providing further information or documentation as required to assist in the process.</w:t>
      </w:r>
    </w:p>
    <w:p/>
    <w:p>
      <w:r>
        <w:rPr>
          <w:b/>
          <w:sz w:val="22"/>
        </w:rPr>
        <w:t>Commitment to Cooperation</w:t>
      </w:r>
    </w:p>
    <w:p>
      <w:r>
        <w:rPr>
          <w:b w:val="0"/>
          <w:sz w:val="20"/>
        </w:rPr>
        <w:t>I am committed to cooperating fully with your office to ensure a satisfactory resolution. Please do not hesitate to contact me should you require additional details, clarification, or meetings to discuss this matter further.</w:t>
      </w:r>
    </w:p>
    <w:p/>
    <w:p>
      <w:r>
        <w:rPr>
          <w:b w:val="0"/>
          <w:sz w:val="20"/>
        </w:rPr>
        <w:t>Thank you for your time and attention to this important issue. I look forward to your prompt response.</w:t>
      </w:r>
    </w:p>
    <w:p/>
    <w:p/>
    <w:p>
      <w:r>
        <w:rPr>
          <w:b w:val="0"/>
          <w:sz w:val="20"/>
        </w:rPr>
        <w:t>Sincerely,</w:t>
      </w:r>
    </w:p>
    <w:p/>
    <w:p/>
    <w:p/>
    <w:p>
      <w:r>
        <w:rPr>
          <w:b w:val="0"/>
          <w:sz w:val="20"/>
        </w:rPr>
        <w:t>______________________________</w:t>
      </w:r>
    </w:p>
    <w:p>
      <w:r>
        <w:rPr>
          <w:b w:val="0"/>
          <w:sz w:val="20"/>
        </w:rPr>
        <w:t>Sender's Name (printed)</w:t>
      </w:r>
    </w:p>
    <w:p>
      <w:r>
        <w:rPr>
          <w:b w:val="0"/>
          <w:sz w:val="20"/>
        </w:rPr>
        <w:t>Sender's Title or Position (if applicable)</w:t>
      </w:r>
    </w:p>
    <w:p>
      <w:r>
        <w:rPr>
          <w:b w:val="0"/>
          <w:sz w:val="20"/>
        </w:rPr>
        <w:t>Sender's Organization (if applicable)</w:t>
      </w:r>
    </w:p>
    <w:p/>
    <w:p/>
    <w:p>
      <w:r>
        <w:rPr>
          <w:b w:val="0"/>
          <w:sz w:val="20"/>
        </w:rPr>
        <w:t>Enclosures: ____________________________</w:t>
      </w:r>
    </w:p>
    <w:p>
      <w:r>
        <w:rPr>
          <w:b w:val="0"/>
          <w:sz w:val="20"/>
        </w:rPr>
        <w:t>Copies to: ______________________________</w:t>
      </w:r>
    </w:p>
    <w:p/>
    <w:p>
      <w:r>
        <w:rPr>
          <w:b w:val="0"/>
          <w:sz w:val="20"/>
        </w:rPr>
        <w:t>This letter is a formal communication intended for the addressed government office and is made in good faith. All statements herein are truthful to the best of the sender's knowledge. Any misuse or misrepresentation of this document may be subject to legal consequences under Canadian law.</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Official Use</w:t>
            </w:r>
          </w:p>
        </w:tc>
        <w:tc>
          <w:tcPr>
            <w:tcW w:type="dxa" w:w="4986"/>
            <w:tcBorders>
              <w:top w:val="nil"/>
              <w:left w:val="nil"/>
              <w:bottom w:val="nil"/>
              <w:right w:val="nil"/>
              <w:insideH w:val="nil"/>
              <w:insideV w:val="nil"/>
            </w:tcBorders>
          </w:tcPr>
          <w:p>
            <w:pPr>
              <w:jc w:val="center"/>
            </w:pPr>
            <w:r>
              <w:t>Notes</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r>
        <w:tc>
          <w:tcPr>
            <w:tcW w:type="dxa" w:w="4986"/>
            <w:tcBorders>
              <w:top w:val="nil"/>
              <w:left w:val="nil"/>
              <w:bottom w:val="nil"/>
              <w:right w:val="nil"/>
              <w:insideH w:val="nil"/>
              <w:insideV w:val="nil"/>
            </w:tcBorders>
          </w:tcPr>
          <w:p>
            <w:pPr>
              <w:jc w:val="center"/>
            </w:pPr>
            <w:r>
              <w:t>Date: ________________________________</w:t>
            </w:r>
          </w:p>
        </w:tc>
        <w:tc>
          <w:tcPr>
            <w:tcW w:type="dxa" w:w="4986"/>
            <w:tcBorders>
              <w:top w:val="nil"/>
              <w:left w:val="nil"/>
              <w:bottom w:val="nil"/>
              <w:right w:val="nil"/>
              <w:insideH w:val="nil"/>
              <w:insideV w:val="nil"/>
            </w:tcBorders>
          </w:tcPr>
          <w:p>
            <w:pPr>
              <w:jc w:val="center"/>
            </w:pPr>
            <w:r>
              <w:t>Date: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https://legaltemplates-ca.com/letter-to-government/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https://legaltemplates-ca.com</w:t>
        </w:r>
      </w:hyperlink>
    </w:p>
    <w:p>
      <w:pPr>
        <w:jc w:val="center"/>
      </w:pPr>
      <w:r>
        <w:rPr>
          <w:color w:val="808080"/>
          <w:sz w:val="20"/>
        </w:rPr>
        <w:t>This template is intended exclusively for personal, non-commercial use.</w:t>
        <w:br/>
        <w:t>If distributed or published, the source must be mentioned. © legaltemplates-ca.com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galtemplates-ca.com/letter-to-government/" TargetMode="External"/><Relationship Id="rId10" Type="http://schemas.openxmlformats.org/officeDocument/2006/relationships/hyperlink" Target="https://legaltemplates-c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