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MATERNITY LEAVE REQUEST LETTER</w:t>
      </w:r>
    </w:p>
    <w:p/>
    <w:p/>
    <w:p>
      <w:r>
        <w:rPr>
          <w:b/>
          <w:sz w:val="20"/>
        </w:rPr>
        <w:t>To:</w:t>
      </w:r>
    </w:p>
    <w:p>
      <w:r>
        <w:rPr>
          <w:b w:val="0"/>
          <w:sz w:val="20"/>
        </w:rPr>
        <w:t>Name of Employer / Human Resources Department</w:t>
      </w:r>
    </w:p>
    <w:p>
      <w:r>
        <w:rPr>
          <w:b w:val="0"/>
          <w:sz w:val="20"/>
        </w:rPr>
        <w:t>Company Name</w:t>
      </w:r>
    </w:p>
    <w:p>
      <w:r>
        <w:rPr>
          <w:b w:val="0"/>
          <w:sz w:val="20"/>
        </w:rPr>
        <w:t>Company Address</w:t>
      </w:r>
    </w:p>
    <w:p>
      <w:r>
        <w:rPr>
          <w:b w:val="0"/>
          <w:sz w:val="20"/>
        </w:rPr>
        <w:t>City, Province, Postal Code</w:t>
      </w:r>
    </w:p>
    <w:p/>
    <w:p/>
    <w:p>
      <w:r>
        <w:rPr>
          <w:b/>
          <w:sz w:val="20"/>
        </w:rPr>
        <w:t>From:</w:t>
      </w:r>
    </w:p>
    <w:p>
      <w:r>
        <w:rPr>
          <w:b w:val="0"/>
          <w:sz w:val="20"/>
        </w:rPr>
        <w:t>Full Name: ____________________________________________________________</w:t>
      </w:r>
    </w:p>
    <w:p>
      <w:r>
        <w:rPr>
          <w:b w:val="0"/>
          <w:sz w:val="20"/>
        </w:rPr>
        <w:t>Position: ______________________________________________________________</w:t>
      </w:r>
    </w:p>
    <w:p>
      <w:r>
        <w:rPr>
          <w:b w:val="0"/>
          <w:sz w:val="20"/>
        </w:rPr>
        <w:t>Department: ___________________________________________________________</w:t>
      </w:r>
    </w:p>
    <w:p>
      <w:r>
        <w:rPr>
          <w:b w:val="0"/>
          <w:sz w:val="20"/>
        </w:rPr>
        <w:t>Employee ID (if applicable): ___________________________________________</w:t>
      </w:r>
    </w:p>
    <w:p>
      <w:r>
        <w:rPr>
          <w:b w:val="0"/>
          <w:sz w:val="20"/>
        </w:rPr>
        <w:t>Contact Information: _________________________________________________</w:t>
      </w:r>
    </w:p>
    <w:p/>
    <w:p/>
    <w:p>
      <w:r>
        <w:rPr>
          <w:b/>
          <w:sz w:val="20"/>
        </w:rPr>
        <w:t>Subject: Request for Maternity Leave</w:t>
      </w:r>
    </w:p>
    <w:p/>
    <w:p/>
    <w:p>
      <w:r>
        <w:rPr>
          <w:b w:val="0"/>
          <w:sz w:val="20"/>
        </w:rPr>
        <w:t>Dear Sir/Madam,</w:t>
      </w:r>
    </w:p>
    <w:p/>
    <w:p>
      <w:r>
        <w:rPr>
          <w:b w:val="0"/>
          <w:sz w:val="20"/>
        </w:rPr>
        <w:t>I am writing to formally request maternity leave in accordance with the Canada Labour Code, the Employment Standards Act, and applicable provincial legislation governing maternity and parental leave. I hereby notify you of my pregnancy and intend to commence maternity leave at a date to be determined in consultation with my healthcare provider and the company policies.</w:t>
      </w:r>
    </w:p>
    <w:p/>
    <w:p>
      <w:r>
        <w:rPr>
          <w:b w:val="0"/>
          <w:sz w:val="20"/>
        </w:rPr>
        <w:t>I understand that under Canadian federal and provincial laws, I am entitled to a minimum of 15 weeks of maternity leave, which may be extended by parental leave entitlements. I plan to take the full duration of my statutory maternity leave and will provide you with the required medical certificate confirming my expected due date as soon as possible.</w:t>
      </w:r>
    </w:p>
    <w:p/>
    <w:p>
      <w:r>
        <w:rPr>
          <w:b w:val="0"/>
          <w:sz w:val="20"/>
        </w:rPr>
        <w:t>Please consider this letter as my formal notice of intention to take maternity leave. I will comply with any company requirements regarding documentation and communication during my leave period, and I intend to return to work following the completion of my leave unless otherwise agreed.</w:t>
      </w:r>
    </w:p>
    <w:p/>
    <w:p>
      <w:r>
        <w:rPr>
          <w:b w:val="0"/>
          <w:sz w:val="20"/>
        </w:rPr>
        <w:t>I appreciate your support and cooperation during this important time. Please let me know if you require any additional information or documentation to process my leave request.</w:t>
      </w:r>
    </w:p>
    <w:p/>
    <w:p/>
    <w:p>
      <w:r>
        <w:rPr>
          <w:b w:val="0"/>
          <w:sz w:val="20"/>
        </w:rPr>
        <w:t>Sincerely,</w:t>
      </w:r>
    </w:p>
    <w:p/>
    <w:p/>
    <w:p/>
    <w:p>
      <w:r>
        <w:rPr>
          <w:b w:val="0"/>
          <w:sz w:val="20"/>
        </w:rPr>
        <w:t>Signature: ____________________________________</w:t>
      </w:r>
    </w:p>
    <w:p>
      <w:r>
        <w:rPr>
          <w:b w:val="0"/>
          <w:sz w:val="20"/>
        </w:rPr>
        <w:t>Printed Name: __________________________________</w:t>
      </w:r>
    </w:p>
    <w:p/>
    <w:p/>
    <w:p>
      <w:r>
        <w:rPr>
          <w:b w:val="0"/>
          <w:sz w:val="20"/>
        </w:rPr>
        <w:t>Place: _______________________________</w:t>
      </w:r>
    </w:p>
    <w:p>
      <w:r>
        <w:rPr>
          <w:b w:val="0"/>
          <w:sz w:val="20"/>
        </w:rPr>
        <w:t>Date: 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Employee</w:t>
            </w:r>
          </w:p>
        </w:tc>
        <w:tc>
          <w:tcPr>
            <w:tcW w:type="dxa" w:w="4986"/>
            <w:tcBorders>
              <w:top w:val="nil"/>
              <w:left w:val="nil"/>
              <w:bottom w:val="nil"/>
              <w:right w:val="nil"/>
              <w:insideH w:val="nil"/>
              <w:insideV w:val="nil"/>
            </w:tcBorders>
          </w:tcPr>
          <w:p>
            <w:pPr>
              <w:jc w:val="center"/>
            </w:pPr>
            <w:r>
              <w:t>Employer / Human Resources</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br/>
              <w:t>Date: ____________________________</w:t>
            </w:r>
          </w:p>
        </w:tc>
        <w:tc>
          <w:tcPr>
            <w:tcW w:type="dxa" w:w="4986"/>
            <w:tcBorders>
              <w:top w:val="nil"/>
              <w:left w:val="nil"/>
              <w:bottom w:val="nil"/>
              <w:right w:val="nil"/>
              <w:insideH w:val="nil"/>
              <w:insideV w:val="nil"/>
            </w:tcBorders>
          </w:tcPr>
          <w:p>
            <w:pPr>
              <w:jc w:val="center"/>
            </w:pPr>
            <w:r>
              <w:t>Name: ________________________________</w:t>
              <w:br/>
              <w:t>Date: ____________________________</w:t>
            </w:r>
          </w:p>
        </w:tc>
      </w:tr>
    </w:tbl>
    <w:p/>
    <w:p/>
    <w:p>
      <w:r>
        <w:rPr>
          <w:b/>
          <w:sz w:val="22"/>
        </w:rPr>
        <w:t>Additional Information and Company Policies</w:t>
      </w:r>
    </w:p>
    <w:p>
      <w:r>
        <w:rPr>
          <w:b w:val="0"/>
          <w:sz w:val="20"/>
        </w:rPr>
        <w:t>1. Employee's obligation to provide medical certificate: The employee shall provide a medical certificate or other acceptable documentation confirming the expected date of birth and any changes thereto as soon as practicable.</w:t>
      </w:r>
    </w:p>
    <w:p/>
    <w:p>
      <w:r>
        <w:rPr>
          <w:b w:val="0"/>
          <w:sz w:val="20"/>
        </w:rPr>
        <w:t>2. Benefits and job protection: During maternity leave, the employee's job is protected, and the employee is entitled to continue benefit coverage as per applicable laws and company policies.</w:t>
      </w:r>
    </w:p>
    <w:p/>
    <w:p>
      <w:r>
        <w:rPr>
          <w:b w:val="0"/>
          <w:sz w:val="20"/>
        </w:rPr>
        <w:t>3. Extension of leave: Parental leave may be requested following maternity leave as per applicable legislation, subject to separate notification requirements.</w:t>
      </w:r>
    </w:p>
    <w:p/>
    <w:p>
      <w:r>
        <w:rPr>
          <w:b w:val="0"/>
          <w:sz w:val="20"/>
        </w:rPr>
        <w:t>4. Return to work: The employee must provide written notice of intent to return to work as per company policy and applicable legislation. Failure to return on the agreed date may be considered a resignation.</w:t>
      </w:r>
    </w:p>
    <w:p/>
    <w:p>
      <w:r>
        <w:rPr>
          <w:b w:val="0"/>
          <w:sz w:val="20"/>
        </w:rPr>
        <w:t>5. Contact during leave: The company may contact the employee during maternity leave for updates or to discuss return-to-work arrangements, respecting the employee's right to privacy and rest.</w:t>
      </w:r>
    </w:p>
    <w:p/>
    <w:p>
      <w:r>
        <w:rPr>
          <w:b w:val="0"/>
          <w:sz w:val="20"/>
        </w:rPr>
        <w:t>6. Compliance with laws: This letter is intended to comply with the Canada Labour Code and applicable provincial employment standards laws governing maternity leave rights and obligations. In case of conflict between this letter and the law, the law prevails.</w:t>
      </w:r>
    </w:p>
    <w:p/>
    <w:p/>
    <w:p>
      <w:r>
        <w:br w:type="page"/>
      </w:r>
    </w:p>
    <w:p>
      <w:pPr>
        <w:jc w:val="center"/>
      </w:pPr>
      <w:r>
        <w:rPr>
          <w:color w:val="555555"/>
          <w:sz w:val="24"/>
        </w:rPr>
        <w:t>Original source of this document:</w:t>
      </w:r>
    </w:p>
    <w:p>
      <w:pPr>
        <w:jc w:val="center"/>
      </w:pPr>
      <w:hyperlink r:id="rId9">
        <w:r>
          <w:rPr>
            <w:color w:val="0000FF"/>
            <w:u w:val="single"/>
          </w:rPr>
          <w:t>https://legaltemplates-ca.com/maternity-leave-letter/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https://legaltemplates-ca.com</w:t>
        </w:r>
      </w:hyperlink>
    </w:p>
    <w:p>
      <w:pPr>
        <w:jc w:val="center"/>
      </w:pPr>
      <w:r>
        <w:rPr>
          <w:color w:val="808080"/>
          <w:sz w:val="20"/>
        </w:rPr>
        <w:t>This template is intended exclusively for personal, non-commercial use.</w:t>
        <w:br/>
        <w:t>If distributed or published, the source must be mentioned. © legaltemplates-ca.com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galtemplates-ca.com/maternity-leave-letter/" TargetMode="External"/><Relationship Id="rId10" Type="http://schemas.openxmlformats.org/officeDocument/2006/relationships/hyperlink" Target="https://legal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