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MEMBERSHIP APPLICATION FORM</w:t>
      </w:r>
    </w:p>
    <w:p/>
    <w:p>
      <w:r>
        <w:rPr>
          <w:b/>
          <w:sz w:val="20"/>
        </w:rPr>
        <w:t>Applicant Information:</w:t>
      </w:r>
    </w:p>
    <w:p>
      <w:r>
        <w:rPr>
          <w:b w:val="0"/>
          <w:sz w:val="20"/>
        </w:rPr>
        <w:t>Full Legal Name: ____________________________________________________________</w:t>
      </w:r>
    </w:p>
    <w:p>
      <w:r>
        <w:rPr>
          <w:b w:val="0"/>
          <w:sz w:val="20"/>
        </w:rPr>
        <w:t>Date of Birth (YYYY/MM/DD): ________________________________________________</w:t>
      </w:r>
    </w:p>
    <w:p>
      <w:r>
        <w:rPr>
          <w:b w:val="0"/>
          <w:sz w:val="20"/>
        </w:rPr>
        <w:t>Gender: ___________________________________________________________________</w:t>
      </w:r>
    </w:p>
    <w:p>
      <w:r>
        <w:rPr>
          <w:b w:val="0"/>
          <w:sz w:val="20"/>
        </w:rPr>
        <w:t>Phone Number: ______________________________________________________________</w:t>
      </w:r>
    </w:p>
    <w:p>
      <w:r>
        <w:rPr>
          <w:b w:val="0"/>
          <w:sz w:val="20"/>
        </w:rPr>
        <w:t>Email Address: ______________________________________________________________</w:t>
      </w:r>
    </w:p>
    <w:p>
      <w:r>
        <w:rPr>
          <w:b w:val="0"/>
          <w:sz w:val="20"/>
        </w:rPr>
        <w:t>Residential Address:</w:t>
      </w:r>
    </w:p>
    <w:p>
      <w:r>
        <w:rPr>
          <w:b w:val="0"/>
          <w:sz w:val="20"/>
        </w:rPr>
        <w:t>Street: _________________________________________________________________</w:t>
      </w:r>
    </w:p>
    <w:p>
      <w:r>
        <w:rPr>
          <w:b w:val="0"/>
          <w:sz w:val="20"/>
        </w:rPr>
        <w:t>City: ____________________________________________________________________</w:t>
      </w:r>
    </w:p>
    <w:p>
      <w:r>
        <w:rPr>
          <w:b w:val="0"/>
          <w:sz w:val="20"/>
        </w:rPr>
        <w:t>Province: ______________________   Postal Code: ____________________________</w:t>
      </w:r>
    </w:p>
    <w:p>
      <w:r>
        <w:rPr>
          <w:b w:val="0"/>
          <w:sz w:val="20"/>
        </w:rPr>
        <w:t>Country: _________________________________________________________________</w:t>
      </w:r>
    </w:p>
    <w:p/>
    <w:p>
      <w:r>
        <w:rPr>
          <w:b/>
          <w:sz w:val="20"/>
        </w:rPr>
        <w:t>Membership Type:</w:t>
      </w:r>
    </w:p>
    <w:p>
      <w:r>
        <w:rPr>
          <w:b w:val="0"/>
          <w:sz w:val="20"/>
        </w:rPr>
        <w:t>☐ Individual Membership</w:t>
      </w:r>
    </w:p>
    <w:p>
      <w:r>
        <w:rPr>
          <w:b w:val="0"/>
          <w:sz w:val="20"/>
        </w:rPr>
        <w:t>☐ Family Membership</w:t>
      </w:r>
    </w:p>
    <w:p>
      <w:r>
        <w:rPr>
          <w:b w:val="0"/>
          <w:sz w:val="20"/>
        </w:rPr>
        <w:t>☐ Corporate Membership</w:t>
      </w:r>
    </w:p>
    <w:p>
      <w:r>
        <w:rPr>
          <w:b w:val="0"/>
          <w:sz w:val="20"/>
        </w:rPr>
        <w:t>☐ Student Membership</w:t>
      </w:r>
    </w:p>
    <w:p>
      <w:r>
        <w:rPr>
          <w:b w:val="0"/>
          <w:sz w:val="20"/>
        </w:rPr>
        <w:t>☐ Senior Membership</w:t>
      </w:r>
    </w:p>
    <w:p/>
    <w:p>
      <w:r>
        <w:rPr>
          <w:b/>
          <w:sz w:val="20"/>
        </w:rPr>
        <w:t>Emergency Contact Information:</w:t>
      </w:r>
    </w:p>
    <w:p>
      <w:r>
        <w:rPr>
          <w:b w:val="0"/>
          <w:sz w:val="20"/>
        </w:rPr>
        <w:t>Full Name: _________________________________________________________________</w:t>
      </w:r>
    </w:p>
    <w:p>
      <w:r>
        <w:rPr>
          <w:b w:val="0"/>
          <w:sz w:val="20"/>
        </w:rPr>
        <w:t>Relationship: _______________________________________________________________</w:t>
      </w:r>
    </w:p>
    <w:p>
      <w:r>
        <w:rPr>
          <w:b w:val="0"/>
          <w:sz w:val="20"/>
        </w:rPr>
        <w:t>Phone Number: ______________________________________________________________</w:t>
      </w:r>
    </w:p>
    <w:p/>
    <w:p>
      <w:r>
        <w:rPr>
          <w:b/>
          <w:sz w:val="20"/>
        </w:rPr>
        <w:t>Declaration and Consent:</w:t>
      </w:r>
    </w:p>
    <w:p>
      <w:r>
        <w:rPr>
          <w:b w:val="0"/>
          <w:sz w:val="20"/>
        </w:rPr>
        <w:t>I hereby apply for membership in the organization and confirm that all information provided in this application is true, complete, and accurate to the best of my knowledge.</w:t>
      </w:r>
    </w:p>
    <w:p>
      <w:r>
        <w:rPr>
          <w:b w:val="0"/>
          <w:sz w:val="20"/>
        </w:rPr>
        <w:t>I agree to abide by the bylaws, policies, and code of conduct of the organization, and I understand that membership may be revoked for violation of these terms.</w:t>
      </w:r>
    </w:p>
    <w:p>
      <w:r>
        <w:rPr>
          <w:b w:val="0"/>
          <w:sz w:val="20"/>
        </w:rPr>
        <w:t>I consent to the collection, use, and disclosure of my personal information for purposes related to my membership, in accordance with applicable privacy laws in Canada.</w:t>
      </w:r>
    </w:p>
    <w:p>
      <w:r>
        <w:rPr>
          <w:b w:val="0"/>
          <w:sz w:val="20"/>
        </w:rPr>
        <w:t>I acknowledge that membership fees are non-refundable and understand the fee schedule applicable to the selected membership type.</w:t>
      </w:r>
    </w:p>
    <w:p>
      <w:r>
        <w:rPr>
          <w:b w:val="0"/>
          <w:sz w:val="20"/>
        </w:rPr>
        <w:t>I release the organization, its officers, directors, employees, and agents from any liability for any injury, loss, or damage incurred as a result of my participation in organization activities.</w:t>
      </w:r>
    </w:p>
    <w:p/>
    <w:p>
      <w:r>
        <w:rPr>
          <w:b/>
          <w:sz w:val="20"/>
        </w:rPr>
        <w:t>Membership Fees (to be completed by organization):</w:t>
      </w:r>
    </w:p>
    <w:p>
      <w:r>
        <w:rPr>
          <w:b w:val="0"/>
          <w:sz w:val="20"/>
        </w:rPr>
        <w:t>Fee Amount: ________________ CAD</w:t>
      </w:r>
    </w:p>
    <w:p>
      <w:r>
        <w:rPr>
          <w:b w:val="0"/>
          <w:sz w:val="20"/>
        </w:rPr>
        <w:t>Payment Method: ___________________________________________________________</w:t>
      </w:r>
    </w:p>
    <w:p>
      <w:r>
        <w:rPr>
          <w:b w:val="0"/>
          <w:sz w:val="20"/>
        </w:rPr>
        <w:t>Payment Date: _____________________________________________________________</w:t>
      </w:r>
    </w:p>
    <w:p/>
    <w:p>
      <w:r>
        <w:rPr>
          <w:b/>
          <w:sz w:val="20"/>
        </w:rPr>
        <w:t>Privacy Statement:</w:t>
      </w:r>
    </w:p>
    <w:p>
      <w:r>
        <w:rPr>
          <w:b w:val="0"/>
          <w:sz w:val="20"/>
        </w:rPr>
        <w:t>The organization is committed to protecting your personal information. Your data will be used solely for membership administration and related communications. It will not be shared with third parties except as required by law or with your consent.</w:t>
      </w:r>
    </w:p>
    <w:p>
      <w:r>
        <w:rPr>
          <w:b w:val="0"/>
          <w:sz w:val="20"/>
        </w:rPr>
        <w:t>You have the right to access and correct your personal information held by the organization by contacting our privacy officer.</w:t>
      </w:r>
    </w:p>
    <w:p/>
    <w:p>
      <w:r>
        <w:rPr>
          <w:b/>
          <w:sz w:val="20"/>
        </w:rPr>
        <w:t>Signature:</w:t>
      </w:r>
    </w:p>
    <w:p>
      <w:r>
        <w:rPr>
          <w:b w:val="0"/>
          <w:sz w:val="20"/>
        </w:rPr>
        <w:t>Applicant Signature: _________________________________________</w:t>
      </w:r>
    </w:p>
    <w:p>
      <w:r>
        <w:rPr>
          <w:b w:val="0"/>
          <w:sz w:val="20"/>
        </w:rPr>
        <w:t>Date Signed: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Membership Number:</w:t>
            </w:r>
          </w:p>
        </w:tc>
        <w:tc>
          <w:tcPr>
            <w:tcW w:type="dxa" w:w="4986"/>
            <w:tcBorders>
              <w:top w:val="nil"/>
              <w:left w:val="nil"/>
              <w:bottom w:val="nil"/>
              <w:right w:val="nil"/>
              <w:insideH w:val="nil"/>
              <w:insideV w:val="nil"/>
            </w:tcBorders>
          </w:tcPr>
          <w:p>
            <w:pPr>
              <w:jc w:val="center"/>
            </w:pPr>
            <w:r>
              <w:t>Date Processed:</w:t>
            </w:r>
          </w:p>
        </w:tc>
      </w:tr>
      <w:tr>
        <w:tc>
          <w:tcPr>
            <w:tcW w:type="dxa" w:w="4986"/>
            <w:tcBorders>
              <w:top w:val="nil"/>
              <w:left w:val="nil"/>
              <w:bottom w:val="nil"/>
              <w:right w:val="nil"/>
              <w:insideH w:val="nil"/>
              <w:insideV w:val="nil"/>
            </w:tcBorders>
          </w:tcPr>
          <w:p>
            <w:pPr>
              <w:jc w:val="center"/>
            </w:pPr>
            <w:r/>
          </w:p>
        </w:tc>
        <w:tc>
          <w:tcPr>
            <w:tcW w:type="dxa" w:w="4986"/>
            <w:tcBorders>
              <w:top w:val="nil"/>
              <w:left w:val="nil"/>
              <w:bottom w:val="nil"/>
              <w:right w:val="nil"/>
              <w:insideH w:val="nil"/>
              <w:insideV w:val="nil"/>
            </w:tcBorders>
          </w:tcPr>
          <w:p>
            <w:pPr>
              <w:jc w:val="center"/>
            </w:pPr>
            <w:r/>
          </w:p>
        </w:tc>
      </w:tr>
      <w:tr>
        <w:tc>
          <w:tcPr>
            <w:tcW w:type="dxa" w:w="4986"/>
            <w:tcBorders>
              <w:top w:val="nil"/>
              <w:left w:val="nil"/>
              <w:bottom w:val="nil"/>
              <w:right w:val="nil"/>
              <w:insideH w:val="nil"/>
              <w:insideV w:val="nil"/>
            </w:tcBorders>
          </w:tcPr>
          <w:p>
            <w:pPr>
              <w:jc w:val="center"/>
            </w:pPr>
            <w:r>
              <w:t>Processed By:</w:t>
            </w:r>
          </w:p>
        </w:tc>
        <w:tc>
          <w:tcPr>
            <w:tcW w:type="dxa" w:w="4986"/>
            <w:tcBorders>
              <w:top w:val="nil"/>
              <w:left w:val="nil"/>
              <w:bottom w:val="nil"/>
              <w:right w:val="nil"/>
              <w:insideH w:val="nil"/>
              <w:insideV w:val="nil"/>
            </w:tcBorders>
          </w:tcPr>
          <w:p>
            <w:pPr>
              <w:jc w:val="center"/>
            </w:pPr>
            <w:r>
              <w:t>Approved By: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https://legaltemplates-ca.com/membership-form/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membership-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