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CANADIAN VEHICLE MILEAGE FORM</w:t>
      </w:r>
    </w:p>
    <w:p/>
    <w:p/>
    <w:p>
      <w:r>
        <w:rPr>
          <w:b/>
          <w:sz w:val="20"/>
        </w:rPr>
        <w:t>Vehicle Information</w:t>
      </w:r>
    </w:p>
    <w:p>
      <w:r>
        <w:rPr>
          <w:b w:val="0"/>
          <w:sz w:val="20"/>
        </w:rPr>
        <w:t>Make: ________________________________________________________________</w:t>
      </w:r>
    </w:p>
    <w:p>
      <w:r>
        <w:rPr>
          <w:b w:val="0"/>
          <w:sz w:val="20"/>
        </w:rPr>
        <w:t>Model: _______________________________________________________________</w:t>
      </w:r>
    </w:p>
    <w:p>
      <w:r>
        <w:rPr>
          <w:b w:val="0"/>
          <w:sz w:val="20"/>
        </w:rPr>
        <w:t>Year: _________________________________________________________________</w:t>
      </w:r>
    </w:p>
    <w:p>
      <w:r>
        <w:rPr>
          <w:b w:val="0"/>
          <w:sz w:val="20"/>
        </w:rPr>
        <w:t>Vehicle Identification Number (VIN): ___________________________________</w:t>
      </w:r>
    </w:p>
    <w:p>
      <w:r>
        <w:rPr>
          <w:b w:val="0"/>
          <w:sz w:val="20"/>
        </w:rPr>
        <w:t>License Plate Number: _________________________________________________</w:t>
      </w:r>
    </w:p>
    <w:p/>
    <w:p>
      <w:r>
        <w:rPr>
          <w:b/>
          <w:sz w:val="20"/>
        </w:rPr>
        <w:t>Owner Information</w:t>
      </w:r>
    </w:p>
    <w:p>
      <w:r>
        <w:rPr>
          <w:b w:val="0"/>
          <w:sz w:val="20"/>
        </w:rPr>
        <w:t>Full Name: ___________________________________________________________</w:t>
      </w:r>
    </w:p>
    <w:p>
      <w:r>
        <w:rPr>
          <w:b w:val="0"/>
          <w:sz w:val="20"/>
        </w:rPr>
        <w:t>Address: ______________________________________________________________</w:t>
      </w:r>
    </w:p>
    <w:p>
      <w:r>
        <w:rPr>
          <w:b w:val="0"/>
          <w:sz w:val="20"/>
        </w:rPr>
        <w:t>City: ______________________________ Province: _______________________</w:t>
      </w:r>
    </w:p>
    <w:p>
      <w:r>
        <w:rPr>
          <w:b w:val="0"/>
          <w:sz w:val="20"/>
        </w:rPr>
        <w:t>Postal Code: __________________________________________________________</w:t>
      </w:r>
    </w:p>
    <w:p>
      <w:r>
        <w:rPr>
          <w:b w:val="0"/>
          <w:sz w:val="20"/>
        </w:rPr>
        <w:t>Phone Number: ________________________________________________________</w:t>
      </w:r>
    </w:p>
    <w:p>
      <w:r>
        <w:rPr>
          <w:b w:val="0"/>
          <w:sz w:val="20"/>
        </w:rPr>
        <w:t>Email Address: ________________________________________________________</w:t>
      </w:r>
    </w:p>
    <w:p/>
    <w:p>
      <w:r>
        <w:rPr>
          <w:b/>
          <w:sz w:val="20"/>
        </w:rPr>
        <w:t>Mileage Record</w:t>
      </w:r>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t>Date</w:t>
            </w:r>
          </w:p>
        </w:tc>
        <w:tc>
          <w:tcPr>
            <w:tcW w:type="dxa" w:w="2493"/>
          </w:tcPr>
          <w:p>
            <w:r>
              <w:t>Odometer Reading (km)</w:t>
            </w:r>
          </w:p>
        </w:tc>
        <w:tc>
          <w:tcPr>
            <w:tcW w:type="dxa" w:w="2493"/>
          </w:tcPr>
          <w:p>
            <w:r>
              <w:t>Trip Purpose</w:t>
            </w:r>
          </w:p>
        </w:tc>
        <w:tc>
          <w:tcPr>
            <w:tcW w:type="dxa" w:w="2493"/>
          </w:tcPr>
          <w:p>
            <w:r>
              <w:t>Notes</w:t>
            </w:r>
          </w:p>
        </w:tc>
      </w:tr>
      <w:tr>
        <w:tc>
          <w:tcPr>
            <w:tcW w:type="dxa" w:w="2493"/>
          </w:tcPr>
          <w:p>
            <w:r/>
          </w:p>
        </w:tc>
        <w:tc>
          <w:tcPr>
            <w:tcW w:type="dxa" w:w="2493"/>
          </w:tcPr>
          <w:p>
            <w:r/>
          </w:p>
        </w:tc>
        <w:tc>
          <w:tcPr>
            <w:tcW w:type="dxa" w:w="2493"/>
          </w:tcPr>
          <w:p>
            <w:r/>
          </w:p>
        </w:tc>
        <w:tc>
          <w:tcPr>
            <w:tcW w:type="dxa" w:w="2493"/>
          </w:tcPr>
          <w:p>
            <w:r/>
          </w:p>
        </w:tc>
      </w:tr>
    </w:tbl>
    <w:p/>
    <w:p>
      <w:r>
        <w:rPr>
          <w:b/>
          <w:sz w:val="20"/>
        </w:rPr>
        <w:t>Instructions:</w:t>
      </w:r>
    </w:p>
    <w:p>
      <w:r>
        <w:rPr>
          <w:b w:val="0"/>
          <w:sz w:val="20"/>
        </w:rPr>
        <w:t>Record the date of each trip, the odometer reading at the start or end of the trip (in kilometers), the purpose of the trip, and any relevant notes. Maintain accurate records to comply with Canadian tax regulations for vehicle use.</w:t>
      </w:r>
    </w:p>
    <w:p/>
    <w:p>
      <w:r>
        <w:rPr>
          <w:b/>
          <w:sz w:val="20"/>
        </w:rPr>
        <w:t>Declaration</w:t>
      </w:r>
    </w:p>
    <w:p>
      <w:r>
        <w:rPr>
          <w:b w:val="0"/>
          <w:sz w:val="20"/>
        </w:rPr>
        <w:t>I hereby declare that the information provided in this mileage form is true and accurate to the best of my knowledge. I understand that submitting false or misleading information may result in penalties under Canadian tax law. I agree to retain supporting documentation as required by the Canada Revenue Agency (CRA) and to make it available upon request.</w:t>
      </w:r>
    </w:p>
    <w:p/>
    <w:p/>
    <w:p>
      <w:r>
        <w:rPr>
          <w:b/>
          <w:sz w:val="20"/>
        </w:rPr>
        <w:t>Signature and Acknowledgment</w:t>
      </w:r>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Owner</w:t>
            </w:r>
          </w:p>
        </w:tc>
        <w:tc>
          <w:tcPr>
            <w:tcW w:type="dxa" w:w="4986"/>
            <w:tcBorders>
              <w:top w:val="nil"/>
              <w:left w:val="nil"/>
              <w:bottom w:val="nil"/>
              <w:right w:val="nil"/>
              <w:insideH w:val="nil"/>
              <w:insideV w:val="nil"/>
            </w:tcBorders>
          </w:tcPr>
          <w:p>
            <w:pPr>
              <w:jc w:val="center"/>
            </w:pPr>
            <w:r>
              <w:t>Authorized Representative (if applicable)</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Name (Print): ______________________________</w:t>
            </w:r>
          </w:p>
        </w:tc>
        <w:tc>
          <w:tcPr>
            <w:tcW w:type="dxa" w:w="4986"/>
            <w:tcBorders>
              <w:top w:val="nil"/>
              <w:left w:val="nil"/>
              <w:bottom w:val="nil"/>
              <w:right w:val="nil"/>
              <w:insideH w:val="nil"/>
              <w:insideV w:val="nil"/>
            </w:tcBorders>
          </w:tcPr>
          <w:p>
            <w:pPr>
              <w:jc w:val="center"/>
            </w:pPr>
            <w:r>
              <w:t>Name (Print): ______________________________</w:t>
            </w:r>
          </w:p>
        </w:tc>
      </w:tr>
    </w:tbl>
    <w:p/>
    <w:p/>
    <w:p>
      <w:r>
        <w:rPr>
          <w:b/>
          <w:sz w:val="20"/>
        </w:rPr>
        <w:t>Privacy Statement</w:t>
      </w:r>
    </w:p>
    <w:p>
      <w:r>
        <w:rPr>
          <w:b w:val="0"/>
          <w:sz w:val="20"/>
        </w:rPr>
        <w:t>The information collected on this form is used solely for the purpose of verifying vehicle mileage for tax and accounting purposes, in accordance with Canadian federal and provincial privacy laws. The data will be stored securely and access will be restricted to authorized personnel only.</w:t>
      </w:r>
    </w:p>
    <w:p/>
    <w:p>
      <w:r>
        <w:rPr>
          <w:b/>
          <w:sz w:val="20"/>
        </w:rPr>
        <w:t>Record Retention</w:t>
      </w:r>
    </w:p>
    <w:p>
      <w:r>
        <w:rPr>
          <w:b w:val="0"/>
          <w:sz w:val="20"/>
        </w:rPr>
        <w:t>All records supporting the mileage claims must be retained for a minimum of six years, as required by the Canada Revenue Agency. Failure to maintain proper documentation may result in disallowance of expenses and tax penalties.</w:t>
      </w:r>
    </w:p>
    <w:p/>
    <w:p>
      <w:r>
        <w:rPr>
          <w:b/>
          <w:sz w:val="20"/>
        </w:rPr>
        <w:t>Disclaimer</w:t>
      </w:r>
    </w:p>
    <w:p>
      <w:r>
        <w:rPr>
          <w:b w:val="0"/>
          <w:sz w:val="20"/>
        </w:rPr>
        <w:t>This form is intended as a tool to assist with vehicle mileage documentation and does not constitute legal or tax advice. Users are encouraged to consult with qualified professionals to ensure compliance with all applicable laws and regulations.</w:t>
      </w:r>
    </w:p>
    <w:p/>
    <w:p>
      <w:r>
        <w:br w:type="page"/>
      </w:r>
    </w:p>
    <w:p>
      <w:pPr>
        <w:jc w:val="center"/>
      </w:pPr>
      <w:r>
        <w:rPr>
          <w:color w:val="555555"/>
          <w:sz w:val="24"/>
        </w:rPr>
        <w:t>Original source of this document:</w:t>
      </w:r>
    </w:p>
    <w:p>
      <w:pPr>
        <w:jc w:val="center"/>
      </w:pPr>
      <w:hyperlink r:id="rId9">
        <w:r>
          <w:rPr>
            <w:color w:val="0000FF"/>
            <w:u w:val="single"/>
          </w:rPr>
          <w:t>https://legaltemplates-ca.com/mileage-form/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mileage-form/"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