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MONEY GIFT LETTER</w:t>
      </w:r>
    </w:p>
    <w:p/>
    <w:p/>
    <w:p>
      <w:r>
        <w:rPr>
          <w:b/>
          <w:sz w:val="20"/>
        </w:rPr>
        <w:t>I, the undersigned, hereby declare the following regarding a monetary gift:</w:t>
      </w:r>
    </w:p>
    <w:p/>
    <w:p>
      <w:r>
        <w:rPr>
          <w:b/>
          <w:sz w:val="20"/>
        </w:rPr>
        <w:t>Donor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Gift Details:</w:t>
      </w:r>
    </w:p>
    <w:p>
      <w:r>
        <w:rPr>
          <w:b w:val="0"/>
          <w:sz w:val="20"/>
        </w:rPr>
        <w:t>Amount of Gift (CAD): __________________________________________________</w:t>
      </w:r>
    </w:p>
    <w:p>
      <w:r>
        <w:rPr>
          <w:b w:val="0"/>
          <w:sz w:val="20"/>
        </w:rPr>
        <w:t>Form of Gift (e.g., cash, cheque, electronic transfer): ____________________</w:t>
      </w:r>
    </w:p>
    <w:p>
      <w:r>
        <w:rPr>
          <w:b w:val="0"/>
          <w:sz w:val="20"/>
        </w:rPr>
        <w:t>Purpose of Gift (if any): _______________________________________________</w:t>
      </w:r>
    </w:p>
    <w:p/>
    <w:p>
      <w:r>
        <w:rPr>
          <w:b/>
          <w:sz w:val="20"/>
        </w:rPr>
        <w:t>Declaration:</w:t>
      </w:r>
    </w:p>
    <w:p>
      <w:r>
        <w:rPr>
          <w:b w:val="0"/>
          <w:sz w:val="20"/>
        </w:rPr>
        <w:t>I hereby affirm that this gift is made voluntarily and without expectation of repayment or any form of compensation. This gift is irrevocable and unconditional. I understand that this gift may have tax implications and that I am responsible for complying with all applicable tax laws and reporting requirements under Canadian law.</w:t>
      </w:r>
    </w:p>
    <w:p/>
    <w:p>
      <w:r>
        <w:rPr>
          <w:b/>
          <w:sz w:val="20"/>
        </w:rPr>
        <w:t>Legal Acknowledgment:</w:t>
      </w:r>
    </w:p>
    <w:p>
      <w:r>
        <w:rPr>
          <w:b w:val="0"/>
          <w:sz w:val="20"/>
        </w:rPr>
        <w:t>This Money Gift Letter is intended to serve as evidence of the gratuitous transfer of funds from the Donor to the Recipient. Both parties acknowledge that this gift is made in accordance with the laws of Canada and that this letter may be used as proof for legal and tax purposes. The Donor confirms that the funds gifted are not the proceeds of any illegal activity.</w:t>
      </w:r>
    </w:p>
    <w:p/>
    <w:p>
      <w:r>
        <w:rPr>
          <w:b/>
          <w:sz w:val="20"/>
        </w:rPr>
        <w:t>Tax Compliance:</w:t>
      </w:r>
    </w:p>
    <w:p>
      <w:r>
        <w:rPr>
          <w:b w:val="0"/>
          <w:sz w:val="20"/>
        </w:rPr>
        <w:t>The Donor and Recipient each acknowledge that they have been advised to consult with independent legal and tax professionals to understand the implications of this gift. Neither party shall hold the other responsible for any taxes, penalties, or fees arising from this gift beyond those imposed by law.</w:t>
      </w:r>
    </w:p>
    <w:p/>
    <w:p>
      <w:r>
        <w:rPr>
          <w:b/>
          <w:sz w:val="20"/>
        </w:rPr>
        <w:t>No Consideration Clause:</w:t>
      </w:r>
    </w:p>
    <w:p>
      <w:r>
        <w:rPr>
          <w:b w:val="0"/>
          <w:sz w:val="20"/>
        </w:rPr>
        <w:t>This gift is made without any consideration or expectation of services, goods, or future benefits. No contract or agreement, other than this statement of gift, shall arise from this transaction.</w:t>
      </w:r>
    </w:p>
    <w:p/>
    <w:p>
      <w:r>
        <w:rPr>
          <w:b/>
          <w:sz w:val="20"/>
        </w:rPr>
        <w:t>Revocation of Gift:</w:t>
      </w:r>
    </w:p>
    <w:p>
      <w:r>
        <w:rPr>
          <w:b w:val="0"/>
          <w:sz w:val="20"/>
        </w:rPr>
        <w:t>Unless otherwise specified in a separate written agreement, this gift is irrevocable and cannot be revoked by the Donor.</w:t>
      </w:r>
    </w:p>
    <w:p/>
    <w:p>
      <w:r>
        <w:rPr>
          <w:b/>
          <w:sz w:val="20"/>
        </w:rPr>
        <w:t>Governing Law:</w:t>
      </w:r>
    </w:p>
    <w:p>
      <w:r>
        <w:rPr>
          <w:b w:val="0"/>
          <w:sz w:val="20"/>
        </w:rPr>
        <w:t>This Money Gift Letter shall be governed by and construed in accordance with the laws of the Province or Territory of Canada where the Donor resides at the time of this gift.</w:t>
      </w:r>
    </w:p>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Witness (optional):</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Signature: ____________________________________________________________</w:t>
      </w:r>
    </w:p>
    <w:p>
      <w:r>
        <w:rPr>
          <w:b w:val="0"/>
          <w:sz w:val="20"/>
        </w:rPr>
        <w:t>Date: _________________________________________________________________</w:t>
      </w:r>
    </w:p>
    <w:p/>
    <w:p>
      <w:r>
        <w:rPr>
          <w:b/>
          <w:sz w:val="20"/>
        </w:rPr>
        <w:t>Notary Public Acknowledgment (if applicable):</w:t>
      </w:r>
    </w:p>
    <w:p>
      <w:r>
        <w:rPr>
          <w:b w:val="0"/>
          <w:sz w:val="20"/>
        </w:rPr>
        <w:t>On this ______ day of ____________________, before me, the undersigned Notary Public, personally appeared the Donor, known to me to be the person whose name is subscribed to the within instrument and acknowledged that he/she executed the same for the purposes therein contained.</w:t>
      </w:r>
    </w:p>
    <w:p/>
    <w:p>
      <w:r>
        <w:rPr>
          <w:b w:val="0"/>
          <w:sz w:val="20"/>
        </w:rPr>
        <w:t>Notary Public Signature: _______________________________________________</w:t>
      </w:r>
    </w:p>
    <w:p>
      <w:r>
        <w:rPr>
          <w:b w:val="0"/>
          <w:sz w:val="20"/>
        </w:rPr>
        <w:t>Commission Number: ____________________________________________________</w:t>
      </w:r>
    </w:p>
    <w:p>
      <w:r>
        <w:rPr>
          <w:b w:val="0"/>
          <w:sz w:val="20"/>
        </w:rPr>
        <w:t>My commission expires: 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https://legaltemplates-ca.com/money-gift-letter/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money-gift-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