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OFFER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Candidate Information:</w:t>
      </w:r>
    </w:p>
    <w:p>
      <w:r>
        <w:rPr>
          <w:b w:val="0"/>
          <w:sz w:val="20"/>
        </w:rPr>
        <w:t>Full Name: 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Position Details:</w:t>
      </w:r>
    </w:p>
    <w:p>
      <w:r>
        <w:rPr>
          <w:b w:val="0"/>
          <w:sz w:val="20"/>
        </w:rPr>
        <w:t>Job Title: ______________________________________________________________</w:t>
      </w:r>
    </w:p>
    <w:p>
      <w:r>
        <w:rPr>
          <w:b w:val="0"/>
          <w:sz w:val="20"/>
        </w:rPr>
        <w:t>Department: _____________________________________________________________</w:t>
      </w:r>
    </w:p>
    <w:p>
      <w:r>
        <w:rPr>
          <w:b w:val="0"/>
          <w:sz w:val="20"/>
        </w:rPr>
        <w:t>Supervisor: _____________________________________________________________</w:t>
      </w:r>
    </w:p>
    <w:p>
      <w:r>
        <w:rPr>
          <w:b w:val="0"/>
          <w:sz w:val="20"/>
        </w:rPr>
        <w:t>Employment Type: _______________________________________________________ (e.g., Full-time, Part-time, Contract)</w:t>
      </w:r>
    </w:p>
    <w:p/>
    <w:p>
      <w:r>
        <w:rPr>
          <w:b/>
          <w:sz w:val="20"/>
        </w:rPr>
        <w:t>Compensation and Benefits:</w:t>
      </w:r>
    </w:p>
    <w:p>
      <w:r>
        <w:rPr>
          <w:b w:val="0"/>
          <w:sz w:val="20"/>
        </w:rPr>
        <w:t>Base Salary: __________________________________ CAD per year</w:t>
      </w:r>
    </w:p>
    <w:p>
      <w:r>
        <w:rPr>
          <w:b w:val="0"/>
          <w:sz w:val="20"/>
        </w:rPr>
        <w:t>Pay Period: _____________________________________________________________ (e.g., Bi-weekly, Monthly)</w:t>
      </w:r>
    </w:p>
    <w:p>
      <w:r>
        <w:rPr>
          <w:b w:val="0"/>
          <w:sz w:val="20"/>
        </w:rPr>
        <w:t>Bonus Eligibility: ______________________________________________________ (if applicable)</w:t>
      </w:r>
    </w:p>
    <w:p>
      <w:r>
        <w:rPr>
          <w:b w:val="0"/>
          <w:sz w:val="20"/>
        </w:rPr>
        <w:t>Benefits: _______________________________________________________________ (e.g., Health, Dental, Pension plans)</w:t>
      </w:r>
    </w:p>
    <w:p/>
    <w:p>
      <w:r>
        <w:rPr>
          <w:b/>
          <w:sz w:val="20"/>
        </w:rPr>
        <w:t>Work Schedule:</w:t>
      </w:r>
    </w:p>
    <w:p>
      <w:r>
        <w:rPr>
          <w:b w:val="0"/>
          <w:sz w:val="20"/>
        </w:rPr>
        <w:t>Regular Working Hours: _________________________________________________</w:t>
      </w:r>
    </w:p>
    <w:p>
      <w:r>
        <w:rPr>
          <w:b w:val="0"/>
          <w:sz w:val="20"/>
        </w:rPr>
        <w:t>Work Location: _________________________________________________________</w:t>
      </w:r>
    </w:p>
    <w:p>
      <w:r>
        <w:rPr>
          <w:b w:val="0"/>
          <w:sz w:val="20"/>
        </w:rPr>
        <w:t>Remote Work Policy: ____________________________________________________</w:t>
      </w:r>
    </w:p>
    <w:p/>
    <w:p>
      <w:r>
        <w:rPr>
          <w:b/>
          <w:sz w:val="20"/>
        </w:rPr>
        <w:t>Start of Employment:</w:t>
      </w:r>
    </w:p>
    <w:p>
      <w:r>
        <w:rPr>
          <w:b w:val="0"/>
          <w:sz w:val="20"/>
        </w:rPr>
        <w:t>The employment start date will be mutually agreed upon prior to commencement. The Candidate agrees to commence work on the agreed date.</w:t>
      </w:r>
    </w:p>
    <w:p/>
    <w:p>
      <w:r>
        <w:rPr>
          <w:b/>
          <w:sz w:val="20"/>
        </w:rPr>
        <w:t>Conditions of Employment:</w:t>
      </w:r>
    </w:p>
    <w:p>
      <w:r>
        <w:rPr>
          <w:b w:val="0"/>
          <w:sz w:val="20"/>
        </w:rPr>
        <w:t>This offer is contingent upon the Candidate providing proof of eligibility to work in Canada, satisfactory reference checks, and any other conditions deemed necessary by the Employer.</w:t>
      </w:r>
    </w:p>
    <w:p>
      <w:r>
        <w:rPr>
          <w:b w:val="0"/>
          <w:sz w:val="20"/>
        </w:rPr>
        <w:t>The Candidate agrees to comply with all company policies and procedures.</w:t>
      </w:r>
    </w:p>
    <w:p/>
    <w:p>
      <w:r>
        <w:rPr>
          <w:b/>
          <w:sz w:val="20"/>
        </w:rPr>
        <w:t>Probationary Period:</w:t>
      </w:r>
    </w:p>
    <w:p>
      <w:r>
        <w:rPr>
          <w:b w:val="0"/>
          <w:sz w:val="20"/>
        </w:rPr>
        <w:t>The Candidate will be subject to a probationary period of ___________________ months during which either party may terminate employment with ___________________ notice.</w:t>
      </w:r>
    </w:p>
    <w:p/>
    <w:p>
      <w:r>
        <w:rPr>
          <w:b/>
          <w:sz w:val="20"/>
        </w:rPr>
        <w:t>Confidentiality and Non-Disclosure:</w:t>
      </w:r>
    </w:p>
    <w:p>
      <w:r>
        <w:rPr>
          <w:b w:val="0"/>
          <w:sz w:val="20"/>
        </w:rPr>
        <w:t>The Candidate agrees to maintain the confidentiality of all proprietary and confidential information of the Employer during and after employment, as per applicable laws and company policies.</w:t>
      </w:r>
    </w:p>
    <w:p/>
    <w:p>
      <w:r>
        <w:rPr>
          <w:b/>
          <w:sz w:val="20"/>
        </w:rPr>
        <w:t>Termination:</w:t>
      </w:r>
    </w:p>
    <w:p>
      <w:r>
        <w:rPr>
          <w:b w:val="0"/>
          <w:sz w:val="20"/>
        </w:rPr>
        <w:t>Employment with the Employer is at-will and may be terminated by either party at any time, with or without cause, subject to applicable notice or pay in lieu of notice requirements under Canadian law and the Employment Standards Act relevant to the province or territory.</w:t>
      </w:r>
    </w:p>
    <w:p/>
    <w:p>
      <w:r>
        <w:rPr>
          <w:b/>
          <w:sz w:val="20"/>
        </w:rPr>
        <w:t>Governing Law:</w:t>
      </w:r>
    </w:p>
    <w:p>
      <w:r>
        <w:rPr>
          <w:b w:val="0"/>
          <w:sz w:val="20"/>
        </w:rPr>
        <w:t>This Agreement shall be governed by and construed in accordance with the laws of the Province or Territory where the employment is based and the federal laws of Canada applicable therein.</w:t>
      </w:r>
    </w:p>
    <w:p/>
    <w:p>
      <w:r>
        <w:rPr>
          <w:b/>
          <w:sz w:val="20"/>
        </w:rPr>
        <w:t>Acceptance of Offer:</w:t>
      </w:r>
    </w:p>
    <w:p>
      <w:r>
        <w:rPr>
          <w:b w:val="0"/>
          <w:sz w:val="20"/>
        </w:rPr>
        <w:t>Please indicate your acceptance of this employment offer by signing below and returning a signed copy of this letter to the Employer.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CANDIDATE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This offer letter, together with any referenced company policies, constitutes the entire agreement between the parties regarding employment. Any modifications must be made in writing and signed by both parties.</w:t>
      </w:r>
    </w:p>
    <w:p/>
    <w:p/>
    <w:p>
      <w:r>
        <w:rPr>
          <w:b w:val="0"/>
          <w:sz w:val="20"/>
        </w:rPr>
        <w:t>We look forward to welcoming you to our team.</w:t>
      </w:r>
    </w:p>
    <w:p/>
    <w:p/>
    <w:p/>
    <w:p>
      <w:r>
        <w:rPr>
          <w:b w:val="0"/>
          <w:sz w:val="20"/>
        </w:rPr>
        <w:t>Sincerely,</w:t>
      </w:r>
    </w:p>
    <w:p/>
    <w:p/>
    <w:p/>
    <w:p/>
    <w:p>
      <w:r>
        <w:rPr>
          <w:b w:val="0"/>
          <w:sz w:val="20"/>
        </w:rPr>
        <w:t>_____________________________________</w:t>
      </w:r>
    </w:p>
    <w:p>
      <w:r>
        <w:rPr>
          <w:b w:val="0"/>
          <w:sz w:val="20"/>
        </w:rPr>
        <w:t>Authorized Employer Representative</w:t>
      </w:r>
    </w:p>
    <w:p>
      <w:r>
        <w:br w:type="page"/>
      </w:r>
    </w:p>
    <w:p>
      <w:pPr>
        <w:jc w:val="center"/>
      </w:pPr>
      <w:r>
        <w:rPr>
          <w:color w:val="555555"/>
          <w:sz w:val="24"/>
        </w:rPr>
        <w:t>Original source of this document:</w:t>
      </w:r>
    </w:p>
    <w:p>
      <w:pPr>
        <w:jc w:val="center"/>
      </w:pPr>
      <w:hyperlink r:id="rId9">
        <w:r>
          <w:rPr>
            <w:color w:val="0000FF"/>
            <w:u w:val="single"/>
          </w:rPr>
          <w:t>https://legaltemplates-ca.com/offer-letter-email/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offer-letter-email/"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