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PARKING SPOT RENTAL AGREEMENT - ONTARIO</w:t>
      </w:r>
    </w:p>
    <w:p/>
    <w:p>
      <w:r>
        <w:rPr>
          <w:b/>
          <w:sz w:val="20"/>
        </w:rPr>
        <w:t>This Parking Spot Rental Agreement (the “Agreement”) is entered into by and between:</w:t>
      </w:r>
    </w:p>
    <w:p>
      <w:r>
        <w:rPr>
          <w:b/>
          <w:sz w:val="20"/>
        </w:rPr>
        <w:t>LANDLORD:</w:t>
      </w:r>
    </w:p>
    <w:p>
      <w:r>
        <w:rPr>
          <w:b w:val="0"/>
          <w:sz w:val="20"/>
        </w:rPr>
        <w:t>Full Name / Business Name: 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TENANT:</w:t>
      </w:r>
    </w:p>
    <w:p>
      <w:r>
        <w:rPr>
          <w:b w:val="0"/>
          <w:sz w:val="20"/>
        </w:rPr>
        <w:t>Full Name / Business Name: 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WHEREAS, the Landlord is the lawful owner of the parking spot described herein and agrees to rent it to the Tenant under the terms and conditions set forth below;</w:t>
      </w:r>
    </w:p>
    <w:p/>
    <w:p>
      <w:r>
        <w:rPr>
          <w:b/>
          <w:sz w:val="20"/>
        </w:rPr>
        <w:t>1. Description of Parking Spot</w:t>
      </w:r>
    </w:p>
    <w:p>
      <w:r>
        <w:rPr>
          <w:b w:val="0"/>
          <w:sz w:val="20"/>
        </w:rPr>
        <w:t>The Landlord hereby rents to the Tenant the parking spot located at:</w:t>
      </w:r>
    </w:p>
    <w:p>
      <w:r>
        <w:rPr>
          <w:b w:val="0"/>
          <w:sz w:val="20"/>
        </w:rPr>
        <w:t>Address: _______________________________________________________________</w:t>
      </w:r>
    </w:p>
    <w:p>
      <w:r>
        <w:rPr>
          <w:b w:val="0"/>
          <w:sz w:val="20"/>
        </w:rPr>
        <w:t>Spot Number / Identifier (if applicable): _________________________________</w:t>
      </w:r>
    </w:p>
    <w:p>
      <w:r>
        <w:rPr>
          <w:b w:val="0"/>
          <w:sz w:val="20"/>
        </w:rPr>
        <w:t>Type of Spot: (e.g., outdoor, covered, underground) ________________________</w:t>
      </w:r>
    </w:p>
    <w:p/>
    <w:p>
      <w:r>
        <w:rPr>
          <w:b/>
          <w:sz w:val="20"/>
        </w:rPr>
        <w:t>2. Term of Agreement</w:t>
      </w:r>
    </w:p>
    <w:p>
      <w:r>
        <w:rPr>
          <w:b w:val="0"/>
          <w:sz w:val="20"/>
        </w:rPr>
        <w:t>The term of this Agreement shall be a fixed period commencing on __________________________ and continuing:</w:t>
      </w:r>
    </w:p>
    <w:p>
      <w:r>
        <w:rPr>
          <w:b w:val="0"/>
          <w:sz w:val="20"/>
        </w:rPr>
        <w:t xml:space="preserve">  (a) until ____________________________, or</w:t>
      </w:r>
    </w:p>
    <w:p>
      <w:r>
        <w:rPr>
          <w:b w:val="0"/>
          <w:sz w:val="20"/>
        </w:rPr>
        <w:t xml:space="preserve">  (b) on a month-to-month basis until terminated by either party as per Section 8 below.</w:t>
      </w:r>
    </w:p>
    <w:p/>
    <w:p>
      <w:r>
        <w:rPr>
          <w:b/>
          <w:sz w:val="20"/>
        </w:rPr>
        <w:t>3. Rent and Payment Terms</w:t>
      </w:r>
    </w:p>
    <w:p>
      <w:r>
        <w:rPr>
          <w:b w:val="0"/>
          <w:sz w:val="20"/>
        </w:rPr>
        <w:t>The Tenant agrees to pay the Landlord rent in the amount of $____________ per month.</w:t>
      </w:r>
    </w:p>
    <w:p>
      <w:r>
        <w:rPr>
          <w:b w:val="0"/>
          <w:sz w:val="20"/>
        </w:rPr>
        <w:t>Rent is due on or before the _____ day of each month.</w:t>
      </w:r>
    </w:p>
    <w:p>
      <w:r>
        <w:rPr>
          <w:b w:val="0"/>
          <w:sz w:val="20"/>
        </w:rPr>
        <w:t>Payment shall be made by: ___________________________________________________</w:t>
      </w:r>
    </w:p>
    <w:p>
      <w:r>
        <w:rPr>
          <w:b w:val="0"/>
          <w:sz w:val="20"/>
        </w:rPr>
        <w:t>Late payments shall incur a fee of $_________ per day/week/month after a grace period of ______ days.</w:t>
      </w:r>
    </w:p>
    <w:p/>
    <w:p>
      <w:r>
        <w:rPr>
          <w:b/>
          <w:sz w:val="20"/>
        </w:rPr>
        <w:t>4. Security Deposit</w:t>
      </w:r>
    </w:p>
    <w:p>
      <w:r>
        <w:rPr>
          <w:b w:val="0"/>
          <w:sz w:val="20"/>
        </w:rPr>
        <w:t>The Tenant shall pay a security deposit in the amount of $____________ upon execution of this Agreement.</w:t>
      </w:r>
    </w:p>
    <w:p>
      <w:r>
        <w:rPr>
          <w:b w:val="0"/>
          <w:sz w:val="20"/>
        </w:rPr>
        <w:t>The Landlord may use the deposit to cover unpaid rent, damages beyond normal wear and tear, or other breaches of this Agreement.</w:t>
      </w:r>
    </w:p>
    <w:p>
      <w:r>
        <w:rPr>
          <w:b w:val="0"/>
          <w:sz w:val="20"/>
        </w:rPr>
        <w:t>The security deposit will be returned to the Tenant within ______ days after the end of the rental term, less any lawful deductions.</w:t>
      </w:r>
    </w:p>
    <w:p/>
    <w:p>
      <w:r>
        <w:rPr>
          <w:b/>
          <w:sz w:val="20"/>
        </w:rPr>
        <w:t>5. Use of Parking Spot</w:t>
      </w:r>
    </w:p>
    <w:p>
      <w:r>
        <w:rPr>
          <w:b w:val="0"/>
          <w:sz w:val="20"/>
        </w:rPr>
        <w:t>The Tenant shall use the parking spot solely for parking one vehicle and shall not use it for any unlawful purpose.</w:t>
      </w:r>
    </w:p>
    <w:p>
      <w:r>
        <w:rPr>
          <w:b w:val="0"/>
          <w:sz w:val="20"/>
        </w:rPr>
        <w:t>The Tenant shall not assign, sublet, or transfer this Agreement or the parking spot without prior written consent of the Landlord.</w:t>
      </w:r>
    </w:p>
    <w:p>
      <w:r>
        <w:rPr>
          <w:b w:val="0"/>
          <w:sz w:val="20"/>
        </w:rPr>
        <w:t>The Tenant shall comply with all applicable laws, regulations, and any rules established by the Landlord for the parking facility.</w:t>
      </w:r>
    </w:p>
    <w:p/>
    <w:p>
      <w:r>
        <w:rPr>
          <w:b/>
          <w:sz w:val="20"/>
        </w:rPr>
        <w:t>6. Maintenance and Repairs</w:t>
      </w:r>
    </w:p>
    <w:p>
      <w:r>
        <w:rPr>
          <w:b w:val="0"/>
          <w:sz w:val="20"/>
        </w:rPr>
        <w:t>The Landlord shall maintain the parking spot in a reasonable state of repair.</w:t>
      </w:r>
    </w:p>
    <w:p>
      <w:r>
        <w:rPr>
          <w:b w:val="0"/>
          <w:sz w:val="20"/>
        </w:rPr>
        <w:t>The Tenant shall keep the parking spot clean and free of debris, and shall promptly notify the Landlord of any damage or needed repairs.</w:t>
      </w:r>
    </w:p>
    <w:p>
      <w:r>
        <w:rPr>
          <w:b w:val="0"/>
          <w:sz w:val="20"/>
        </w:rPr>
        <w:t>The Tenant shall be responsible for any damage caused by the Tenant’s negligence or misuse.</w:t>
      </w:r>
    </w:p>
    <w:p/>
    <w:p>
      <w:r>
        <w:rPr>
          <w:b/>
          <w:sz w:val="20"/>
        </w:rPr>
        <w:t>7. Liability and Insurance</w:t>
      </w:r>
    </w:p>
    <w:p>
      <w:r>
        <w:rPr>
          <w:b w:val="0"/>
          <w:sz w:val="20"/>
        </w:rPr>
        <w:t>The Tenant assumes all risk of loss or damage to the Tenant’s vehicle or personal property parked in the spot.</w:t>
      </w:r>
    </w:p>
    <w:p>
      <w:r>
        <w:rPr>
          <w:b w:val="0"/>
          <w:sz w:val="20"/>
        </w:rPr>
        <w:t>The Landlord shall not be liable for any damage, theft, or loss to the Tenant’s vehicle or belongings, except to the extent caused by the Landlord’s gross negligence or willful misconduct.</w:t>
      </w:r>
    </w:p>
    <w:p>
      <w:r>
        <w:rPr>
          <w:b w:val="0"/>
          <w:sz w:val="20"/>
        </w:rPr>
        <w:t>The Tenant is advised to maintain adequate insurance coverage for their vehicle and property.</w:t>
      </w:r>
    </w:p>
    <w:p/>
    <w:p>
      <w:r>
        <w:rPr>
          <w:b/>
          <w:sz w:val="20"/>
        </w:rPr>
        <w:t>8. Termination</w:t>
      </w:r>
    </w:p>
    <w:p>
      <w:r>
        <w:rPr>
          <w:b w:val="0"/>
          <w:sz w:val="20"/>
        </w:rPr>
        <w:t>Either party may terminate this Agreement by providing at least ______ days’ written notice to the other party.</w:t>
      </w:r>
    </w:p>
    <w:p>
      <w:r>
        <w:rPr>
          <w:b w:val="0"/>
          <w:sz w:val="20"/>
        </w:rPr>
        <w:t>The Landlord may terminate this Agreement immediately upon breach of any term or condition by the Tenant.</w:t>
      </w:r>
    </w:p>
    <w:p>
      <w:r>
        <w:rPr>
          <w:b w:val="0"/>
          <w:sz w:val="20"/>
        </w:rPr>
        <w:t>Upon termination, the Tenant shall vacate the parking spot, remove all vehicles and personal property, and return any access devices provided by the Landlord.</w:t>
      </w:r>
    </w:p>
    <w:p/>
    <w:p>
      <w:r>
        <w:rPr>
          <w:b/>
          <w:sz w:val="20"/>
        </w:rPr>
        <w:t>9. Access and Entry</w:t>
      </w:r>
    </w:p>
    <w:p>
      <w:r>
        <w:rPr>
          <w:b w:val="0"/>
          <w:sz w:val="20"/>
        </w:rPr>
        <w:t>The Tenant shall have access to the parking spot during the term of this Agreement, subject to any rules or limitations established by the Landlord.</w:t>
      </w:r>
    </w:p>
    <w:p>
      <w:r>
        <w:rPr>
          <w:b w:val="0"/>
          <w:sz w:val="20"/>
        </w:rPr>
        <w:t>The Landlord reserves the right to enter the parking spot in case of emergency or to perform maintenance, with reasonable notice to the Tenant when possible.</w:t>
      </w:r>
    </w:p>
    <w:p/>
    <w:p>
      <w:r>
        <w:rPr>
          <w:b/>
          <w:sz w:val="20"/>
        </w:rPr>
        <w:t>10. Default</w:t>
      </w:r>
    </w:p>
    <w:p>
      <w:r>
        <w:rPr>
          <w:b w:val="0"/>
          <w:sz w:val="20"/>
        </w:rPr>
        <w:t>If the Tenant fails to pay rent or otherwise breaches this Agreement, the Landlord may pursue any remedies available under Ontario law, including termination, eviction, and recovery of damages.</w:t>
      </w:r>
    </w:p>
    <w:p/>
    <w:p>
      <w:r>
        <w:rPr>
          <w:b/>
          <w:sz w:val="20"/>
        </w:rPr>
        <w:t>11. Governing Law</w:t>
      </w:r>
    </w:p>
    <w:p>
      <w:r>
        <w:rPr>
          <w:b w:val="0"/>
          <w:sz w:val="20"/>
        </w:rPr>
        <w:t>This Agreement shall be governed by and construed in accordance with the laws of the Province of Ontario and the federal laws of Canada applicable therein.</w:t>
      </w:r>
    </w:p>
    <w:p/>
    <w:p>
      <w:r>
        <w:rPr>
          <w:b/>
          <w:sz w:val="20"/>
        </w:rPr>
        <w:t>12. Entire Agreement</w:t>
      </w:r>
    </w:p>
    <w:p>
      <w:r>
        <w:rPr>
          <w:b w:val="0"/>
          <w:sz w:val="20"/>
        </w:rPr>
        <w:t>This Agreement constitutes the entire agreement between the parties and supersedes all prior understandings or agreements, oral or written, regarding the subject matter herein.</w:t>
      </w:r>
    </w:p>
    <w:p/>
    <w:p>
      <w:r>
        <w:rPr>
          <w:b/>
          <w:sz w:val="20"/>
        </w:rPr>
        <w:t>13. Amendments</w:t>
      </w:r>
    </w:p>
    <w:p>
      <w:r>
        <w:rPr>
          <w:b w:val="0"/>
          <w:sz w:val="20"/>
        </w:rPr>
        <w:t>Any amendments or modifications to this Agreement must be in writing and signed by both parties.</w:t>
      </w:r>
    </w:p>
    <w:p/>
    <w:p>
      <w:r>
        <w:rPr>
          <w:b/>
          <w:sz w:val="20"/>
        </w:rPr>
        <w:t>14. Severability</w:t>
      </w:r>
    </w:p>
    <w:p>
      <w:r>
        <w:rPr>
          <w:b w:val="0"/>
          <w:sz w:val="20"/>
        </w:rPr>
        <w:t>If any provision of this Agreement is found invalid or unenforceable by a court of competent jurisdiction, the remaining provisions shall remain in full force and effect.</w:t>
      </w:r>
    </w:p>
    <w:p/>
    <w:p>
      <w:r>
        <w:rPr>
          <w:b/>
          <w:sz w:val="20"/>
        </w:rPr>
        <w:t>15. Notices</w:t>
      </w:r>
    </w:p>
    <w:p>
      <w:r>
        <w:rPr>
          <w:b w:val="0"/>
          <w:sz w:val="20"/>
        </w:rPr>
        <w:t>All notices under this Agreement shall be in writing and delivered personally, by mail, or by electronic communication to the addresses provided above or as subsequently notified by either party.</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https://legaltemplates-ca.com/parking-spot-rental-agreement-ontario/</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parking-spot-rental-agreement-ontario/"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