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PERSONAL LOAN AGREEMENT – ONTARIO</w:t>
      </w:r>
    </w:p>
    <w:p/>
    <w:p>
      <w:r>
        <w:rPr>
          <w:b/>
          <w:sz w:val="20"/>
        </w:rPr>
        <w:t>This Personal Loan Agreement (the “Agreement”) is made between the following parties:</w:t>
      </w:r>
    </w:p>
    <w:p/>
    <w:p>
      <w:r>
        <w:rPr>
          <w:b/>
          <w:sz w:val="20"/>
        </w:rPr>
        <w:t>Lender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Borrower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Lender agrees to loan a certain sum of money to the Borrower, and the Borrower agrees to repay this loan under the terms set forth in this Agreement;</w:t>
      </w:r>
    </w:p>
    <w:p>
      <w:r>
        <w:rPr>
          <w:b w:val="0"/>
          <w:sz w:val="20"/>
        </w:rPr>
        <w:t>NOW, THEREFORE, in consideration of the mutual covenants contained herein, the parties agree as follows:</w:t>
      </w:r>
    </w:p>
    <w:p/>
    <w:p>
      <w:r>
        <w:rPr>
          <w:b/>
          <w:sz w:val="20"/>
        </w:rPr>
        <w:t>1. Loan Amount and Disbursement</w:t>
      </w:r>
    </w:p>
    <w:p>
      <w:r>
        <w:rPr>
          <w:b w:val="0"/>
          <w:sz w:val="20"/>
        </w:rPr>
        <w:t>1.1 Loan Amount: The Lender agrees to loan the Borrower the principal sum of $________________ CAD (the “Loan Amount”).</w:t>
      </w:r>
    </w:p>
    <w:p>
      <w:r>
        <w:rPr>
          <w:b w:val="0"/>
          <w:sz w:val="20"/>
        </w:rPr>
        <w:t>1.2 Disbursement: The Loan Amount shall be paid to the Borrower by the Lender on the date of execution of this Agreement or on a date mutually agreed upon by both parties.</w:t>
      </w:r>
    </w:p>
    <w:p/>
    <w:p>
      <w:r>
        <w:rPr>
          <w:b/>
          <w:sz w:val="20"/>
        </w:rPr>
        <w:t>2. Interest Rate</w:t>
      </w:r>
    </w:p>
    <w:p>
      <w:r>
        <w:rPr>
          <w:b w:val="0"/>
          <w:sz w:val="20"/>
        </w:rPr>
        <w:t>2.1 Interest: The Loan Amount shall bear interest at the rate of _______% per annum, calculated on the outstanding principal balance.</w:t>
      </w:r>
    </w:p>
    <w:p>
      <w:r>
        <w:rPr>
          <w:b w:val="0"/>
          <w:sz w:val="20"/>
        </w:rPr>
        <w:t>2.2 Interest Calculation: Interest shall be calculated on a simple interest basis and shall accrue from the date the Loan Amount is disbursed to the Borrower.</w:t>
      </w:r>
    </w:p>
    <w:p/>
    <w:p>
      <w:r>
        <w:rPr>
          <w:b/>
          <w:sz w:val="20"/>
        </w:rPr>
        <w:t>3. Repayment Terms</w:t>
      </w:r>
    </w:p>
    <w:p>
      <w:r>
        <w:rPr>
          <w:b w:val="0"/>
          <w:sz w:val="20"/>
        </w:rPr>
        <w:t>3.1 Repayment Schedule: The Borrower agrees to repay the Loan Amount together with accrued interest in _________ installments of $__________ CAD each, commencing on __________________ and thereafter on the __________ day of each month.</w:t>
      </w:r>
    </w:p>
    <w:p>
      <w:r>
        <w:rPr>
          <w:b w:val="0"/>
          <w:sz w:val="20"/>
        </w:rPr>
        <w:t>3.2 Prepayment: The Borrower may prepay all or any part of the loan at any time without penalty.</w:t>
      </w:r>
    </w:p>
    <w:p>
      <w:r>
        <w:rPr>
          <w:b w:val="0"/>
          <w:sz w:val="20"/>
        </w:rPr>
        <w:t>3.3 Method of Payment: Payments shall be made by cash, cheque, electronic funds transfer, or any other method agreed upon by the parties.</w:t>
      </w:r>
    </w:p>
    <w:p/>
    <w:p>
      <w:r>
        <w:rPr>
          <w:b/>
          <w:sz w:val="20"/>
        </w:rPr>
        <w:t>4. Default</w:t>
      </w:r>
    </w:p>
    <w:p>
      <w:r>
        <w:rPr>
          <w:b w:val="0"/>
          <w:sz w:val="20"/>
        </w:rPr>
        <w:t>4.1 Events of Default: The Borrower shall be in default if any installment is not paid within _____ days of the due date, or if the Borrower becomes insolvent, bankrupt, or makes an assignment for the benefit of creditors.</w:t>
      </w:r>
    </w:p>
    <w:p>
      <w:r>
        <w:rPr>
          <w:b w:val="0"/>
          <w:sz w:val="20"/>
        </w:rPr>
        <w:t>4.2 Remedies: Upon default, the Lender may declare the entire unpaid principal and accrued interest immediately due and payable and pursue all legal remedies available under Ontario law.</w:t>
      </w:r>
    </w:p>
    <w:p/>
    <w:p>
      <w:r>
        <w:rPr>
          <w:b/>
          <w:sz w:val="20"/>
        </w:rPr>
        <w:t>5. Security</w:t>
      </w:r>
    </w:p>
    <w:p>
      <w:r>
        <w:rPr>
          <w:b w:val="0"/>
          <w:sz w:val="20"/>
        </w:rPr>
        <w:t>5.1 This loan is __________________ (secured/unsecured).</w:t>
      </w:r>
    </w:p>
    <w:p>
      <w:r>
        <w:rPr>
          <w:b w:val="0"/>
          <w:sz w:val="20"/>
        </w:rPr>
        <w:t>5.2 If secured, the Borrower grants the Lender a security interest in the following collateral: _______________________________________________.</w:t>
      </w:r>
    </w:p>
    <w:p>
      <w:r>
        <w:rPr>
          <w:b w:val="0"/>
          <w:sz w:val="20"/>
        </w:rPr>
        <w:t>5.3 The Borrower agrees to execute any documents necessary to perfect such security interest under applicable law.</w:t>
      </w:r>
    </w:p>
    <w:p/>
    <w:p>
      <w:r>
        <w:rPr>
          <w:b/>
          <w:sz w:val="20"/>
        </w:rPr>
        <w:t>6. Representations and Warranties</w:t>
      </w:r>
    </w:p>
    <w:p>
      <w:r>
        <w:rPr>
          <w:b w:val="0"/>
          <w:sz w:val="20"/>
        </w:rPr>
        <w:t>6.1 The Borrower represents that all information provided to the Lender is true, complete, and accurate.</w:t>
      </w:r>
    </w:p>
    <w:p>
      <w:r>
        <w:rPr>
          <w:b w:val="0"/>
          <w:sz w:val="20"/>
        </w:rPr>
        <w:t>6.2 The Borrower has full authority to enter into this Agreement and perform its obligations.</w:t>
      </w:r>
    </w:p>
    <w:p>
      <w:r>
        <w:rPr>
          <w:b w:val="0"/>
          <w:sz w:val="20"/>
        </w:rPr>
        <w:t>6.3 The execution and performance of this Agreement do not violate any law or agreement binding on the Borrower.</w:t>
      </w:r>
    </w:p>
    <w:p/>
    <w:p>
      <w:r>
        <w:rPr>
          <w:b/>
          <w:sz w:val="20"/>
        </w:rPr>
        <w:t>7. Governing Law and Jurisdiction</w:t>
      </w:r>
    </w:p>
    <w:p>
      <w:r>
        <w:rPr>
          <w:b w:val="0"/>
          <w:sz w:val="20"/>
        </w:rPr>
        <w:t>7.1 This Agreement shall be governed by and construed in accordance with the laws of the Province of Ontario and the federal laws of Canada applicable therein.</w:t>
      </w:r>
    </w:p>
    <w:p>
      <w:r>
        <w:rPr>
          <w:b w:val="0"/>
          <w:sz w:val="20"/>
        </w:rPr>
        <w:t>7.2 The parties irrevocably attorn to the exclusive jurisdiction of the courts of Ontario for any dispute arising out of or relating to this Agreement.</w:t>
      </w:r>
    </w:p>
    <w:p/>
    <w:p>
      <w:r>
        <w:rPr>
          <w:b/>
          <w:sz w:val="20"/>
        </w:rPr>
        <w:t>8. Notices</w:t>
      </w:r>
    </w:p>
    <w:p>
      <w:r>
        <w:rPr>
          <w:b w:val="0"/>
          <w:sz w:val="20"/>
        </w:rPr>
        <w:t>All notices, requests, demands, or other communications required or permitted to be given under this Agreement shall be in writing and delivered personally, sent by prepaid registered mail, or sent by electronic mail to the addresses set out herein or such other address as either party may designate in writing.</w:t>
      </w:r>
    </w:p>
    <w:p/>
    <w:p>
      <w:r>
        <w:rPr>
          <w:b/>
          <w:sz w:val="20"/>
        </w:rPr>
        <w:t>9. Entire Agreement</w:t>
      </w:r>
    </w:p>
    <w:p>
      <w:r>
        <w:rPr>
          <w:b w:val="0"/>
          <w:sz w:val="20"/>
        </w:rPr>
        <w:t>This Agreement constitutes the entire agreement between the parties with respect to the subject matter hereof and supersedes all prior agreements, understandings, negotiations, and discussions, whether oral or written.</w:t>
      </w:r>
    </w:p>
    <w:p/>
    <w:p>
      <w:r>
        <w:rPr>
          <w:b/>
          <w:sz w:val="20"/>
        </w:rPr>
        <w:t>10. Amendments</w:t>
      </w:r>
    </w:p>
    <w:p>
      <w:r>
        <w:rPr>
          <w:b w:val="0"/>
          <w:sz w:val="20"/>
        </w:rPr>
        <w:t>Any amendment or modification of this Agreement must be in writing and signed by both parties to be binding.</w:t>
      </w:r>
    </w:p>
    <w:p/>
    <w:p>
      <w:r>
        <w:rPr>
          <w:b/>
          <w:sz w:val="20"/>
        </w:rPr>
        <w:t>11. Severability</w:t>
      </w:r>
    </w:p>
    <w:p>
      <w:r>
        <w:rPr>
          <w:b w:val="0"/>
          <w:sz w:val="20"/>
        </w:rPr>
        <w:t>If any provision of this Agreement is found to be invalid or unenforceable, the remaining provisions shall continue in full force and effect.</w:t>
      </w:r>
    </w:p>
    <w:p/>
    <w:p>
      <w:r>
        <w:rPr>
          <w:b/>
          <w:sz w:val="20"/>
        </w:rPr>
        <w:t>12. Waiver</w:t>
      </w:r>
    </w:p>
    <w:p>
      <w:r>
        <w:rPr>
          <w:b w:val="0"/>
          <w:sz w:val="20"/>
        </w:rPr>
        <w:t>No waiver of any breach or default under this Agreement shall be deemed waiver of any subsequent breach or default.</w:t>
      </w:r>
    </w:p>
    <w:p/>
    <w:p>
      <w:r>
        <w:rPr>
          <w:b/>
          <w:sz w:val="20"/>
        </w:rPr>
        <w:t>13. Counterparts</w:t>
      </w:r>
    </w:p>
    <w:p>
      <w:r>
        <w:rPr>
          <w:b w:val="0"/>
          <w:sz w:val="20"/>
        </w:rPr>
        <w:t>This Agreement may be executed in counterparts, each of which shall be deemed an original but all of which together shall constitute one and the same instrument.</w:t>
      </w:r>
    </w:p>
    <w:p/>
    <w:p/>
    <w:p>
      <w:r>
        <w:rPr>
          <w:b w:val="0"/>
          <w:sz w:val="20"/>
        </w:rPr>
        <w:t>Place of signature: 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https://legaltemplates-ca.com/personal-loan-agreement-ontario/</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personal-loan-agreement-ontario/"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