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PRICE INCREASE NOTIFICATION LETTER</w:t>
      </w:r>
    </w:p>
    <w:p/>
    <w:p>
      <w:r>
        <w:rPr>
          <w:b/>
          <w:sz w:val="20"/>
        </w:rPr>
        <w:t>Sender Information:</w:t>
      </w:r>
    </w:p>
    <w:p>
      <w:r>
        <w:rPr>
          <w:b w:val="0"/>
          <w:sz w:val="20"/>
        </w:rPr>
        <w:t>Company Name: 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Recipient Information:</w:t>
      </w:r>
    </w:p>
    <w:p>
      <w:r>
        <w:rPr>
          <w:b w:val="0"/>
          <w:sz w:val="20"/>
        </w:rPr>
        <w:t>Client Name: ___________________________________________________________</w:t>
      </w:r>
    </w:p>
    <w:p>
      <w:r>
        <w:rPr>
          <w:b w:val="0"/>
          <w:sz w:val="20"/>
        </w:rPr>
        <w:t>Company Name (if applicable): 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Subject: Notification of Price Increase</w:t>
      </w:r>
    </w:p>
    <w:p/>
    <w:p>
      <w:r>
        <w:rPr>
          <w:b w:val="0"/>
          <w:sz w:val="20"/>
        </w:rPr>
        <w:t>Dear Valued Customer,</w:t>
      </w:r>
    </w:p>
    <w:p/>
    <w:p>
      <w:r>
        <w:rPr>
          <w:b w:val="0"/>
          <w:sz w:val="20"/>
        </w:rPr>
        <w:t>We are writing to inform you of an upcoming adjustment to the pricing of our products/services. This notice is intended to provide full transparency and sufficient time for you to plan accordingly.</w:t>
      </w:r>
    </w:p>
    <w:p/>
    <w:p>
      <w:r>
        <w:rPr>
          <w:b/>
          <w:sz w:val="20"/>
        </w:rPr>
        <w:t>Reason for Price Increase:</w:t>
      </w:r>
    </w:p>
    <w:p>
      <w:r>
        <w:rPr>
          <w:b w:val="0"/>
          <w:sz w:val="20"/>
        </w:rPr>
        <w:t>Due to increased costs of materials, labour, transportation, and other operational expenses, we find it necessary to revise our pricing structure to maintain the high quality and service standards you expect from us.</w:t>
      </w:r>
    </w:p>
    <w:p/>
    <w:p>
      <w:r>
        <w:rPr>
          <w:b/>
          <w:sz w:val="20"/>
        </w:rPr>
        <w:t>Details of Price Increase:</w:t>
      </w:r>
    </w:p>
    <w:p>
      <w:r>
        <w:rPr>
          <w:b w:val="0"/>
          <w:sz w:val="20"/>
        </w:rPr>
        <w:t>Effective immediately, the prices for the following products/services will be adjusted as follows:</w:t>
      </w:r>
    </w:p>
    <w:p>
      <w:r>
        <w:rPr>
          <w:b w:val="0"/>
          <w:sz w:val="20"/>
        </w:rPr>
        <w:t>Product/Service: __________________________________________________________</w:t>
      </w:r>
    </w:p>
    <w:p>
      <w:r>
        <w:rPr>
          <w:b w:val="0"/>
          <w:sz w:val="20"/>
        </w:rPr>
        <w:t>Current Price: ___________________________________________________________</w:t>
      </w:r>
    </w:p>
    <w:p>
      <w:r>
        <w:rPr>
          <w:b w:val="0"/>
          <w:sz w:val="20"/>
        </w:rPr>
        <w:t>New Price: _______________________________________________________________</w:t>
      </w:r>
    </w:p>
    <w:p>
      <w:r>
        <w:rPr>
          <w:b w:val="0"/>
          <w:sz w:val="20"/>
        </w:rPr>
        <w:t>Applicable from the date of receipt of this letter for all new orders placed thereafter.</w:t>
      </w:r>
    </w:p>
    <w:p/>
    <w:p>
      <w:r>
        <w:rPr>
          <w:b/>
          <w:sz w:val="20"/>
        </w:rPr>
        <w:t>Impact on Existing Agreements:</w:t>
      </w:r>
    </w:p>
    <w:p>
      <w:r>
        <w:rPr>
          <w:b w:val="0"/>
          <w:sz w:val="20"/>
        </w:rPr>
        <w:t>This price increase applies to new orders and renewals. Existing contracts or agreements entered into prior to this notice will be honoured under their original terms, unless otherwise stipulated in writing.</w:t>
      </w:r>
    </w:p>
    <w:p/>
    <w:p>
      <w:r>
        <w:rPr>
          <w:b/>
          <w:sz w:val="20"/>
        </w:rPr>
        <w:t>Legal Compliance and Rights:</w:t>
      </w:r>
    </w:p>
    <w:p>
      <w:r>
        <w:rPr>
          <w:b w:val="0"/>
          <w:sz w:val="20"/>
        </w:rPr>
        <w:t>This price adjustment is compliant with applicable Canadian laws and regulations governing commercial transactions and consumer protections. We reserve the right to amend pricing structures as market conditions evolve, provided prior notice is given in accordance with applicable legislation.</w:t>
      </w:r>
    </w:p>
    <w:p/>
    <w:p>
      <w:r>
        <w:rPr>
          <w:b/>
          <w:sz w:val="20"/>
        </w:rPr>
        <w:t>Payment Terms and Conditions:</w:t>
      </w:r>
    </w:p>
    <w:p>
      <w:r>
        <w:rPr>
          <w:b w:val="0"/>
          <w:sz w:val="20"/>
        </w:rPr>
        <w:t>All payments shall be made in accordance with the agreed terms outlined in your contract or purchase order. Any changes to payment terms resulting from this price adjustment will be communicated separately.</w:t>
      </w:r>
    </w:p>
    <w:p/>
    <w:p>
      <w:r>
        <w:rPr>
          <w:b/>
          <w:sz w:val="20"/>
        </w:rPr>
        <w:t>Customer Support:</w:t>
      </w:r>
    </w:p>
    <w:p>
      <w:r>
        <w:rPr>
          <w:b w:val="0"/>
          <w:sz w:val="20"/>
        </w:rPr>
        <w:t>Should you have any questions or require further clarification regarding this price increase, please contact our Customer Service Department at the phone number or email address provided above.</w:t>
      </w:r>
    </w:p>
    <w:p/>
    <w:p>
      <w:r>
        <w:rPr>
          <w:b w:val="0"/>
          <w:sz w:val="20"/>
        </w:rPr>
        <w:t>We appreciate your understanding and continued partnership. Our commitment to delivering exceptional value and service remains our highest priority.</w:t>
      </w:r>
    </w:p>
    <w:p/>
    <w:p/>
    <w:p>
      <w:r>
        <w:rPr>
          <w:b w:val="0"/>
          <w:sz w:val="20"/>
        </w:rPr>
        <w:t>Sincerely,</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Representative (Sender)</w:t>
            </w:r>
          </w:p>
        </w:tc>
        <w:tc>
          <w:tcPr>
            <w:tcW w:type="dxa" w:w="4986"/>
            <w:tcBorders>
              <w:top w:val="nil"/>
              <w:left w:val="nil"/>
              <w:bottom w:val="nil"/>
              <w:right w:val="nil"/>
              <w:insideH w:val="nil"/>
              <w:insideV w:val="nil"/>
            </w:tcBorders>
          </w:tcPr>
          <w:p>
            <w:pPr>
              <w:jc w:val="center"/>
            </w:pPr>
            <w:r>
              <w:t>Recipient (Customer)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https://legaltemplates-ca.com/price-increase-letter/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price-increase-letter/"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