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LABORATORY REQUISITION FORM</w:t>
      </w:r>
    </w:p>
    <w:p/>
    <w:p/>
    <w:p>
      <w:r>
        <w:rPr>
          <w:b/>
          <w:sz w:val="20"/>
        </w:rPr>
        <w:t>PATIENT INFORMATION</w:t>
      </w:r>
    </w:p>
    <w:tbl>
      <w:tblPr>
        <w:tblStyle w:val="TableGrid"/>
        <w:tblW w:type="auto" w:w="0"/>
        <w:tblLayout w:type="fixed"/>
        <w:tblLook w:firstColumn="1" w:firstRow="1" w:lastColumn="0" w:lastRow="0" w:noHBand="0" w:noVBand="1" w:val="04A0"/>
      </w:tblPr>
      <w:tblGrid>
        <w:gridCol w:w="2493"/>
        <w:gridCol w:w="2493"/>
        <w:gridCol w:w="2493"/>
        <w:gridCol w:w="2493"/>
      </w:tblGrid>
      <w:tr>
        <w:tc>
          <w:tcPr>
            <w:tcW w:type="dxa" w:w="2268"/>
          </w:tcPr>
          <w:p>
            <w:r>
              <w:t>Full Name:</w:t>
            </w:r>
          </w:p>
        </w:tc>
        <w:tc>
          <w:tcPr>
            <w:tcW w:type="dxa" w:w="4535"/>
          </w:tcPr>
          <w:p>
            <w:r>
              <w:t>______________________________________________________________</w:t>
            </w:r>
          </w:p>
        </w:tc>
        <w:tc>
          <w:tcPr>
            <w:tcW w:type="dxa" w:w="2268"/>
          </w:tcPr>
          <w:p>
            <w:r>
              <w:t>Date of Birth:</w:t>
            </w:r>
          </w:p>
        </w:tc>
        <w:tc>
          <w:tcPr>
            <w:tcW w:type="dxa" w:w="4535"/>
          </w:tcPr>
          <w:p>
            <w:r>
              <w:t>____________________ (YYYY-MM-DD)</w:t>
            </w:r>
          </w:p>
        </w:tc>
      </w:tr>
      <w:tr>
        <w:tc>
          <w:tcPr>
            <w:tcW w:type="dxa" w:w="2268"/>
          </w:tcPr>
          <w:p>
            <w:r>
              <w:t>Health Card No.:</w:t>
            </w:r>
          </w:p>
        </w:tc>
        <w:tc>
          <w:tcPr>
            <w:tcW w:type="dxa" w:w="4535"/>
          </w:tcPr>
          <w:p>
            <w:r>
              <w:t>______________________________________________________________</w:t>
            </w:r>
          </w:p>
        </w:tc>
        <w:tc>
          <w:tcPr>
            <w:tcW w:type="dxa" w:w="2268"/>
          </w:tcPr>
          <w:p>
            <w:r>
              <w:t>Sex:</w:t>
            </w:r>
          </w:p>
        </w:tc>
        <w:tc>
          <w:tcPr>
            <w:tcW w:type="dxa" w:w="4535"/>
          </w:tcPr>
          <w:p>
            <w:r>
              <w:t>____________________ (M/F/Other)</w:t>
            </w:r>
          </w:p>
        </w:tc>
      </w:tr>
      <w:tr>
        <w:tc>
          <w:tcPr>
            <w:tcW w:type="dxa" w:w="2268"/>
          </w:tcPr>
          <w:p>
            <w:r>
              <w:t>Address:</w:t>
            </w:r>
          </w:p>
        </w:tc>
        <w:tc>
          <w:tcPr>
            <w:tcW w:type="dxa" w:w="11338"/>
            <w:gridSpan w:val="3"/>
          </w:tcPr>
          <w:p>
            <w:r>
              <w:t>______________________________________________________________</w:t>
            </w:r>
          </w:p>
        </w:tc>
      </w:tr>
      <w:tr>
        <w:tc>
          <w:tcPr>
            <w:tcW w:type="dxa" w:w="2268"/>
          </w:tcPr>
          <w:p>
            <w:r>
              <w:t>Phone Number:</w:t>
            </w:r>
          </w:p>
        </w:tc>
        <w:tc>
          <w:tcPr>
            <w:tcW w:type="dxa" w:w="4535"/>
          </w:tcPr>
          <w:p>
            <w:r>
              <w:t>____________________________</w:t>
            </w:r>
          </w:p>
        </w:tc>
        <w:tc>
          <w:tcPr>
            <w:tcW w:type="dxa" w:w="2268"/>
          </w:tcPr>
          <w:p>
            <w:r>
              <w:t>Email:</w:t>
            </w:r>
          </w:p>
        </w:tc>
        <w:tc>
          <w:tcPr>
            <w:tcW w:type="dxa" w:w="4535"/>
          </w:tcPr>
          <w:p>
            <w:r>
              <w:t>________________________________________________</w:t>
            </w:r>
          </w:p>
        </w:tc>
      </w:tr>
      <w:tr>
        <w:tc>
          <w:tcPr>
            <w:tcW w:type="dxa" w:w="2268"/>
          </w:tcPr>
          <w:p>
            <w:r>
              <w:t>Patient ID (if applicable):</w:t>
            </w:r>
          </w:p>
        </w:tc>
        <w:tc>
          <w:tcPr>
            <w:tcW w:type="dxa" w:w="4535"/>
          </w:tcPr>
          <w:p>
            <w:r>
              <w:t>______________________________________________</w:t>
            </w:r>
          </w:p>
        </w:tc>
        <w:tc>
          <w:tcPr>
            <w:tcW w:type="dxa" w:w="2268"/>
          </w:tcPr>
          <w:p>
            <w:r/>
          </w:p>
        </w:tc>
        <w:tc>
          <w:tcPr>
            <w:tcW w:type="dxa" w:w="4535"/>
          </w:tcPr>
          <w:p>
            <w:r/>
          </w:p>
        </w:tc>
      </w:tr>
    </w:tbl>
    <w:p/>
    <w:p/>
    <w:p>
      <w:r>
        <w:rPr>
          <w:b/>
          <w:sz w:val="20"/>
        </w:rPr>
        <w:t>ORDERING PHYSICIAN INFORMATION</w:t>
      </w:r>
    </w:p>
    <w:tbl>
      <w:tblPr>
        <w:tblStyle w:val="TableGrid"/>
        <w:tblW w:type="auto" w:w="0"/>
        <w:tblLayout w:type="fixed"/>
        <w:tblLook w:firstColumn="1" w:firstRow="1" w:lastColumn="0" w:lastRow="0" w:noHBand="0" w:noVBand="1" w:val="04A0"/>
      </w:tblPr>
      <w:tblGrid>
        <w:gridCol w:w="2493"/>
        <w:gridCol w:w="2493"/>
        <w:gridCol w:w="2493"/>
        <w:gridCol w:w="2493"/>
      </w:tblGrid>
      <w:tr>
        <w:tc>
          <w:tcPr>
            <w:tcW w:type="dxa" w:w="2268"/>
          </w:tcPr>
          <w:p>
            <w:r>
              <w:t>Physician Name:</w:t>
            </w:r>
          </w:p>
        </w:tc>
        <w:tc>
          <w:tcPr>
            <w:tcW w:type="dxa" w:w="4535"/>
          </w:tcPr>
          <w:p>
            <w:r>
              <w:t>______________________________________________________________</w:t>
            </w:r>
          </w:p>
        </w:tc>
        <w:tc>
          <w:tcPr>
            <w:tcW w:type="dxa" w:w="2268"/>
          </w:tcPr>
          <w:p>
            <w:r>
              <w:t>License Number:</w:t>
            </w:r>
          </w:p>
        </w:tc>
        <w:tc>
          <w:tcPr>
            <w:tcW w:type="dxa" w:w="4535"/>
          </w:tcPr>
          <w:p>
            <w:r>
              <w:t>____________________________</w:t>
            </w:r>
          </w:p>
        </w:tc>
      </w:tr>
      <w:tr>
        <w:tc>
          <w:tcPr>
            <w:tcW w:type="dxa" w:w="2268"/>
          </w:tcPr>
          <w:p>
            <w:r>
              <w:t>Clinic/Hospital:</w:t>
            </w:r>
          </w:p>
        </w:tc>
        <w:tc>
          <w:tcPr>
            <w:tcW w:type="dxa" w:w="11338"/>
            <w:gridSpan w:val="3"/>
          </w:tcPr>
          <w:p>
            <w:r>
              <w:t>______________________________________________________________</w:t>
            </w:r>
          </w:p>
        </w:tc>
      </w:tr>
      <w:tr>
        <w:tc>
          <w:tcPr>
            <w:tcW w:type="dxa" w:w="2268"/>
          </w:tcPr>
          <w:p>
            <w:r>
              <w:t>Phone Number:</w:t>
            </w:r>
          </w:p>
        </w:tc>
        <w:tc>
          <w:tcPr>
            <w:tcW w:type="dxa" w:w="4535"/>
          </w:tcPr>
          <w:p>
            <w:r>
              <w:t>____________________________</w:t>
            </w:r>
          </w:p>
        </w:tc>
        <w:tc>
          <w:tcPr>
            <w:tcW w:type="dxa" w:w="2268"/>
          </w:tcPr>
          <w:p>
            <w:r>
              <w:t>Fax Number:</w:t>
            </w:r>
          </w:p>
        </w:tc>
        <w:tc>
          <w:tcPr>
            <w:tcW w:type="dxa" w:w="4535"/>
          </w:tcPr>
          <w:p>
            <w:r>
              <w:t>____________________________</w:t>
            </w:r>
          </w:p>
        </w:tc>
      </w:tr>
      <w:tr>
        <w:tc>
          <w:tcPr>
            <w:tcW w:type="dxa" w:w="2268"/>
          </w:tcPr>
          <w:p>
            <w:r>
              <w:t>Email:</w:t>
            </w:r>
          </w:p>
        </w:tc>
        <w:tc>
          <w:tcPr>
            <w:tcW w:type="dxa" w:w="11338"/>
            <w:gridSpan w:val="3"/>
          </w:tcPr>
          <w:p>
            <w:r>
              <w:t>______________________________________________________________</w:t>
            </w:r>
          </w:p>
        </w:tc>
      </w:tr>
    </w:tbl>
    <w:p/>
    <w:p/>
    <w:p>
      <w:r>
        <w:rPr>
          <w:b/>
          <w:sz w:val="20"/>
        </w:rPr>
        <w:t>TESTS REQUESTED</w:t>
      </w:r>
    </w:p>
    <w:tbl>
      <w:tblPr>
        <w:tblStyle w:val="TableGrid"/>
        <w:tblW w:type="auto" w:w="0"/>
        <w:tblLayout w:type="fixed"/>
        <w:tblLook w:firstColumn="1" w:firstRow="1" w:lastColumn="0" w:lastRow="0" w:noHBand="0" w:noVBand="1" w:val="04A0"/>
      </w:tblPr>
      <w:tblGrid>
        <w:gridCol w:w="3324"/>
        <w:gridCol w:w="3324"/>
        <w:gridCol w:w="3324"/>
      </w:tblGrid>
      <w:tr>
        <w:tc>
          <w:tcPr>
            <w:tcW w:type="dxa" w:w="2835"/>
          </w:tcPr>
          <w:p>
            <w:r>
              <w:t>Test Name</w:t>
            </w:r>
          </w:p>
        </w:tc>
        <w:tc>
          <w:tcPr>
            <w:tcW w:type="dxa" w:w="1134"/>
          </w:tcPr>
          <w:p>
            <w:r>
              <w:t>Qty</w:t>
            </w:r>
          </w:p>
        </w:tc>
        <w:tc>
          <w:tcPr>
            <w:tcW w:type="dxa" w:w="6236"/>
          </w:tcPr>
          <w:p>
            <w:r>
              <w:t>Notes / Special Instructions</w:t>
            </w:r>
          </w:p>
        </w:tc>
      </w:tr>
      <w:tr>
        <w:tc>
          <w:tcPr>
            <w:tcW w:type="dxa" w:w="2835"/>
          </w:tcPr>
          <w:p>
            <w:r>
              <w:t>Complete Blood Count (CBC)</w:t>
            </w:r>
          </w:p>
        </w:tc>
        <w:tc>
          <w:tcPr>
            <w:tcW w:type="dxa" w:w="1134"/>
          </w:tcPr>
          <w:p>
            <w:r/>
          </w:p>
        </w:tc>
        <w:tc>
          <w:tcPr>
            <w:tcW w:type="dxa" w:w="6236"/>
          </w:tcPr>
          <w:p>
            <w:r/>
          </w:p>
        </w:tc>
      </w:tr>
      <w:tr>
        <w:tc>
          <w:tcPr>
            <w:tcW w:type="dxa" w:w="2835"/>
          </w:tcPr>
          <w:p>
            <w:r>
              <w:t>Basic Metabolic Panel (BMP)</w:t>
            </w:r>
          </w:p>
        </w:tc>
        <w:tc>
          <w:tcPr>
            <w:tcW w:type="dxa" w:w="1134"/>
          </w:tcPr>
          <w:p>
            <w:r/>
          </w:p>
        </w:tc>
        <w:tc>
          <w:tcPr>
            <w:tcW w:type="dxa" w:w="6236"/>
          </w:tcPr>
          <w:p>
            <w:r/>
          </w:p>
        </w:tc>
      </w:tr>
      <w:tr>
        <w:tc>
          <w:tcPr>
            <w:tcW w:type="dxa" w:w="2835"/>
          </w:tcPr>
          <w:p>
            <w:r>
              <w:t>Lipid Profile</w:t>
            </w:r>
          </w:p>
        </w:tc>
        <w:tc>
          <w:tcPr>
            <w:tcW w:type="dxa" w:w="1134"/>
          </w:tcPr>
          <w:p>
            <w:r/>
          </w:p>
        </w:tc>
        <w:tc>
          <w:tcPr>
            <w:tcW w:type="dxa" w:w="6236"/>
          </w:tcPr>
          <w:p>
            <w:r/>
          </w:p>
        </w:tc>
      </w:tr>
      <w:tr>
        <w:tc>
          <w:tcPr>
            <w:tcW w:type="dxa" w:w="2835"/>
          </w:tcPr>
          <w:p>
            <w:r>
              <w:t>Liver Function Tests (LFT)</w:t>
            </w:r>
          </w:p>
        </w:tc>
        <w:tc>
          <w:tcPr>
            <w:tcW w:type="dxa" w:w="1134"/>
          </w:tcPr>
          <w:p>
            <w:r/>
          </w:p>
        </w:tc>
        <w:tc>
          <w:tcPr>
            <w:tcW w:type="dxa" w:w="6236"/>
          </w:tcPr>
          <w:p>
            <w:r/>
          </w:p>
        </w:tc>
      </w:tr>
      <w:tr>
        <w:tc>
          <w:tcPr>
            <w:tcW w:type="dxa" w:w="2835"/>
          </w:tcPr>
          <w:p>
            <w:r>
              <w:t>Thyroid Stimulating Hormone (TSH)</w:t>
            </w:r>
          </w:p>
        </w:tc>
        <w:tc>
          <w:tcPr>
            <w:tcW w:type="dxa" w:w="1134"/>
          </w:tcPr>
          <w:p>
            <w:r/>
          </w:p>
        </w:tc>
        <w:tc>
          <w:tcPr>
            <w:tcW w:type="dxa" w:w="6236"/>
          </w:tcPr>
          <w:p>
            <w:r/>
          </w:p>
        </w:tc>
      </w:tr>
      <w:tr>
        <w:tc>
          <w:tcPr>
            <w:tcW w:type="dxa" w:w="2835"/>
          </w:tcPr>
          <w:p>
            <w:r>
              <w:t>Hemoglobin A1c (HbA1c)</w:t>
            </w:r>
          </w:p>
        </w:tc>
        <w:tc>
          <w:tcPr>
            <w:tcW w:type="dxa" w:w="1134"/>
          </w:tcPr>
          <w:p>
            <w:r/>
          </w:p>
        </w:tc>
        <w:tc>
          <w:tcPr>
            <w:tcW w:type="dxa" w:w="6236"/>
          </w:tcPr>
          <w:p>
            <w:r/>
          </w:p>
        </w:tc>
      </w:tr>
      <w:tr>
        <w:tc>
          <w:tcPr>
            <w:tcW w:type="dxa" w:w="2835"/>
          </w:tcPr>
          <w:p>
            <w:r>
              <w:t>Urinalysis</w:t>
            </w:r>
          </w:p>
        </w:tc>
        <w:tc>
          <w:tcPr>
            <w:tcW w:type="dxa" w:w="1134"/>
          </w:tcPr>
          <w:p>
            <w:r/>
          </w:p>
        </w:tc>
        <w:tc>
          <w:tcPr>
            <w:tcW w:type="dxa" w:w="6236"/>
          </w:tcPr>
          <w:p>
            <w:r/>
          </w:p>
        </w:tc>
      </w:tr>
      <w:tr>
        <w:tc>
          <w:tcPr>
            <w:tcW w:type="dxa" w:w="2835"/>
          </w:tcPr>
          <w:p>
            <w:r>
              <w:t>Coagulation Profile</w:t>
            </w:r>
          </w:p>
        </w:tc>
        <w:tc>
          <w:tcPr>
            <w:tcW w:type="dxa" w:w="1134"/>
          </w:tcPr>
          <w:p>
            <w:r/>
          </w:p>
        </w:tc>
        <w:tc>
          <w:tcPr>
            <w:tcW w:type="dxa" w:w="6236"/>
          </w:tcPr>
          <w:p>
            <w:r/>
          </w:p>
        </w:tc>
      </w:tr>
      <w:tr>
        <w:tc>
          <w:tcPr>
            <w:tcW w:type="dxa" w:w="2835"/>
          </w:tcPr>
          <w:p>
            <w:r>
              <w:t>Vitamin D Level</w:t>
            </w:r>
          </w:p>
        </w:tc>
        <w:tc>
          <w:tcPr>
            <w:tcW w:type="dxa" w:w="1134"/>
          </w:tcPr>
          <w:p>
            <w:r/>
          </w:p>
        </w:tc>
        <w:tc>
          <w:tcPr>
            <w:tcW w:type="dxa" w:w="6236"/>
          </w:tcPr>
          <w:p>
            <w:r/>
          </w:p>
        </w:tc>
      </w:tr>
      <w:tr>
        <w:tc>
          <w:tcPr>
            <w:tcW w:type="dxa" w:w="2835"/>
          </w:tcPr>
          <w:p>
            <w:r>
              <w:t>C-Reactive Protein (CRP)</w:t>
            </w:r>
          </w:p>
        </w:tc>
        <w:tc>
          <w:tcPr>
            <w:tcW w:type="dxa" w:w="1134"/>
          </w:tcPr>
          <w:p>
            <w:r/>
          </w:p>
        </w:tc>
        <w:tc>
          <w:tcPr>
            <w:tcW w:type="dxa" w:w="6236"/>
          </w:tcPr>
          <w:p>
            <w:r/>
          </w:p>
        </w:tc>
      </w:tr>
      <w:tr>
        <w:tc>
          <w:tcPr>
            <w:tcW w:type="dxa" w:w="2835"/>
          </w:tcPr>
          <w:p>
            <w:r>
              <w:t>Blood Culture</w:t>
            </w:r>
          </w:p>
        </w:tc>
        <w:tc>
          <w:tcPr>
            <w:tcW w:type="dxa" w:w="1134"/>
          </w:tcPr>
          <w:p>
            <w:r/>
          </w:p>
        </w:tc>
        <w:tc>
          <w:tcPr>
            <w:tcW w:type="dxa" w:w="6236"/>
          </w:tcPr>
          <w:p>
            <w:r/>
          </w:p>
        </w:tc>
      </w:tr>
    </w:tbl>
    <w:p/>
    <w:p/>
    <w:p>
      <w:r>
        <w:rPr>
          <w:b/>
          <w:sz w:val="20"/>
        </w:rPr>
        <w:t>CLINICAL INFORMATION / REASON FOR TESTING</w:t>
      </w:r>
    </w:p>
    <w:p>
      <w:r>
        <w:rPr>
          <w:sz w:val="20"/>
        </w:rPr>
        <w:t>______________________________________________________________________________________________</w:t>
      </w:r>
    </w:p>
    <w:p/>
    <w:p>
      <w:r>
        <w:rPr>
          <w:sz w:val="20"/>
        </w:rPr>
        <w:t>______________________________________________________________________________________________</w:t>
      </w:r>
    </w:p>
    <w:p/>
    <w:p>
      <w:r>
        <w:rPr>
          <w:sz w:val="20"/>
        </w:rPr>
        <w:t>______________________________________________________________________________________________</w:t>
      </w:r>
    </w:p>
    <w:p/>
    <w:p/>
    <w:p>
      <w:r>
        <w:rPr>
          <w:b/>
          <w:sz w:val="20"/>
        </w:rPr>
        <w:t>SPECIMEN COLLECTION DETAILS</w:t>
      </w:r>
    </w:p>
    <w:tbl>
      <w:tblPr>
        <w:tblStyle w:val="TableGrid"/>
        <w:tblW w:type="auto" w:w="0"/>
        <w:tblLayout w:type="fixed"/>
        <w:tblLook w:firstColumn="1" w:firstRow="1" w:lastColumn="0" w:lastRow="0" w:noHBand="0" w:noVBand="1" w:val="04A0"/>
      </w:tblPr>
      <w:tblGrid>
        <w:gridCol w:w="2493"/>
        <w:gridCol w:w="2493"/>
        <w:gridCol w:w="2493"/>
        <w:gridCol w:w="2493"/>
      </w:tblGrid>
      <w:tr>
        <w:tc>
          <w:tcPr>
            <w:tcW w:type="dxa" w:w="2268"/>
          </w:tcPr>
          <w:p>
            <w:r>
              <w:t>Specimen Type:</w:t>
            </w:r>
          </w:p>
        </w:tc>
        <w:tc>
          <w:tcPr>
            <w:tcW w:type="dxa" w:w="4535"/>
          </w:tcPr>
          <w:p>
            <w:r>
              <w:t>______________________________________________________________</w:t>
            </w:r>
          </w:p>
        </w:tc>
        <w:tc>
          <w:tcPr>
            <w:tcW w:type="dxa" w:w="2268"/>
          </w:tcPr>
          <w:p>
            <w:r>
              <w:t>Collection Date:</w:t>
            </w:r>
          </w:p>
        </w:tc>
        <w:tc>
          <w:tcPr>
            <w:tcW w:type="dxa" w:w="4535"/>
          </w:tcPr>
          <w:p>
            <w:r>
              <w:t>____________________ (YYYY-MM-DD)</w:t>
            </w:r>
          </w:p>
        </w:tc>
      </w:tr>
      <w:tr>
        <w:tc>
          <w:tcPr>
            <w:tcW w:type="dxa" w:w="2268"/>
          </w:tcPr>
          <w:p>
            <w:r>
              <w:t>Collection Time:</w:t>
            </w:r>
          </w:p>
        </w:tc>
        <w:tc>
          <w:tcPr>
            <w:tcW w:type="dxa" w:w="4535"/>
          </w:tcPr>
          <w:p>
            <w:r>
              <w:t>____________________ (HH:MM 24h format)</w:t>
            </w:r>
          </w:p>
        </w:tc>
        <w:tc>
          <w:tcPr>
            <w:tcW w:type="dxa" w:w="2268"/>
          </w:tcPr>
          <w:p>
            <w:r>
              <w:t>Collector Name:</w:t>
            </w:r>
          </w:p>
        </w:tc>
        <w:tc>
          <w:tcPr>
            <w:tcW w:type="dxa" w:w="4535"/>
          </w:tcPr>
          <w:p>
            <w:r>
              <w:t>________________________________________________</w:t>
            </w:r>
          </w:p>
        </w:tc>
      </w:tr>
      <w:tr>
        <w:tc>
          <w:tcPr>
            <w:tcW w:type="dxa" w:w="2268"/>
          </w:tcPr>
          <w:p>
            <w:r>
              <w:t>Fasting Status:</w:t>
            </w:r>
          </w:p>
        </w:tc>
        <w:tc>
          <w:tcPr>
            <w:tcW w:type="dxa" w:w="4535"/>
          </w:tcPr>
          <w:p>
            <w:r>
              <w:t>_____________________________ (Yes/No)</w:t>
            </w:r>
          </w:p>
        </w:tc>
        <w:tc>
          <w:tcPr>
            <w:tcW w:type="dxa" w:w="2268"/>
          </w:tcPr>
          <w:p>
            <w:r>
              <w:t>Medications:</w:t>
            </w:r>
          </w:p>
        </w:tc>
        <w:tc>
          <w:tcPr>
            <w:tcW w:type="dxa" w:w="4535"/>
          </w:tcPr>
          <w:p>
            <w:r>
              <w:t>______________________________________________________________</w:t>
            </w:r>
          </w:p>
        </w:tc>
      </w:tr>
      <w:tr>
        <w:tc>
          <w:tcPr>
            <w:tcW w:type="dxa" w:w="2268"/>
          </w:tcPr>
          <w:p>
            <w:r>
              <w:t>Additional Notes:</w:t>
            </w:r>
          </w:p>
        </w:tc>
        <w:tc>
          <w:tcPr>
            <w:tcW w:type="dxa" w:w="11338"/>
            <w:gridSpan w:val="3"/>
          </w:tcPr>
          <w:p>
            <w:r>
              <w:t>______________________________________________________________</w:t>
            </w:r>
          </w:p>
        </w:tc>
      </w:tr>
      <w:tr>
        <w:tc>
          <w:tcPr>
            <w:tcW w:type="dxa" w:w="2268"/>
          </w:tcPr>
          <w:p>
            <w:r/>
          </w:p>
        </w:tc>
        <w:tc>
          <w:tcPr>
            <w:tcW w:type="dxa" w:w="11338"/>
            <w:gridSpan w:val="3"/>
          </w:tcPr>
          <w:p>
            <w:r/>
          </w:p>
        </w:tc>
      </w:tr>
    </w:tbl>
    <w:p/>
    <w:p/>
    <w:p>
      <w:r>
        <w:rPr>
          <w:b/>
          <w:sz w:val="20"/>
        </w:rPr>
        <w:t>CONSENT AND DECLARATION</w:t>
      </w:r>
    </w:p>
    <w:p>
      <w:r>
        <w:rPr>
          <w:b w:val="0"/>
          <w:sz w:val="20"/>
        </w:rPr>
        <w:t>I hereby authorize the performing laboratory to carry out the requested tests and release the results to the ordering physician. I understand that my personal health information will be handled confidentially and in accordance with applicable Canadian laws, including the Personal Information Protection and Electronic Documents Act (PIPEDA). I acknowledge that I have been informed about the purpose and nature of the tests requested.</w:t>
      </w:r>
    </w:p>
    <w:p/>
    <w:p/>
    <w:p>
      <w:r>
        <w:rPr>
          <w:b/>
          <w:sz w:val="20"/>
        </w:rPr>
        <w:t>SIGNATURES</w:t>
      </w:r>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Patient / Legal Guardian</w:t>
            </w:r>
          </w:p>
        </w:tc>
        <w:tc>
          <w:tcPr>
            <w:tcW w:type="dxa" w:w="4986"/>
            <w:tcBorders>
              <w:top w:val="nil"/>
              <w:left w:val="nil"/>
              <w:bottom w:val="nil"/>
              <w:right w:val="nil"/>
              <w:insideH w:val="nil"/>
              <w:insideV w:val="nil"/>
            </w:tcBorders>
          </w:tcPr>
          <w:p>
            <w:pPr>
              <w:jc w:val="center"/>
            </w:pPr>
            <w:r>
              <w:t>Ordering Physician</w:t>
            </w:r>
          </w:p>
        </w:tc>
      </w:tr>
      <w:tr>
        <w:tc>
          <w:tcPr>
            <w:tcW w:type="dxa" w:w="4986"/>
            <w:tcBorders>
              <w:top w:val="nil"/>
              <w:left w:val="nil"/>
              <w:bottom w:val="nil"/>
              <w:right w:val="nil"/>
              <w:insideH w:val="nil"/>
              <w:insideV w:val="nil"/>
            </w:tcBorders>
          </w:tcPr>
          <w:p>
            <w:pPr>
              <w:jc w:val="center"/>
            </w:pPr>
            <w:r>
              <w:br/>
              <w:br/>
              <w:t>Signature: ________________________________</w:t>
            </w:r>
          </w:p>
        </w:tc>
        <w:tc>
          <w:tcPr>
            <w:tcW w:type="dxa" w:w="4986"/>
            <w:tcBorders>
              <w:top w:val="nil"/>
              <w:left w:val="nil"/>
              <w:bottom w:val="nil"/>
              <w:right w:val="nil"/>
              <w:insideH w:val="nil"/>
              <w:insideV w:val="nil"/>
            </w:tcBorders>
          </w:tcPr>
          <w:p>
            <w:pPr>
              <w:jc w:val="center"/>
            </w:pPr>
            <w:r>
              <w:br/>
              <w:br/>
              <w:t>Signature: ________________________________</w:t>
            </w:r>
          </w:p>
        </w:tc>
      </w:tr>
      <w:tr>
        <w:tc>
          <w:tcPr>
            <w:tcW w:type="dxa" w:w="4986"/>
            <w:tcBorders>
              <w:top w:val="nil"/>
              <w:left w:val="nil"/>
              <w:bottom w:val="nil"/>
              <w:right w:val="nil"/>
              <w:insideH w:val="nil"/>
              <w:insideV w:val="nil"/>
            </w:tcBorders>
          </w:tcPr>
          <w:p>
            <w:pPr>
              <w:jc w:val="center"/>
            </w:pPr>
            <w:r>
              <w:t>Print Name: ________________________________</w:t>
            </w:r>
          </w:p>
        </w:tc>
        <w:tc>
          <w:tcPr>
            <w:tcW w:type="dxa" w:w="4986"/>
            <w:tcBorders>
              <w:top w:val="nil"/>
              <w:left w:val="nil"/>
              <w:bottom w:val="nil"/>
              <w:right w:val="nil"/>
              <w:insideH w:val="nil"/>
              <w:insideV w:val="nil"/>
            </w:tcBorders>
          </w:tcPr>
          <w:p>
            <w:pPr>
              <w:jc w:val="center"/>
            </w:pPr>
            <w:r>
              <w:t>Print Name: ________________________________</w:t>
            </w:r>
          </w:p>
        </w:tc>
      </w:tr>
    </w:tbl>
    <w:p/>
    <w:p/>
    <w:p>
      <w:r>
        <w:rPr>
          <w:b/>
          <w:sz w:val="20"/>
        </w:rPr>
        <w:t>INSTRUCTIONS FOR PATIENT</w:t>
      </w:r>
    </w:p>
    <w:p>
      <w:r>
        <w:rPr>
          <w:b w:val="0"/>
          <w:sz w:val="20"/>
        </w:rPr>
        <w:t>• Please arrive on time for specimen collection.</w:t>
      </w:r>
    </w:p>
    <w:p>
      <w:r>
        <w:rPr>
          <w:b w:val="0"/>
          <w:sz w:val="20"/>
        </w:rPr>
        <w:t>• Follow any fasting or preparation instructions provided by your healthcare provider.</w:t>
      </w:r>
    </w:p>
    <w:p>
      <w:r>
        <w:rPr>
          <w:b w:val="0"/>
          <w:sz w:val="20"/>
        </w:rPr>
        <w:t>• Inform the collector of any medications or health conditions that might affect test results.</w:t>
      </w:r>
    </w:p>
    <w:p>
      <w:r>
        <w:rPr>
          <w:b w:val="0"/>
          <w:sz w:val="20"/>
        </w:rPr>
        <w:t>• Contact your ordering physician for any questions regarding the tests requested.</w:t>
      </w:r>
    </w:p>
    <w:p/>
    <w:p>
      <w:r>
        <w:rPr>
          <w:b/>
          <w:sz w:val="20"/>
        </w:rPr>
        <w:t>INSTRUCTIONS FOR COLLECTOR</w:t>
      </w:r>
    </w:p>
    <w:p>
      <w:r>
        <w:rPr>
          <w:b w:val="0"/>
          <w:sz w:val="20"/>
        </w:rPr>
        <w:t>• Verify patient identity and match with requisition details.</w:t>
      </w:r>
    </w:p>
    <w:p>
      <w:r>
        <w:rPr>
          <w:b w:val="0"/>
          <w:sz w:val="20"/>
        </w:rPr>
        <w:t>• Collect specimens according to standard protocols and test requirements.</w:t>
      </w:r>
    </w:p>
    <w:p>
      <w:r>
        <w:rPr>
          <w:b w:val="0"/>
          <w:sz w:val="20"/>
        </w:rPr>
        <w:t>• Ensure proper labeling and handling of specimens.</w:t>
      </w:r>
    </w:p>
    <w:p>
      <w:r>
        <w:rPr>
          <w:b w:val="0"/>
          <w:sz w:val="20"/>
        </w:rPr>
        <w:t>• Complete all required fields on this form accurately.</w:t>
      </w:r>
    </w:p>
    <w:p/>
    <w:p>
      <w:r>
        <w:rPr>
          <w:b/>
          <w:sz w:val="20"/>
        </w:rPr>
        <w:t>LEGAL DISCLAIMER</w:t>
      </w:r>
    </w:p>
    <w:p>
      <w:r>
        <w:rPr>
          <w:b w:val="0"/>
          <w:sz w:val="20"/>
        </w:rPr>
        <w:t>This Laboratory Requisition Form complies with Canadian federal and provincial laws, including but not limited to the Personal Information Protection and Electronic Documents Act (PIPEDA) and applicable healthcare regulations. The ordering physician affirms that the tests requested are medically necessary and consent has been obtained from the patient or legal guardian where required. The laboratory is authorized to conduct the specified tests and release results as per privacy legislation and professional standards.</w:t>
      </w:r>
    </w:p>
    <w:p/>
    <w:p/>
    <w:p>
      <w:r>
        <w:br w:type="page"/>
      </w:r>
    </w:p>
    <w:p>
      <w:pPr>
        <w:jc w:val="center"/>
      </w:pPr>
      <w:r>
        <w:rPr>
          <w:color w:val="555555"/>
          <w:sz w:val="24"/>
        </w:rPr>
        <w:t>Original source of this document:</w:t>
      </w:r>
    </w:p>
    <w:p>
      <w:pPr>
        <w:jc w:val="center"/>
      </w:pPr>
      <w:hyperlink r:id="rId9">
        <w:r>
          <w:rPr>
            <w:color w:val="0000FF"/>
            <w:u w:val="single"/>
          </w:rPr>
          <w:t>https://legaltemplates-ca.com/printable-lab-requisition-form/</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https://legaltemplates-ca.com</w:t>
        </w:r>
      </w:hyperlink>
    </w:p>
    <w:p>
      <w:pPr>
        <w:jc w:val="center"/>
      </w:pPr>
      <w:r>
        <w:rPr>
          <w:color w:val="808080"/>
          <w:sz w:val="20"/>
        </w:rPr>
        <w:t>This template is intended exclusively for personal, non-commercial use.</w:t>
        <w:br/>
        <w:t>If distributed or published, the source must be mentioned. © legaltemplates-ca.com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galtemplates-ca.com/printable-lab-requisition-form/" TargetMode="External"/><Relationship Id="rId10" Type="http://schemas.openxmlformats.org/officeDocument/2006/relationships/hyperlink" Target="https://legaltemplates-c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