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RENTAL APPLICATION FORM</w:t>
      </w:r>
    </w:p>
    <w:p/>
    <w:p/>
    <w:p>
      <w:r>
        <w:rPr>
          <w:b/>
          <w:sz w:val="22"/>
        </w:rPr>
        <w:t>Applicant Information</w:t>
      </w:r>
    </w:p>
    <w:p>
      <w:r>
        <w:rPr>
          <w:b w:val="0"/>
          <w:sz w:val="20"/>
        </w:rPr>
        <w:t>Full Legal Name: ____________________________________________________________</w:t>
      </w:r>
    </w:p>
    <w:p>
      <w:r>
        <w:rPr>
          <w:b w:val="0"/>
          <w:sz w:val="20"/>
        </w:rPr>
        <w:t>Date of Birth (DD/MM/YYYY): _________________________________________________</w:t>
      </w:r>
    </w:p>
    <w:p>
      <w:r>
        <w:rPr>
          <w:b w:val="0"/>
          <w:sz w:val="20"/>
        </w:rPr>
        <w:t>Social Insurance Number (SIN): ______________________________________________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r>
        <w:rPr>
          <w:b w:val="0"/>
          <w:sz w:val="20"/>
        </w:rPr>
        <w:t>Current Address:</w:t>
      </w:r>
    </w:p>
    <w:p>
      <w:r>
        <w:rPr>
          <w:b w:val="0"/>
          <w:sz w:val="20"/>
        </w:rPr>
        <w:t>Street Address: ______________________________________________________________</w:t>
      </w:r>
    </w:p>
    <w:p>
      <w:r>
        <w:rPr>
          <w:b w:val="0"/>
          <w:sz w:val="20"/>
        </w:rPr>
        <w:t>City: ___________________________ Province: ______________ Postal Code: ________</w:t>
      </w:r>
    </w:p>
    <w:p>
      <w:r>
        <w:rPr>
          <w:b w:val="0"/>
          <w:sz w:val="20"/>
        </w:rPr>
        <w:t>Length of Residence: ______________ Years ________ Months</w:t>
      </w:r>
    </w:p>
    <w:p>
      <w:r>
        <w:rPr>
          <w:b w:val="0"/>
          <w:sz w:val="20"/>
        </w:rPr>
        <w:t>Landlord Name: ______________________________________________________________</w:t>
      </w:r>
    </w:p>
    <w:p>
      <w:r>
        <w:rPr>
          <w:b w:val="0"/>
          <w:sz w:val="20"/>
        </w:rPr>
        <w:t>Landlord Phone Number: ______________________________________________________</w:t>
      </w:r>
    </w:p>
    <w:p/>
    <w:p>
      <w:r>
        <w:rPr>
          <w:b/>
          <w:sz w:val="22"/>
        </w:rPr>
        <w:t>Employment Information</w:t>
      </w:r>
    </w:p>
    <w:p>
      <w:r>
        <w:rPr>
          <w:b w:val="0"/>
          <w:sz w:val="20"/>
        </w:rPr>
        <w:t>Current Employer: ____________________________________________________________</w:t>
      </w:r>
    </w:p>
    <w:p>
      <w:r>
        <w:rPr>
          <w:b w:val="0"/>
          <w:sz w:val="20"/>
        </w:rPr>
        <w:t>Position/Title: _______________________________________________________________</w:t>
      </w:r>
    </w:p>
    <w:p>
      <w:r>
        <w:rPr>
          <w:b w:val="0"/>
          <w:sz w:val="20"/>
        </w:rPr>
        <w:t>Employer Address:</w:t>
      </w:r>
    </w:p>
    <w:p>
      <w:r>
        <w:rPr>
          <w:b w:val="0"/>
          <w:sz w:val="20"/>
        </w:rPr>
        <w:t>Street Address: ______________________________________________________________</w:t>
      </w:r>
    </w:p>
    <w:p>
      <w:r>
        <w:rPr>
          <w:b w:val="0"/>
          <w:sz w:val="20"/>
        </w:rPr>
        <w:t>City: ___________________________ Province: ______________ Postal Code: ________</w:t>
      </w:r>
    </w:p>
    <w:p>
      <w:r>
        <w:rPr>
          <w:b w:val="0"/>
          <w:sz w:val="20"/>
        </w:rPr>
        <w:t>Employer Phone Number: ______________________________________________________</w:t>
      </w:r>
    </w:p>
    <w:p>
      <w:r>
        <w:rPr>
          <w:b w:val="0"/>
          <w:sz w:val="20"/>
        </w:rPr>
        <w:t>Length of Employment: ______________ Years ________ Months</w:t>
      </w:r>
    </w:p>
    <w:p>
      <w:r>
        <w:rPr>
          <w:b w:val="0"/>
          <w:sz w:val="20"/>
        </w:rPr>
        <w:t>Monthly Income Before Taxes: ________________________________________________</w:t>
      </w:r>
    </w:p>
    <w:p/>
    <w:p>
      <w:r>
        <w:rPr>
          <w:b/>
          <w:sz w:val="22"/>
        </w:rPr>
        <w:t>Additional Income (If Applicable)</w:t>
      </w:r>
    </w:p>
    <w:p>
      <w:r>
        <w:rPr>
          <w:b w:val="0"/>
          <w:sz w:val="20"/>
        </w:rPr>
        <w:t>Source: ______________________________________________________________</w:t>
      </w:r>
    </w:p>
    <w:p>
      <w:r>
        <w:rPr>
          <w:b w:val="0"/>
          <w:sz w:val="20"/>
        </w:rPr>
        <w:t>Amount: ______________________________________________________________</w:t>
      </w:r>
    </w:p>
    <w:p/>
    <w:p>
      <w:r>
        <w:rPr>
          <w:b/>
          <w:sz w:val="22"/>
        </w:rPr>
        <w:t>Rental History (Last 3 Years)</w:t>
      </w:r>
    </w:p>
    <w:p>
      <w:r>
        <w:rPr>
          <w:b w:val="0"/>
          <w:sz w:val="20"/>
        </w:rPr>
        <w:t>1. Previous Address:</w:t>
      </w:r>
    </w:p>
    <w:p>
      <w:r>
        <w:rPr>
          <w:b w:val="0"/>
          <w:sz w:val="20"/>
        </w:rPr>
        <w:t>Street Address: ______________________________________________________________</w:t>
      </w:r>
    </w:p>
    <w:p>
      <w:r>
        <w:rPr>
          <w:b w:val="0"/>
          <w:sz w:val="20"/>
        </w:rPr>
        <w:t>City: ___________________________ Province: ______________ Postal Code: ________</w:t>
      </w:r>
    </w:p>
    <w:p>
      <w:r>
        <w:rPr>
          <w:b w:val="0"/>
          <w:sz w:val="20"/>
        </w:rPr>
        <w:t>Landlord Name: ______________________________________________________________</w:t>
      </w:r>
    </w:p>
    <w:p>
      <w:r>
        <w:rPr>
          <w:b w:val="0"/>
          <w:sz w:val="20"/>
        </w:rPr>
        <w:t>Landlord Phone Number: ______________________________________________________</w:t>
      </w:r>
    </w:p>
    <w:p>
      <w:r>
        <w:rPr>
          <w:b w:val="0"/>
          <w:sz w:val="20"/>
        </w:rPr>
        <w:t>Duration of Tenancy: ______________ Years ________ Months</w:t>
      </w:r>
    </w:p>
    <w:p>
      <w:r>
        <w:rPr>
          <w:b w:val="0"/>
          <w:sz w:val="20"/>
        </w:rPr>
        <w:t>Reason for Leaving: _________________________________________________________</w:t>
      </w:r>
    </w:p>
    <w:p/>
    <w:p>
      <w:r>
        <w:rPr>
          <w:b w:val="0"/>
          <w:sz w:val="20"/>
        </w:rPr>
        <w:t>2. Previous Address:</w:t>
      </w:r>
    </w:p>
    <w:p>
      <w:r>
        <w:rPr>
          <w:b w:val="0"/>
          <w:sz w:val="20"/>
        </w:rPr>
        <w:t>Street Address: ______________________________________________________________</w:t>
      </w:r>
    </w:p>
    <w:p>
      <w:r>
        <w:rPr>
          <w:b w:val="0"/>
          <w:sz w:val="20"/>
        </w:rPr>
        <w:t>City: ___________________________ Province: ______________ Postal Code: ________</w:t>
      </w:r>
    </w:p>
    <w:p>
      <w:r>
        <w:rPr>
          <w:b w:val="0"/>
          <w:sz w:val="20"/>
        </w:rPr>
        <w:t>Landlord Name: ______________________________________________________________</w:t>
      </w:r>
    </w:p>
    <w:p>
      <w:r>
        <w:rPr>
          <w:b w:val="0"/>
          <w:sz w:val="20"/>
        </w:rPr>
        <w:t>Landlord Phone Number: ______________________________________________________</w:t>
      </w:r>
    </w:p>
    <w:p>
      <w:r>
        <w:rPr>
          <w:b w:val="0"/>
          <w:sz w:val="20"/>
        </w:rPr>
        <w:t>Duration of Tenancy: ______________ Years ________ Months</w:t>
      </w:r>
    </w:p>
    <w:p>
      <w:r>
        <w:rPr>
          <w:b w:val="0"/>
          <w:sz w:val="20"/>
        </w:rPr>
        <w:t>Reason for Leaving: _________________________________________________________</w:t>
      </w:r>
    </w:p>
    <w:p/>
    <w:p>
      <w:r>
        <w:rPr>
          <w:b/>
          <w:sz w:val="22"/>
        </w:rPr>
        <w:t>References</w:t>
      </w:r>
    </w:p>
    <w:p>
      <w:r>
        <w:rPr>
          <w:b w:val="0"/>
          <w:sz w:val="20"/>
        </w:rPr>
        <w:t>Personal Reference (Not Family):</w:t>
      </w:r>
    </w:p>
    <w:p>
      <w:r>
        <w:rPr>
          <w:b w:val="0"/>
          <w:sz w:val="20"/>
        </w:rPr>
        <w:t>Name: ______________________________________________________________</w:t>
      </w:r>
    </w:p>
    <w:p>
      <w:r>
        <w:rPr>
          <w:b w:val="0"/>
          <w:sz w:val="20"/>
        </w:rPr>
        <w:t>Relationship: ________________________________________________________</w:t>
      </w:r>
    </w:p>
    <w:p>
      <w:r>
        <w:rPr>
          <w:b w:val="0"/>
          <w:sz w:val="20"/>
        </w:rPr>
        <w:t>Phone Number: ________________________________________________________</w:t>
      </w:r>
    </w:p>
    <w:p/>
    <w:p>
      <w:r>
        <w:rPr>
          <w:b w:val="0"/>
          <w:sz w:val="20"/>
        </w:rPr>
        <w:t>Professional Reference (Optional):</w:t>
      </w:r>
    </w:p>
    <w:p>
      <w:r>
        <w:rPr>
          <w:b w:val="0"/>
          <w:sz w:val="20"/>
        </w:rPr>
        <w:t>Name: ______________________________________________________________</w:t>
      </w:r>
    </w:p>
    <w:p>
      <w:r>
        <w:rPr>
          <w:b w:val="0"/>
          <w:sz w:val="20"/>
        </w:rPr>
        <w:t>Relationship: ________________________________________________________</w:t>
      </w:r>
    </w:p>
    <w:p>
      <w:r>
        <w:rPr>
          <w:b w:val="0"/>
          <w:sz w:val="20"/>
        </w:rPr>
        <w:t>Phone Number: ________________________________________________________</w:t>
      </w:r>
    </w:p>
    <w:p/>
    <w:p>
      <w:r>
        <w:rPr>
          <w:b/>
          <w:sz w:val="22"/>
        </w:rPr>
        <w:t>Vehicle Information (If Applicable)</w:t>
      </w:r>
    </w:p>
    <w:p>
      <w:r>
        <w:rPr>
          <w:b w:val="0"/>
          <w:sz w:val="20"/>
        </w:rPr>
        <w:t>Make/Model: __________________________________________________________</w:t>
      </w:r>
    </w:p>
    <w:p>
      <w:r>
        <w:rPr>
          <w:b w:val="0"/>
          <w:sz w:val="20"/>
        </w:rPr>
        <w:t>Year: _____________________ License Plate Number: ___________________</w:t>
      </w:r>
    </w:p>
    <w:p>
      <w:r>
        <w:rPr>
          <w:b w:val="0"/>
          <w:sz w:val="20"/>
        </w:rPr>
        <w:t>State/Province of Registration: ______________________________________</w:t>
      </w:r>
    </w:p>
    <w:p/>
    <w:p>
      <w:r>
        <w:rPr>
          <w:b/>
          <w:sz w:val="22"/>
        </w:rPr>
        <w:t>Emergency Contact</w:t>
      </w:r>
    </w:p>
    <w:p>
      <w:r>
        <w:rPr>
          <w:b w:val="0"/>
          <w:sz w:val="20"/>
        </w:rPr>
        <w:t>Name: ______________________________________________________________</w:t>
      </w:r>
    </w:p>
    <w:p>
      <w:r>
        <w:rPr>
          <w:b w:val="0"/>
          <w:sz w:val="20"/>
        </w:rPr>
        <w:t>Relationship: ________________________________________________________</w:t>
      </w:r>
    </w:p>
    <w:p>
      <w:r>
        <w:rPr>
          <w:b w:val="0"/>
          <w:sz w:val="20"/>
        </w:rPr>
        <w:t>Phone Number: ________________________________________________________</w:t>
      </w:r>
    </w:p>
    <w:p/>
    <w:p>
      <w:r>
        <w:rPr>
          <w:b/>
          <w:sz w:val="22"/>
        </w:rPr>
        <w:t>Consent and Declaration</w:t>
      </w:r>
    </w:p>
    <w:p>
      <w:r>
        <w:rPr>
          <w:b w:val="0"/>
          <w:sz w:val="20"/>
        </w:rPr>
        <w:t>I hereby certify that all information provided in this Rental Application Form is true, complete, and accurate to the best of my knowledge. I authorize the landlord or their agent to verify all information provided, obtain credit reports, and contact references as necessary.</w:t>
      </w:r>
    </w:p>
    <w:p/>
    <w:p>
      <w:r>
        <w:rPr>
          <w:b w:val="0"/>
          <w:sz w:val="20"/>
        </w:rPr>
        <w:t>I acknowledge that providing false or misleading information may result in rejection of the application or termination of the tenancy agreement.</w:t>
      </w:r>
    </w:p>
    <w:p/>
    <w:p>
      <w:r>
        <w:rPr>
          <w:b w:val="0"/>
          <w:sz w:val="20"/>
        </w:rPr>
        <w:t>I understand that this application does not constitute a rental agreement or guarantee of tenancy.</w:t>
      </w:r>
    </w:p>
    <w:p/>
    <w:p>
      <w:r>
        <w:rPr>
          <w:b/>
          <w:sz w:val="22"/>
        </w:rPr>
        <w:t>Privacy Statement</w:t>
      </w:r>
    </w:p>
    <w:p>
      <w:r>
        <w:rPr>
          <w:b w:val="0"/>
          <w:sz w:val="20"/>
        </w:rPr>
        <w:t>The personal information collected in this application is necessary for the purposes of evaluating this rental application and managing the lease agreement under applicable Canadian privacy laws. This information will be used and disclosed only as permitted or required by law.</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__________________________________</w:t>
            </w:r>
          </w:p>
        </w:tc>
        <w:tc>
          <w:tcPr>
            <w:tcW w:type="dxa" w:w="4986"/>
            <w:tcBorders>
              <w:top w:val="nil"/>
              <w:left w:val="nil"/>
              <w:bottom w:val="nil"/>
              <w:right w:val="nil"/>
              <w:insideH w:val="nil"/>
              <w:insideV w:val="nil"/>
            </w:tcBorders>
          </w:tcPr>
          <w:p>
            <w:pPr>
              <w:jc w:val="center"/>
            </w:pPr>
            <w:r>
              <w:br/>
              <w:br/>
              <w:t>Date: _______________________________________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__________________________________</w:t>
            </w:r>
          </w:p>
        </w:tc>
        <w:tc>
          <w:tcPr>
            <w:tcW w:type="dxa" w:w="4986"/>
            <w:tcBorders>
              <w:top w:val="nil"/>
              <w:left w:val="nil"/>
              <w:bottom w:val="nil"/>
              <w:right w:val="nil"/>
              <w:insideH w:val="nil"/>
              <w:insideV w:val="nil"/>
            </w:tcBorders>
          </w:tcPr>
          <w:p>
            <w:pPr>
              <w:jc w:val="center"/>
            </w:pPr>
            <w:r>
              <w:t>Witness (If Required):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https://legaltemplates-ca.com/printable-rental-application-form/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printable-rental-application-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