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PROFESSIONAL REFERENCE LETTER</w:t>
      </w:r>
    </w:p>
    <w:p/>
    <w:p/>
    <w:p>
      <w:r>
        <w:rPr>
          <w:b w:val="0"/>
          <w:sz w:val="20"/>
        </w:rPr>
        <w:t>To Whom It May Concern,</w:t>
      </w:r>
    </w:p>
    <w:p/>
    <w:p>
      <w:r>
        <w:rPr>
          <w:b w:val="0"/>
          <w:sz w:val="20"/>
        </w:rPr>
        <w:t>I am writing this letter to provide a professional reference for the individual named below. This letter aims to provide an accurate and objective account of their qualifications, skills, work ethic, and character as observed during our professional association.</w:t>
      </w:r>
    </w:p>
    <w:p/>
    <w:p/>
    <w:p>
      <w:r>
        <w:rPr>
          <w:b/>
          <w:sz w:val="22"/>
        </w:rPr>
        <w:t>Referee Information:</w:t>
      </w:r>
    </w:p>
    <w:p>
      <w:r>
        <w:rPr>
          <w:b w:val="0"/>
          <w:sz w:val="20"/>
        </w:rPr>
        <w:t>Full Name: ____________________________________________________________</w:t>
      </w:r>
    </w:p>
    <w:p>
      <w:r>
        <w:rPr>
          <w:b w:val="0"/>
          <w:sz w:val="20"/>
        </w:rPr>
        <w:t>Position / Title: ______________________________________________________</w:t>
      </w:r>
    </w:p>
    <w:p>
      <w:r>
        <w:rPr>
          <w:b w:val="0"/>
          <w:sz w:val="20"/>
        </w:rPr>
        <w:t>Company / Organization: 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w:t>
      </w:r>
    </w:p>
    <w:p/>
    <w:p>
      <w:r>
        <w:rPr>
          <w:b/>
          <w:sz w:val="22"/>
        </w:rPr>
        <w:t>Candidate Information:</w:t>
      </w:r>
    </w:p>
    <w:p>
      <w:r>
        <w:rPr>
          <w:b w:val="0"/>
          <w:sz w:val="20"/>
        </w:rPr>
        <w:t>Full Name: ____________________________________________________________</w:t>
      </w:r>
    </w:p>
    <w:p>
      <w:r>
        <w:rPr>
          <w:b w:val="0"/>
          <w:sz w:val="20"/>
        </w:rPr>
        <w:t>Position Held / Relationship: ___________________________________________</w:t>
      </w:r>
    </w:p>
    <w:p>
      <w:r>
        <w:rPr>
          <w:b w:val="0"/>
          <w:sz w:val="20"/>
        </w:rPr>
        <w:t>Period of Association: ________________________________________________</w:t>
      </w:r>
    </w:p>
    <w:p>
      <w:r>
        <w:rPr>
          <w:b w:val="0"/>
          <w:sz w:val="20"/>
        </w:rPr>
        <w:t>Brief Description of Role / Responsibilities: ___________________________</w:t>
      </w:r>
    </w:p>
    <w:p>
      <w:r>
        <w:rPr>
          <w:b w:val="0"/>
          <w:sz w:val="20"/>
        </w:rPr>
        <w:t>_______________________________________________________________________</w:t>
      </w:r>
    </w:p>
    <w:p>
      <w:r>
        <w:rPr>
          <w:b w:val="0"/>
          <w:sz w:val="20"/>
        </w:rPr>
        <w:t>_______________________________________________________________________</w:t>
      </w:r>
    </w:p>
    <w:p/>
    <w:p>
      <w:r>
        <w:rPr>
          <w:b/>
          <w:sz w:val="22"/>
        </w:rPr>
        <w:t>Professional Competencies and Performance:</w:t>
      </w:r>
    </w:p>
    <w:p>
      <w:r>
        <w:rPr>
          <w:b/>
          <w:sz w:val="20"/>
        </w:rPr>
        <w:t>During the period of our professional association, the candidate demonstrated the following competencies and qualities:</w:t>
      </w:r>
    </w:p>
    <w:p>
      <w:r>
        <w:rPr>
          <w:b w:val="0"/>
          <w:sz w:val="20"/>
        </w:rPr>
        <w:t>- Technical skills and knowledge: ______________________________________</w:t>
      </w:r>
    </w:p>
    <w:p>
      <w:r>
        <w:rPr>
          <w:b w:val="0"/>
          <w:sz w:val="20"/>
        </w:rPr>
        <w:t>- Ability to work independently and as part of a team: __________________</w:t>
      </w:r>
    </w:p>
    <w:p>
      <w:r>
        <w:rPr>
          <w:b w:val="0"/>
          <w:sz w:val="20"/>
        </w:rPr>
        <w:t>- Communication skills: _______________________________________________</w:t>
      </w:r>
    </w:p>
    <w:p>
      <w:r>
        <w:rPr>
          <w:b w:val="0"/>
          <w:sz w:val="20"/>
        </w:rPr>
        <w:t>- Problem-solving and critical thinking: ________________________________</w:t>
      </w:r>
    </w:p>
    <w:p>
      <w:r>
        <w:rPr>
          <w:b w:val="0"/>
          <w:sz w:val="20"/>
        </w:rPr>
        <w:t>- Leadership and initiative: ___________________________________________</w:t>
      </w:r>
    </w:p>
    <w:p>
      <w:r>
        <w:rPr>
          <w:b w:val="0"/>
          <w:sz w:val="20"/>
        </w:rPr>
        <w:t>- Time management and organizational skills: __________________________</w:t>
      </w:r>
    </w:p>
    <w:p>
      <w:r>
        <w:rPr>
          <w:b w:val="0"/>
          <w:sz w:val="20"/>
        </w:rPr>
        <w:t>- Adaptability and flexibility: _________________________________________</w:t>
      </w:r>
    </w:p>
    <w:p>
      <w:r>
        <w:rPr>
          <w:b w:val="0"/>
          <w:sz w:val="20"/>
        </w:rPr>
        <w:t>- Professionalism and integrity: _______________________________________</w:t>
      </w:r>
    </w:p>
    <w:p/>
    <w:p>
      <w:r>
        <w:rPr>
          <w:b/>
          <w:sz w:val="20"/>
        </w:rPr>
        <w:t>Examples of notable achievements or contributions during our collaboration include:</w:t>
      </w:r>
    </w:p>
    <w:p>
      <w:r>
        <w:rPr>
          <w:b w:val="0"/>
          <w:sz w:val="20"/>
        </w:rPr>
        <w:t>_______________________________________________________________________</w:t>
      </w:r>
    </w:p>
    <w:p>
      <w:r>
        <w:rPr>
          <w:b w:val="0"/>
          <w:sz w:val="20"/>
        </w:rPr>
        <w:t>_______________________________________________________________________</w:t>
      </w:r>
    </w:p>
    <w:p>
      <w:r>
        <w:rPr>
          <w:b w:val="0"/>
          <w:sz w:val="20"/>
        </w:rPr>
        <w:t>_______________________________________________________________________</w:t>
      </w:r>
    </w:p>
    <w:p/>
    <w:p>
      <w:r>
        <w:rPr>
          <w:b/>
          <w:sz w:val="22"/>
        </w:rPr>
        <w:t>Character and Interpersonal Skills:</w:t>
      </w:r>
    </w:p>
    <w:p>
      <w:r>
        <w:rPr>
          <w:b w:val="0"/>
          <w:sz w:val="20"/>
        </w:rPr>
        <w:t>The candidate is known for being dependable, trustworthy, and respectful in all professional interactions. They have consistently shown a positive attitude, strong work ethic, and the ability to maintain confidentiality where required. Their interpersonal skills have enabled effective collaboration with colleagues, clients, and stakeholders.</w:t>
      </w:r>
    </w:p>
    <w:p/>
    <w:p>
      <w:r>
        <w:rPr>
          <w:b/>
          <w:sz w:val="22"/>
        </w:rPr>
        <w:t>Confidentiality and Legal Compliance:</w:t>
      </w:r>
    </w:p>
    <w:p>
      <w:r>
        <w:rPr>
          <w:b w:val="0"/>
          <w:sz w:val="20"/>
        </w:rPr>
        <w:t>This reference letter is provided in good faith and is based on my honest and professional opinion according to my knowledge and experience. It is intended solely for use by the recipient for employment or professional evaluation purposes. Any unauthorized use or distribution of this letter is prohibited. The information herein complies with all applicable Canadian laws governing privacy and employment references.</w:t>
      </w:r>
    </w:p>
    <w:p/>
    <w:p/>
    <w:p>
      <w:r>
        <w:rPr>
          <w:b w:val="0"/>
          <w:sz w:val="20"/>
        </w:rPr>
        <w:t>Should you require any further information or clarification, please do not hesitate to contact me at the details provided above.</w:t>
      </w:r>
    </w:p>
    <w:p/>
    <w:p/>
    <w:p>
      <w:r>
        <w:rPr>
          <w:b w:val="0"/>
          <w:sz w:val="20"/>
        </w:rPr>
        <w:t>Sincerely,</w:t>
      </w:r>
    </w:p>
    <w:p/>
    <w:p/>
    <w:p/>
    <w:p/>
    <w:tbl>
      <w:tblPr>
        <w:tblW w:type="auto" w:w="0"/>
        <w:tblLayout w:type="autofit"/>
        <w:tblLook w:firstColumn="1" w:firstRow="1" w:lastColumn="0" w:lastRow="0" w:noHBand="0" w:noVBand="1" w:val="04A0"/>
      </w:tblPr>
      <w:tblGrid>
        <w:gridCol w:w="9972"/>
      </w:tblGrid>
      <w:tr>
        <w:tc>
          <w:tcPr>
            <w:tcW w:type="dxa" w:w="9972"/>
            <w:tcBorders>
              <w:top w:val="nil"/>
              <w:left w:val="nil"/>
              <w:bottom w:val="nil"/>
              <w:right w:val="nil"/>
              <w:insideH w:val="nil"/>
              <w:insideV w:val="nil"/>
            </w:tcBorders>
          </w:tcPr>
          <w:p>
            <w:pPr>
              <w:jc w:val="center"/>
            </w:pPr>
            <w:r>
              <w:t>______________________________</w:t>
            </w:r>
          </w:p>
        </w:tc>
      </w:tr>
      <w:tr>
        <w:tc>
          <w:tcPr>
            <w:tcW w:type="dxa" w:w="9972"/>
            <w:tcBorders>
              <w:top w:val="nil"/>
              <w:left w:val="nil"/>
              <w:bottom w:val="nil"/>
              <w:right w:val="nil"/>
              <w:insideH w:val="nil"/>
              <w:insideV w:val="nil"/>
            </w:tcBorders>
          </w:tcPr>
          <w:p>
            <w:pPr>
              <w:jc w:val="center"/>
            </w:pPr>
            <w:r>
              <w:t>Signature</w:t>
            </w:r>
          </w:p>
        </w:tc>
      </w:tr>
      <w:tr>
        <w:tc>
          <w:tcPr>
            <w:tcW w:type="dxa" w:w="9972"/>
            <w:tcBorders>
              <w:top w:val="nil"/>
              <w:left w:val="nil"/>
              <w:bottom w:val="nil"/>
              <w:right w:val="nil"/>
              <w:insideH w:val="nil"/>
              <w:insideV w:val="nil"/>
            </w:tcBorders>
          </w:tcPr>
          <w:p>
            <w:pPr>
              <w:jc w:val="center"/>
            </w:pPr>
            <w:r>
              <w:t>Full Name: 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https://legaltemplates-ca.com/professional-reference-letter/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https://legaltemplates-ca.com</w:t>
        </w:r>
      </w:hyperlink>
    </w:p>
    <w:p>
      <w:pPr>
        <w:jc w:val="center"/>
      </w:pPr>
      <w:r>
        <w:rPr>
          <w:color w:val="808080"/>
          <w:sz w:val="20"/>
        </w:rPr>
        <w:t>This template is intended exclusively for personal, non-commercial use.</w:t>
        <w:br/>
        <w:t>If distributed or published, the source must be mentioned. © legaltemplates-ca.com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galtemplates-ca.com/professional-reference-letter/" TargetMode="External"/><Relationship Id="rId10" Type="http://schemas.openxmlformats.org/officeDocument/2006/relationships/hyperlink" Target="https://legaltemplates-c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