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SALARY RAISE REQUEST LETTER</w:t>
      </w:r>
    </w:p>
    <w:p/>
    <w:p>
      <w:r>
        <w:rPr>
          <w:b/>
          <w:sz w:val="20"/>
        </w:rPr>
        <w:t>To:</w:t>
      </w:r>
    </w:p>
    <w:p>
      <w:r>
        <w:rPr>
          <w:b w:val="0"/>
          <w:sz w:val="20"/>
        </w:rPr>
        <w:t>Human Resources Department</w:t>
      </w:r>
    </w:p>
    <w:p>
      <w:r>
        <w:rPr>
          <w:b w:val="0"/>
          <w:sz w:val="20"/>
        </w:rPr>
        <w:t>Company Name</w:t>
      </w:r>
    </w:p>
    <w:p>
      <w:r>
        <w:rPr>
          <w:b w:val="0"/>
          <w:sz w:val="20"/>
        </w:rPr>
        <w:t>Company Address</w:t>
      </w:r>
    </w:p>
    <w:p/>
    <w:p>
      <w:r>
        <w:rPr>
          <w:b/>
          <w:sz w:val="20"/>
        </w:rPr>
        <w:t>From:</w:t>
      </w:r>
    </w:p>
    <w:p>
      <w:r>
        <w:rPr>
          <w:b w:val="0"/>
          <w:sz w:val="20"/>
        </w:rPr>
        <w:t>Employee Name: ________________________________________________</w:t>
      </w:r>
    </w:p>
    <w:p>
      <w:r>
        <w:rPr>
          <w:b w:val="0"/>
          <w:sz w:val="20"/>
        </w:rPr>
        <w:t>Position: _____________________________________________________</w:t>
      </w:r>
    </w:p>
    <w:p>
      <w:r>
        <w:rPr>
          <w:b w:val="0"/>
          <w:sz w:val="20"/>
        </w:rPr>
        <w:t>Department: _________________________________________________</w:t>
      </w:r>
    </w:p>
    <w:p>
      <w:r>
        <w:rPr>
          <w:b w:val="0"/>
          <w:sz w:val="20"/>
        </w:rPr>
        <w:t>Employee ID (if applicable): _________________________________</w:t>
      </w:r>
    </w:p>
    <w:p/>
    <w:p>
      <w:r>
        <w:rPr>
          <w:b/>
          <w:sz w:val="20"/>
        </w:rPr>
        <w:t>Subject: Request for Salary Raise</w:t>
      </w:r>
    </w:p>
    <w:p/>
    <w:p/>
    <w:p>
      <w:r>
        <w:rPr>
          <w:b w:val="0"/>
          <w:sz w:val="20"/>
        </w:rPr>
        <w:t>Dear Human Resources Manager,</w:t>
      </w:r>
    </w:p>
    <w:p/>
    <w:p>
      <w:r>
        <w:rPr>
          <w:b w:val="0"/>
          <w:sz w:val="20"/>
        </w:rPr>
        <w:t>I am writing to formally request a salary raise in recognition of my performance, contributions, and dedication to the company. Over the course of my employment, I have consistently strived to exceed expectations and contribute positively to the success of our team and organization.</w:t>
      </w:r>
    </w:p>
    <w:p/>
    <w:p>
      <w:r>
        <w:rPr>
          <w:b w:val="0"/>
          <w:sz w:val="20"/>
        </w:rPr>
        <w:t>During my tenure at the company, I have successfully completed the following achievements and responsibilities:</w:t>
      </w:r>
    </w:p>
    <w:p>
      <w:r>
        <w:rPr>
          <w:b w:val="0"/>
          <w:sz w:val="20"/>
        </w:rPr>
        <w:t>• _________________________________________________________________</w:t>
      </w:r>
    </w:p>
    <w:p>
      <w:r>
        <w:rPr>
          <w:b w:val="0"/>
          <w:sz w:val="20"/>
        </w:rPr>
        <w:t>• _________________________________________________________________</w:t>
      </w:r>
    </w:p>
    <w:p>
      <w:r>
        <w:rPr>
          <w:b w:val="0"/>
          <w:sz w:val="20"/>
        </w:rPr>
        <w:t>• _________________________________________________________________</w:t>
      </w:r>
    </w:p>
    <w:p>
      <w:r>
        <w:rPr>
          <w:b w:val="0"/>
          <w:sz w:val="20"/>
        </w:rPr>
        <w:t>These accomplishments demonstrate my commitment to delivering high-quality work and supporting company objectives.</w:t>
      </w:r>
    </w:p>
    <w:p/>
    <w:p>
      <w:r>
        <w:rPr>
          <w:b w:val="0"/>
          <w:sz w:val="20"/>
        </w:rPr>
        <w:t>In light of these contributions, I believe a salary adjustment is warranted to reflect my current value to the company, align with market standards, and acknowledge my increased responsibilities.</w:t>
      </w:r>
    </w:p>
    <w:p/>
    <w:p>
      <w:r>
        <w:rPr>
          <w:b w:val="0"/>
          <w:sz w:val="20"/>
        </w:rPr>
        <w:t>I kindly request a raise of __________________ (amount or percentage) effective from the next payroll cycle. I am confident that this increase will motivate me to continue delivering exceptional results.</w:t>
      </w:r>
    </w:p>
    <w:p/>
    <w:p>
      <w:r>
        <w:rPr>
          <w:b w:val="0"/>
          <w:sz w:val="20"/>
        </w:rPr>
        <w:t>I would appreciate the opportunity to discuss this request further at your convenience. Thank you for taking the time to consider my application.</w:t>
      </w:r>
    </w:p>
    <w:p/>
    <w:p>
      <w:r>
        <w:rPr>
          <w:b w:val="0"/>
          <w:sz w:val="20"/>
        </w:rPr>
        <w:t>Sincerely,</w:t>
      </w:r>
    </w:p>
    <w:p/>
    <w:p/>
    <w:p/>
    <w:p>
      <w:r>
        <w:rPr>
          <w:b w:val="0"/>
          <w:sz w:val="20"/>
        </w:rPr>
        <w:t>Employee Signature: ____________________________________________</w:t>
      </w:r>
    </w:p>
    <w:p>
      <w:r>
        <w:rPr>
          <w:b w:val="0"/>
          <w:sz w:val="20"/>
        </w:rPr>
        <w:t>Employee Name: ________________________________________________</w:t>
      </w:r>
    </w:p>
    <w:p/>
    <w:p/>
    <w:p>
      <w:r>
        <w:rPr>
          <w:b w:val="0"/>
          <w:sz w:val="20"/>
        </w:rPr>
        <w:t>Place: ___________________________________________          Date: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Human Resources Manager</w:t>
            </w:r>
          </w:p>
        </w:tc>
        <w:tc>
          <w:tcPr>
            <w:tcW w:type="dxa" w:w="4986"/>
            <w:tcBorders>
              <w:top w:val="nil"/>
              <w:left w:val="nil"/>
              <w:bottom w:val="nil"/>
              <w:right w:val="nil"/>
              <w:insideH w:val="nil"/>
              <w:insideV w:val="nil"/>
            </w:tcBorders>
          </w:tcPr>
          <w:p>
            <w:pPr>
              <w:jc w:val="center"/>
            </w:pPr>
            <w:r>
              <w:t>Department Head / Supervisor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val="0"/>
          <w:sz w:val="20"/>
        </w:rPr>
        <w:t>This letter constitutes a formal request for a salary raise and does not create or imply any contractual obligation on the part of the employer until mutually agreed and executed in writing. All salary adjustments are subject to company policies and applicable Canadian labor laws.</w:t>
      </w:r>
    </w:p>
    <w:p>
      <w:r>
        <w:br w:type="page"/>
      </w:r>
    </w:p>
    <w:p>
      <w:pPr>
        <w:jc w:val="center"/>
      </w:pPr>
      <w:r>
        <w:rPr>
          <w:color w:val="555555"/>
          <w:sz w:val="24"/>
        </w:rPr>
        <w:t>Original source of this document:</w:t>
      </w:r>
    </w:p>
    <w:p>
      <w:pPr>
        <w:jc w:val="center"/>
      </w:pPr>
      <w:hyperlink r:id="rId9">
        <w:r>
          <w:rPr>
            <w:color w:val="0000FF"/>
            <w:u w:val="single"/>
          </w:rPr>
          <w:t>https://legaltemplates-ca.com/raise-letter/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raise-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