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REJECTION LETTER</w:t>
      </w:r>
    </w:p>
    <w:p/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City/Province: _____________________________________________________</w:t>
      </w:r>
    </w:p>
    <w:p>
      <w:r>
        <w:rPr>
          <w:b w:val="0"/>
          <w:sz w:val="20"/>
        </w:rPr>
        <w:t>Postal Code: 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Position: _________________________________________________________</w:t>
      </w:r>
    </w:p>
    <w:p>
      <w:r>
        <w:rPr>
          <w:b w:val="0"/>
          <w:sz w:val="20"/>
        </w:rPr>
        <w:t>Company/Organization: ______________________________________________</w:t>
      </w:r>
    </w:p>
    <w:p>
      <w:r>
        <w:rPr>
          <w:b w:val="0"/>
          <w:sz w:val="20"/>
        </w:rPr>
        <w:t>Address: __________________________________________________________</w:t>
      </w:r>
    </w:p>
    <w:p>
      <w:r>
        <w:rPr>
          <w:b w:val="0"/>
          <w:sz w:val="20"/>
        </w:rPr>
        <w:t>City/Province: _____________________________________________________</w:t>
      </w:r>
    </w:p>
    <w:p>
      <w:r>
        <w:rPr>
          <w:b w:val="0"/>
          <w:sz w:val="20"/>
        </w:rPr>
        <w:t>Postal Code: ______________________________________________________</w:t>
      </w:r>
    </w:p>
    <w:p>
      <w:r>
        <w:rPr>
          <w:b w:val="0"/>
          <w:sz w:val="20"/>
        </w:rPr>
        <w:t>Phone: 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</w:t>
      </w:r>
    </w:p>
    <w:p/>
    <w:p/>
    <w:p>
      <w:pPr>
        <w:jc w:val="center"/>
      </w:pPr>
      <w:r>
        <w:rPr>
          <w:b/>
          <w:sz w:val="20"/>
        </w:rPr>
        <w:t>Subject: Rejection of Application / Proposal / Request</w:t>
      </w:r>
    </w:p>
    <w:p/>
    <w:p/>
    <w:p>
      <w:r>
        <w:rPr>
          <w:b w:val="0"/>
          <w:sz w:val="20"/>
        </w:rPr>
        <w:t>Dear ________________________________________________________________,</w:t>
      </w:r>
    </w:p>
    <w:p/>
    <w:p>
      <w:r>
        <w:rPr>
          <w:b w:val="0"/>
          <w:sz w:val="20"/>
        </w:rPr>
        <w:t>We appreciate your interest and the time you invested in submitting your application/proposal/request to our company/organization. After thorough review and careful consideration, we regret to inform you that your application/proposal/request has not been successful.</w:t>
      </w:r>
    </w:p>
    <w:p/>
    <w:p>
      <w:r>
        <w:rPr>
          <w:b/>
          <w:sz w:val="20"/>
        </w:rPr>
        <w:t>Reason(s) for Rejection:</w:t>
      </w:r>
    </w:p>
    <w:p>
      <w:r>
        <w:rPr>
          <w:b w:val="0"/>
          <w:sz w:val="20"/>
        </w:rPr>
        <w:t>The decision was based on the following factors (please select and customize as appropriate):</w:t>
      </w:r>
    </w:p>
    <w:p>
      <w:r>
        <w:rPr>
          <w:b w:val="0"/>
          <w:sz w:val="20"/>
        </w:rPr>
        <w:t>- Does not meet the minimum qualifications or criteria required.</w:t>
      </w:r>
    </w:p>
    <w:p>
      <w:r>
        <w:rPr>
          <w:b w:val="0"/>
          <w:sz w:val="20"/>
        </w:rPr>
        <w:t>- Insufficient documentation or incomplete submission.</w:t>
      </w:r>
    </w:p>
    <w:p>
      <w:r>
        <w:rPr>
          <w:b w:val="0"/>
          <w:sz w:val="20"/>
        </w:rPr>
        <w:t>- Limited available positions/resources or budget constraints.</w:t>
      </w:r>
    </w:p>
    <w:p>
      <w:r>
        <w:rPr>
          <w:b w:val="0"/>
          <w:sz w:val="20"/>
        </w:rPr>
        <w:t>- Other applicants/proposals better matched the needs and objectives.</w:t>
      </w:r>
    </w:p>
    <w:p>
      <w:r>
        <w:rPr>
          <w:b w:val="0"/>
          <w:sz w:val="20"/>
        </w:rPr>
        <w:t>- Failure to comply with applicable legal or regulatory requirements.</w:t>
      </w:r>
    </w:p>
    <w:p>
      <w:r>
        <w:rPr>
          <w:b w:val="0"/>
          <w:sz w:val="20"/>
        </w:rPr>
        <w:t>- Background verification or references did not meet standards.</w:t>
      </w:r>
    </w:p>
    <w:p>
      <w:r>
        <w:rPr>
          <w:b w:val="0"/>
          <w:sz w:val="20"/>
        </w:rPr>
        <w:t>- Non-compliance with terms and conditions specified in the invitation/request.</w:t>
      </w:r>
    </w:p>
    <w:p/>
    <w:p>
      <w:r>
        <w:rPr>
          <w:b w:val="0"/>
          <w:sz w:val="20"/>
        </w:rPr>
        <w:t>We encourage you to review the feedback provided and consider applying/submitting again in the future if applicable. Please note that this decision is final based on the current evaluation and does not reflect on your general qualifications or value.</w:t>
      </w:r>
    </w:p>
    <w:p/>
    <w:p>
      <w:r>
        <w:rPr>
          <w:b w:val="0"/>
          <w:sz w:val="20"/>
        </w:rPr>
        <w:t>Please be advised that this rejection letter is issued in good faith and in accordance with all applicable laws and regulations in Canada. The company/organization assumes no liability arising from this decision.</w:t>
      </w:r>
    </w:p>
    <w:p/>
    <w:p>
      <w:r>
        <w:rPr>
          <w:b w:val="0"/>
          <w:sz w:val="20"/>
        </w:rPr>
        <w:t>All information provided during the application/proposal/request process will be handled in strict confidence and in compliance with applicable privacy laws and policies.</w:t>
      </w:r>
    </w:p>
    <w:p/>
    <w:p/>
    <w:p>
      <w:r>
        <w:rPr>
          <w:b w:val="0"/>
          <w:sz w:val="20"/>
        </w:rPr>
        <w:t>Should you have any questions or require further clarification, please do not hesitate to contact us at the above details.</w:t>
      </w:r>
    </w:p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Authorized Representative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 / 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https://legaltemplates-ca.com/rejection-letter/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rejection-letter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