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RENTAL REFERENCE LETTER</w:t>
      </w:r>
    </w:p>
    <w:p/>
    <w:p/>
    <w:p>
      <w:r>
        <w:rPr>
          <w:b w:val="0"/>
          <w:sz w:val="20"/>
        </w:rPr>
        <w:t>To Whom It May Concern,</w:t>
      </w:r>
    </w:p>
    <w:p/>
    <w:p>
      <w:r>
        <w:rPr>
          <w:b w:val="0"/>
          <w:sz w:val="20"/>
        </w:rPr>
        <w:t>This letter serves as a formal rental reference for the tenant detailed below. The undersigned landlord confirms the tenancy details and evaluates the tenant's conduct during the rental period in accordance with applicable Canadian laws and regulations.</w:t>
      </w:r>
    </w:p>
    <w:p/>
    <w:p/>
    <w:p>
      <w:r>
        <w:rPr>
          <w:b/>
          <w:sz w:val="20"/>
        </w:rPr>
        <w:t>Tenant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Current Address: _______________________________________________________</w:t>
      </w:r>
    </w:p>
    <w:p>
      <w:r>
        <w:rPr>
          <w:b w:val="0"/>
          <w:sz w:val="20"/>
        </w:rPr>
        <w:t>Phone Number: __________________________________________________________</w:t>
      </w:r>
    </w:p>
    <w:p>
      <w:r>
        <w:rPr>
          <w:b w:val="0"/>
          <w:sz w:val="20"/>
        </w:rPr>
        <w:t>Email Address: __________________________________________________________</w:t>
      </w:r>
    </w:p>
    <w:p/>
    <w:p/>
    <w:p>
      <w:r>
        <w:rPr>
          <w:b/>
          <w:sz w:val="20"/>
        </w:rPr>
        <w:t>Rental Property Information:</w:t>
      </w:r>
    </w:p>
    <w:p>
      <w:r>
        <w:rPr>
          <w:b w:val="0"/>
          <w:sz w:val="20"/>
        </w:rPr>
        <w:t>Address of Rental Unit: _________________________________________________</w:t>
      </w:r>
    </w:p>
    <w:p>
      <w:r>
        <w:rPr>
          <w:b w:val="0"/>
          <w:sz w:val="20"/>
        </w:rPr>
        <w:t>Type of Property (e.g., apartment, house): ________________________________</w:t>
      </w:r>
    </w:p>
    <w:p>
      <w:r>
        <w:rPr>
          <w:b w:val="0"/>
          <w:sz w:val="20"/>
        </w:rPr>
        <w:t>Lease Start Date: _______________________________________________________</w:t>
      </w:r>
    </w:p>
    <w:p>
      <w:r>
        <w:rPr>
          <w:b w:val="0"/>
          <w:sz w:val="20"/>
        </w:rPr>
        <w:t>Lease End Date: _________________________________________________________</w:t>
      </w:r>
    </w:p>
    <w:p>
      <w:r>
        <w:rPr>
          <w:b w:val="0"/>
          <w:sz w:val="20"/>
        </w:rPr>
        <w:t>Monthly Rent Amount (CAD): ______________________________________________</w:t>
      </w:r>
    </w:p>
    <w:p/>
    <w:p/>
    <w:p>
      <w:r>
        <w:rPr>
          <w:b/>
          <w:sz w:val="20"/>
        </w:rPr>
        <w:t>Rental History and Conduct:</w:t>
      </w:r>
    </w:p>
    <w:p>
      <w:r>
        <w:rPr>
          <w:b w:val="0"/>
          <w:sz w:val="20"/>
        </w:rPr>
        <w:t>The tenant occupied the rental unit for the stated lease term. During this period, the tenant complied with all terms and conditions outlined in the lease agreement, including timely payment of rent and proper maintenance of the property.</w:t>
      </w:r>
    </w:p>
    <w:p/>
    <w:p>
      <w:r>
        <w:rPr>
          <w:b w:val="0"/>
          <w:sz w:val="20"/>
        </w:rPr>
        <w:t>Rent Payment History: ____________________________________________________</w:t>
      </w:r>
    </w:p>
    <w:p>
      <w:r>
        <w:rPr>
          <w:b w:val="0"/>
          <w:sz w:val="20"/>
        </w:rPr>
        <w:t>Maintenance and Care of Property: _________________________________________</w:t>
      </w:r>
    </w:p>
    <w:p>
      <w:r>
        <w:rPr>
          <w:b w:val="0"/>
          <w:sz w:val="20"/>
        </w:rPr>
        <w:t>Compliance with Community and Building Rules: ______________________________</w:t>
      </w:r>
    </w:p>
    <w:p/>
    <w:p>
      <w:r>
        <w:rPr>
          <w:b/>
          <w:sz w:val="20"/>
        </w:rPr>
        <w:t>Comments on Tenant's Behaviour:</w:t>
      </w:r>
    </w:p>
    <w:p>
      <w:r>
        <w:rPr>
          <w:b w:val="0"/>
          <w:sz w:val="20"/>
        </w:rPr>
        <w:t>The tenant has demonstrated respectful behaviour towards neighbours and property management. No complaints or legal issues have arisen during the tenancy.</w:t>
      </w:r>
    </w:p>
    <w:p/>
    <w:p>
      <w:r>
        <w:rPr>
          <w:b w:val="0"/>
          <w:sz w:val="20"/>
        </w:rPr>
        <w:t>Additional Remarks: ______________________________________________________</w:t>
      </w:r>
    </w:p>
    <w:p/>
    <w:p/>
    <w:p>
      <w:r>
        <w:rPr>
          <w:b/>
          <w:sz w:val="20"/>
        </w:rPr>
        <w:t>Legal and Compliance Statements:</w:t>
      </w:r>
    </w:p>
    <w:p>
      <w:r>
        <w:rPr>
          <w:b w:val="0"/>
          <w:sz w:val="20"/>
        </w:rPr>
        <w:t>This reference is provided in good faith and to the best knowledge of the undersigned. It complies with all applicable Canadian privacy laws and landlord-tenant legislation.</w:t>
      </w:r>
    </w:p>
    <w:p/>
    <w:p>
      <w:r>
        <w:rPr>
          <w:b w:val="0"/>
          <w:sz w:val="20"/>
        </w:rPr>
        <w:t>The undersigned affirms that no false or misleading information is contained herein, and acknowledges legal responsibility for the accuracy of this reference.</w:t>
      </w:r>
    </w:p>
    <w:p/>
    <w:p/>
    <w:p>
      <w:r>
        <w:rPr>
          <w:b/>
          <w:sz w:val="20"/>
        </w:rPr>
        <w:t>Landlord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p>
      <w:r>
        <w:rPr>
          <w:b w:val="0"/>
          <w:sz w:val="20"/>
        </w:rPr>
        <w:t>Place of Signing: _______________________________________________________</w:t>
      </w:r>
    </w:p>
    <w:p>
      <w:r>
        <w:rPr>
          <w:b w:val="0"/>
          <w:sz w:val="20"/>
        </w:rPr>
        <w:t>Date of Signing: 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https://legaltemplates-ca.com/rental-reference-letter/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rental-reference-letter/"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