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RESIGNATION LETTER</w:t>
      </w:r>
    </w:p>
    <w:p/>
    <w:p/>
    <w:p>
      <w:r>
        <w:rPr>
          <w:b/>
          <w:sz w:val="20"/>
        </w:rPr>
        <w:t>Recipient: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Position: ______________________________________________________________</w:t>
      </w:r>
    </w:p>
    <w:p>
      <w:r>
        <w:rPr>
          <w:b w:val="0"/>
          <w:sz w:val="20"/>
        </w:rPr>
        <w:t>Company: 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/>
    <w:p/>
    <w:p>
      <w:r>
        <w:rPr>
          <w:b w:val="0"/>
          <w:sz w:val="20"/>
        </w:rPr>
        <w:t>Dear ________________________________________________________________,</w:t>
      </w:r>
    </w:p>
    <w:p/>
    <w:p/>
    <w:p>
      <w:r>
        <w:rPr>
          <w:b w:val="0"/>
          <w:sz w:val="20"/>
        </w:rPr>
        <w:t>I am writing to formally resign from my position at the company, effective as of the date when this notice period ends.</w:t>
      </w:r>
    </w:p>
    <w:p/>
    <w:p>
      <w:r>
        <w:rPr>
          <w:b w:val="0"/>
          <w:sz w:val="20"/>
        </w:rPr>
        <w:t>In accordance with my employment agreement and applicable Canadian employment standards, I hereby provide notice of my resignation. My last working day will be ________________________________, which complies with the required notice period.</w:t>
      </w:r>
    </w:p>
    <w:p/>
    <w:p>
      <w:r>
        <w:rPr>
          <w:b w:val="0"/>
          <w:sz w:val="20"/>
        </w:rPr>
        <w:t>Reason for resignation (optional):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 w:val="0"/>
          <w:sz w:val="20"/>
        </w:rPr>
        <w:t>I would like to take this opportunity to thank you and the entire team for the support, guidance, and opportunities provided during my tenure with the company.</w:t>
      </w:r>
    </w:p>
    <w:p/>
    <w:p>
      <w:r>
        <w:rPr>
          <w:b w:val="0"/>
          <w:sz w:val="20"/>
        </w:rPr>
        <w:t>I am committed to ensuring a smooth transition of my responsibilities and will assist in the handover process to minimize any disruption to the operations.</w:t>
      </w:r>
    </w:p>
    <w:p/>
    <w:p>
      <w:r>
        <w:rPr>
          <w:b w:val="0"/>
          <w:sz w:val="20"/>
        </w:rPr>
        <w:t>I confirm that I will return all company property, including but not limited to keys, access cards, equipment, documents, and any confidential information, on or before my last working day.</w:t>
      </w:r>
    </w:p>
    <w:p/>
    <w:p>
      <w:r>
        <w:rPr>
          <w:b w:val="0"/>
          <w:sz w:val="20"/>
        </w:rPr>
        <w:t>I acknowledge my continuing obligations regarding confidentiality, non-disclosure, and non-competition as set out in my employment contract and applicable laws.</w:t>
      </w:r>
    </w:p>
    <w:p/>
    <w:p>
      <w:r>
        <w:rPr>
          <w:b w:val="0"/>
          <w:sz w:val="20"/>
        </w:rPr>
        <w:t>Please feel free to contact me at the following email address or phone number should you require any further information or assistance during the transition period:</w:t>
      </w:r>
    </w:p>
    <w:p>
      <w:r>
        <w:rPr>
          <w:b w:val="0"/>
          <w:sz w:val="20"/>
        </w:rPr>
        <w:t>Email: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 w:val="0"/>
          <w:sz w:val="20"/>
        </w:rPr>
        <w:t>Thank you again for the opportunity to be part of the company. I wish the company continued success in all future endeavors.</w:t>
      </w:r>
    </w:p>
    <w:p/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Date: ________________________________</w:t>
            </w:r>
          </w:p>
        </w:tc>
      </w:tr>
    </w:tbl>
    <w:p/>
    <w:p/>
    <w:p>
      <w:r>
        <w:rPr>
          <w:b/>
          <w:sz w:val="20"/>
        </w:rPr>
        <w:t>Witness (optional):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Date: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resignation-letter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