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SOFTWARE AS A SERVICE (SaaS) AGREEMENT</w:t>
      </w:r>
    </w:p>
    <w:p/>
    <w:p>
      <w:r>
        <w:rPr>
          <w:b/>
          <w:sz w:val="20"/>
        </w:rPr>
        <w:t>This Software as a Service Agreement (the “Agreement”) is entered into by and between:</w:t>
      </w:r>
    </w:p>
    <w:p>
      <w:r>
        <w:rPr>
          <w:b w:val="0"/>
          <w:sz w:val="20"/>
        </w:rPr>
        <w:t>Service Provider: _________________________________________________________</w:t>
      </w:r>
    </w:p>
    <w:p>
      <w:r>
        <w:rPr>
          <w:b w:val="0"/>
          <w:sz w:val="20"/>
        </w:rPr>
        <w:t>Address: _________________________________________________________________</w:t>
      </w:r>
    </w:p>
    <w:p>
      <w:r>
        <w:rPr>
          <w:b w:val="0"/>
          <w:sz w:val="20"/>
        </w:rPr>
        <w:t>Contact Information: _____________________________________________________</w:t>
      </w:r>
    </w:p>
    <w:p/>
    <w:p>
      <w:r>
        <w:rPr>
          <w:b w:val="0"/>
          <w:sz w:val="20"/>
        </w:rPr>
        <w:t>Customer: ________________________________________________________________</w:t>
      </w:r>
    </w:p>
    <w:p>
      <w:r>
        <w:rPr>
          <w:b w:val="0"/>
          <w:sz w:val="20"/>
        </w:rPr>
        <w:t>Address: _________________________________________________________________</w:t>
      </w:r>
    </w:p>
    <w:p>
      <w:r>
        <w:rPr>
          <w:b w:val="0"/>
          <w:sz w:val="20"/>
        </w:rPr>
        <w:t>Contact Information: _____________________________________________________</w:t>
      </w:r>
    </w:p>
    <w:p/>
    <w:p/>
    <w:p>
      <w:r>
        <w:rPr>
          <w:b/>
          <w:sz w:val="20"/>
        </w:rPr>
        <w:t>RECITALS</w:t>
      </w:r>
    </w:p>
    <w:p>
      <w:r>
        <w:rPr>
          <w:b w:val="0"/>
          <w:sz w:val="20"/>
        </w:rPr>
        <w:t>WHEREAS, the Service Provider owns and operates a software platform as a service (the “Service”);</w:t>
      </w:r>
    </w:p>
    <w:p>
      <w:r>
        <w:rPr>
          <w:b w:val="0"/>
          <w:sz w:val="20"/>
        </w:rPr>
        <w:t>WHEREAS, the Customer desires to use the Service subject to the terms and conditions set forth herein;</w:t>
      </w:r>
    </w:p>
    <w:p>
      <w:r>
        <w:rPr>
          <w:b w:val="0"/>
          <w:sz w:val="20"/>
        </w:rPr>
        <w:t>NOW, THEREFORE, in consideration of the mutual covenants and promises herein contained, the parties agree as follows:</w:t>
      </w:r>
    </w:p>
    <w:p/>
    <w:p/>
    <w:p>
      <w:r>
        <w:rPr>
          <w:b/>
          <w:sz w:val="20"/>
        </w:rPr>
        <w:t>1. DEFINITIONS</w:t>
      </w:r>
    </w:p>
    <w:p>
      <w:r>
        <w:rPr>
          <w:b w:val="0"/>
          <w:sz w:val="20"/>
        </w:rPr>
        <w:t>“Agreement” means this SaaS Agreement including all schedules and appendices.</w:t>
      </w:r>
    </w:p>
    <w:p>
      <w:r>
        <w:rPr>
          <w:b w:val="0"/>
          <w:sz w:val="20"/>
        </w:rPr>
        <w:t>“Customer Data” means all electronic data or information submitted by the Customer to the Service.</w:t>
      </w:r>
    </w:p>
    <w:p>
      <w:r>
        <w:rPr>
          <w:b w:val="0"/>
          <w:sz w:val="20"/>
        </w:rPr>
        <w:t>“Confidential Information” means any information designated as confidential or that reasonably should be understood to be confidential given the nature of the information and the circumstances of disclosure.</w:t>
      </w:r>
    </w:p>
    <w:p>
      <w:r>
        <w:rPr>
          <w:b w:val="0"/>
          <w:sz w:val="20"/>
        </w:rPr>
        <w:t>“Documentation” means any user manuals, technical documentation, and other materials provided by the Service Provider related to the Service.</w:t>
      </w:r>
    </w:p>
    <w:p>
      <w:r>
        <w:rPr>
          <w:b w:val="0"/>
          <w:sz w:val="20"/>
        </w:rPr>
        <w:t>“Service” means the software-as-a-service application provided by the Service Provider pursuant to this Agreement.</w:t>
      </w:r>
    </w:p>
    <w:p>
      <w:r>
        <w:rPr>
          <w:b w:val="0"/>
          <w:sz w:val="20"/>
        </w:rPr>
        <w:t>“Term” means the duration of this Agreement as specified in Section 8 herein.</w:t>
      </w:r>
    </w:p>
    <w:p/>
    <w:p>
      <w:r>
        <w:rPr>
          <w:b/>
          <w:sz w:val="20"/>
        </w:rPr>
        <w:t>2. GRANT OF LICENSE AND ACCESS</w:t>
      </w:r>
    </w:p>
    <w:p>
      <w:r>
        <w:rPr>
          <w:b w:val="0"/>
          <w:sz w:val="20"/>
        </w:rPr>
        <w:t>Subject to the terms and conditions of this Agreement, the Service Provider hereby grants the Customer a non-exclusive, non-transferable, revocable right to access and use the Service during the Term solely for its internal business purposes.</w:t>
      </w:r>
    </w:p>
    <w:p>
      <w:r>
        <w:rPr>
          <w:b w:val="0"/>
          <w:sz w:val="20"/>
        </w:rPr>
        <w:t>The Customer acknowledges and agrees that its access is limited to the scope of the rights expressly granted herein.</w:t>
      </w:r>
    </w:p>
    <w:p/>
    <w:p>
      <w:r>
        <w:rPr>
          <w:b/>
          <w:sz w:val="20"/>
        </w:rPr>
        <w:t>3. CUSTOMER OBLIGATIONS</w:t>
      </w:r>
    </w:p>
    <w:p>
      <w:r>
        <w:rPr>
          <w:b w:val="0"/>
          <w:sz w:val="20"/>
        </w:rPr>
        <w:t>The Customer shall:</w:t>
      </w:r>
    </w:p>
    <w:p>
      <w:r>
        <w:rPr>
          <w:b w:val="0"/>
          <w:sz w:val="20"/>
        </w:rPr>
        <w:t>- Provide accurate, current, and complete information when creating an account or using the Service.</w:t>
      </w:r>
    </w:p>
    <w:p>
      <w:r>
        <w:rPr>
          <w:b w:val="0"/>
          <w:sz w:val="20"/>
        </w:rPr>
        <w:t>- Maintain the confidentiality of its login credentials and notify the Service Provider immediately upon suspicion of unauthorized access.</w:t>
      </w:r>
    </w:p>
    <w:p>
      <w:r>
        <w:rPr>
          <w:b w:val="0"/>
          <w:sz w:val="20"/>
        </w:rPr>
        <w:t>- Use the Service in compliance with all applicable laws and regulations.</w:t>
      </w:r>
    </w:p>
    <w:p>
      <w:r>
        <w:rPr>
          <w:b w:val="0"/>
          <w:sz w:val="20"/>
        </w:rPr>
        <w:t>- Not attempt to gain unauthorized access to the Service or related systems.</w:t>
      </w:r>
    </w:p>
    <w:p/>
    <w:p>
      <w:r>
        <w:rPr>
          <w:b/>
          <w:sz w:val="20"/>
        </w:rPr>
        <w:t>4. SERVICE PROVIDER OBLIGATIONS</w:t>
      </w:r>
    </w:p>
    <w:p>
      <w:r>
        <w:rPr>
          <w:b w:val="0"/>
          <w:sz w:val="20"/>
        </w:rPr>
        <w:t>The Service Provider shall use commercially reasonable efforts to make the Service available in accordance with the Service Level Agreement (if any) and provide support as described in the Documentation.</w:t>
      </w:r>
    </w:p>
    <w:p>
      <w:r>
        <w:rPr>
          <w:b w:val="0"/>
          <w:sz w:val="20"/>
        </w:rPr>
        <w:t>The Service Provider shall maintain appropriate administrative, physical, and technical safeguards for protection of the security, confidentiality and integrity of the Customer Data.</w:t>
      </w:r>
    </w:p>
    <w:p/>
    <w:p>
      <w:r>
        <w:rPr>
          <w:b/>
          <w:sz w:val="20"/>
        </w:rPr>
        <w:t>5. FEES AND PAYMENT</w:t>
      </w:r>
    </w:p>
    <w:p>
      <w:r>
        <w:rPr>
          <w:b w:val="0"/>
          <w:sz w:val="20"/>
        </w:rPr>
        <w:t>The Customer agrees to pay all fees specified in the applicable order forms or invoices in accordance with the payment terms.</w:t>
      </w:r>
    </w:p>
    <w:p>
      <w:r>
        <w:rPr>
          <w:b w:val="0"/>
          <w:sz w:val="20"/>
        </w:rPr>
        <w:t>All fees are exclusive of applicable taxes, which shall be borne by the Customer.</w:t>
      </w:r>
    </w:p>
    <w:p>
      <w:r>
        <w:rPr>
          <w:b w:val="0"/>
          <w:sz w:val="20"/>
        </w:rPr>
        <w:t>Failure to pay fees when due may result in suspension or termination of access to the Service.</w:t>
      </w:r>
    </w:p>
    <w:p/>
    <w:p>
      <w:r>
        <w:rPr>
          <w:b/>
          <w:sz w:val="20"/>
        </w:rPr>
        <w:t>6. INTELLECTUAL PROPERTY RIGHTS</w:t>
      </w:r>
    </w:p>
    <w:p>
      <w:r>
        <w:rPr>
          <w:b w:val="0"/>
          <w:sz w:val="20"/>
        </w:rPr>
        <w:t>The Service Provider retains all intellectual property rights in and to the Service, including all modifications, improvements, and derivative works.</w:t>
      </w:r>
    </w:p>
    <w:p>
      <w:r>
        <w:rPr>
          <w:b w:val="0"/>
          <w:sz w:val="20"/>
        </w:rPr>
        <w:t>Customer retains all rights in its Customer Data.</w:t>
      </w:r>
    </w:p>
    <w:p>
      <w:r>
        <w:rPr>
          <w:b w:val="0"/>
          <w:sz w:val="20"/>
        </w:rPr>
        <w:t>Nothing in this Agreement shall be construed as transferring any ownership rights from the Service Provider to the Customer or vice versa.</w:t>
      </w:r>
    </w:p>
    <w:p/>
    <w:p>
      <w:r>
        <w:rPr>
          <w:b/>
          <w:sz w:val="20"/>
        </w:rPr>
        <w:t>7. CONFIDENTIALITY</w:t>
      </w:r>
    </w:p>
    <w:p>
      <w:r>
        <w:rPr>
          <w:b w:val="0"/>
          <w:sz w:val="20"/>
        </w:rPr>
        <w:t>Each party agrees to keep confidential all Confidential Information disclosed by the other party during the Term and to use such information only for the purposes of performing its obligations under this Agreement.</w:t>
      </w:r>
    </w:p>
    <w:p>
      <w:r>
        <w:rPr>
          <w:b w:val="0"/>
          <w:sz w:val="20"/>
        </w:rPr>
        <w:t>Confidential Information shall not include information which is or becomes publicly available other than through breach of this Agreement, or is independently developed without use of the other party’s Confidential Information.</w:t>
      </w:r>
    </w:p>
    <w:p/>
    <w:p>
      <w:r>
        <w:rPr>
          <w:b/>
          <w:sz w:val="20"/>
        </w:rPr>
        <w:t>8. TERM AND TERMINATION</w:t>
      </w:r>
    </w:p>
    <w:p>
      <w:r>
        <w:rPr>
          <w:b w:val="0"/>
          <w:sz w:val="20"/>
        </w:rPr>
        <w:t>This Agreement shall commence upon the Effective Date and continue until terminated as provided herein.</w:t>
      </w:r>
    </w:p>
    <w:p>
      <w:r>
        <w:rPr>
          <w:b w:val="0"/>
          <w:sz w:val="20"/>
        </w:rPr>
        <w:t>Either party may terminate this Agreement for cause upon written notice if the other party materially breaches any term and fails to cure such breach within thirty (30) days of receipt of notice.</w:t>
      </w:r>
    </w:p>
    <w:p>
      <w:r>
        <w:rPr>
          <w:b w:val="0"/>
          <w:sz w:val="20"/>
        </w:rPr>
        <w:t>Upon termination, the Customer’s right to access the Service shall immediately cease. The Service Provider may delete Customer Data in accordance with its data retention policy.</w:t>
      </w:r>
    </w:p>
    <w:p/>
    <w:p>
      <w:r>
        <w:rPr>
          <w:b/>
          <w:sz w:val="20"/>
        </w:rPr>
        <w:t>9. WARRANTIES AND DISCLAIMERS</w:t>
      </w:r>
    </w:p>
    <w:p>
      <w:r>
        <w:rPr>
          <w:b w:val="0"/>
          <w:sz w:val="20"/>
        </w:rPr>
        <w:t>The Service Provider warrants that it will provide the Service in a professional and workmanlike manner in accordance with generally accepted industry standards.</w:t>
      </w:r>
    </w:p>
    <w:p>
      <w:r>
        <w:rPr>
          <w:b w:val="0"/>
          <w:sz w:val="20"/>
        </w:rPr>
        <w:t>EXCEPT AS EXPRESSLY SET FORTH IN THIS AGREEMENT, THE SERVICE IS PROVIDED "AS IS" AND THE SERVICE PROVIDER DISCLAIMS ALL OTHER WARRANTIES, EXPRESS OR IMPLIED, INCLUDING BUT NOT LIMITED TO MERCHANTABILITY, FITNESS FOR A PARTICULAR PURPOSE, AND NON-INFRINGEMENT.</w:t>
      </w:r>
    </w:p>
    <w:p/>
    <w:p>
      <w:r>
        <w:rPr>
          <w:b/>
          <w:sz w:val="20"/>
        </w:rPr>
        <w:t>10. LIMITATION OF LIABILITY</w:t>
      </w:r>
    </w:p>
    <w:p>
      <w:r>
        <w:rPr>
          <w:b w:val="0"/>
          <w:sz w:val="20"/>
        </w:rPr>
        <w:t>TO THE MAXIMUM EXTENT PERMITTED BY LAW, IN NO EVENT SHALL EITHER PARTY BE LIABLE FOR ANY INDIRECT, INCIDENTAL, SPECIAL, CONSEQUENTIAL OR PUNITIVE DAMAGES, INCLUDING BUT NOT LIMITED TO LOSS OF PROFITS, REVENUE, DATA OR USE, INCURRED BY THE OTHER PARTY, WHETHER IN AN ACTION IN CONTRACT, TORT OR OTHERWISE, EVEN IF ADVISED OF THE POSSIBILITY OF SUCH DAMAGES.</w:t>
      </w:r>
    </w:p>
    <w:p>
      <w:r>
        <w:rPr>
          <w:b w:val="0"/>
          <w:sz w:val="20"/>
        </w:rPr>
        <w:t>THE SERVICE PROVIDER’S AGGREGATE LIABILITY UNDER THIS AGREEMENT SHALL NOT EXCEED THE AMOUNTS PAID BY THE CUSTOMER TO THE SERVICE PROVIDER IN THE TWELVE (12) MONTHS PRECEDING THE CLAIM.</w:t>
      </w:r>
    </w:p>
    <w:p/>
    <w:p>
      <w:r>
        <w:rPr>
          <w:b/>
          <w:sz w:val="20"/>
        </w:rPr>
        <w:t>11. DATA PROTECTION AND PRIVACY</w:t>
      </w:r>
    </w:p>
    <w:p>
      <w:r>
        <w:rPr>
          <w:b w:val="0"/>
          <w:sz w:val="20"/>
        </w:rPr>
        <w:t>The parties agree to comply with applicable Canadian privacy and data protection laws regarding Customer Data.</w:t>
      </w:r>
    </w:p>
    <w:p>
      <w:r>
        <w:rPr>
          <w:b w:val="0"/>
          <w:sz w:val="20"/>
        </w:rPr>
        <w:t>The Service Provider shall process Customer Data only as necessary to provide the Service and pursuant to the Customer’s instructions.</w:t>
      </w:r>
    </w:p>
    <w:p>
      <w:r>
        <w:rPr>
          <w:b w:val="0"/>
          <w:sz w:val="20"/>
        </w:rPr>
        <w:t>The Service Provider shall implement reasonable security measures to protect Customer Data against unauthorized access, use, or disclosure.</w:t>
      </w:r>
    </w:p>
    <w:p/>
    <w:p>
      <w:r>
        <w:rPr>
          <w:b/>
          <w:sz w:val="20"/>
        </w:rPr>
        <w:t>12. INDEMNIFICATION</w:t>
      </w:r>
    </w:p>
    <w:p>
      <w:r>
        <w:rPr>
          <w:b w:val="0"/>
          <w:sz w:val="20"/>
        </w:rPr>
        <w:t>Each party shall indemnify, defend and hold harmless the other party and its affiliates, officers, directors, employees, and agents from and against any claims, damages, liabilities, costs and expenses arising out of or related to any breach of this Agreement or violation of law by the indemnifying party.</w:t>
      </w:r>
    </w:p>
    <w:p/>
    <w:p>
      <w:r>
        <w:rPr>
          <w:b/>
          <w:sz w:val="20"/>
        </w:rPr>
        <w:t>13. FORCE MAJEURE</w:t>
      </w:r>
    </w:p>
    <w:p>
      <w:r>
        <w:rPr>
          <w:b w:val="0"/>
          <w:sz w:val="20"/>
        </w:rPr>
        <w:t>Neither party shall be liable for any failure or delay in performing its obligations due to causes beyond its reasonable control, including but not limited to acts of God, war, terrorism, riots, embargoes, government orders, labor disputes, or failures of internet or telecommunications providers.</w:t>
      </w:r>
    </w:p>
    <w:p/>
    <w:p>
      <w:r>
        <w:rPr>
          <w:b/>
          <w:sz w:val="20"/>
        </w:rPr>
        <w:t>14. GOVERNING LAW AND DISPUTE RESOLUTION</w:t>
      </w:r>
    </w:p>
    <w:p>
      <w:r>
        <w:rPr>
          <w:b w:val="0"/>
          <w:sz w:val="20"/>
        </w:rPr>
        <w:t>This Agreement shall be governed by and construed in accordance with the laws of the Province of Ontario and the federal laws of Canada applicable therein, without regard to conflicts of law principles.</w:t>
      </w:r>
    </w:p>
    <w:p>
      <w:r>
        <w:rPr>
          <w:b w:val="0"/>
          <w:sz w:val="20"/>
        </w:rPr>
        <w:t>The parties agree to attempt to resolve any disputes arising out of or relating to this Agreement through good faith negotiation.</w:t>
      </w:r>
    </w:p>
    <w:p>
      <w:r>
        <w:rPr>
          <w:b w:val="0"/>
          <w:sz w:val="20"/>
        </w:rPr>
        <w:t>If resolution cannot be reached through negotiation within thirty (30) days, the dispute shall be submitted to binding arbitration in accordance with the Arbitration Act (Ontario). The arbitration shall take place in Toronto, Ontario, Canada.</w:t>
      </w:r>
    </w:p>
    <w:p/>
    <w:p>
      <w:r>
        <w:rPr>
          <w:b/>
          <w:sz w:val="20"/>
        </w:rPr>
        <w:t>15. MISCELLANEOUS</w:t>
      </w:r>
    </w:p>
    <w:p>
      <w:r>
        <w:rPr>
          <w:b w:val="0"/>
          <w:sz w:val="20"/>
        </w:rPr>
        <w:t>- Entire Agreement: This Agreement, including all schedules and appendices, constitutes the entire agreement between the parties and supersedes all prior agreements.</w:t>
      </w:r>
    </w:p>
    <w:p>
      <w:r>
        <w:rPr>
          <w:b w:val="0"/>
          <w:sz w:val="20"/>
        </w:rPr>
        <w:t>- Amendments: Any modification or amendment must be in writing and signed by authorized representatives of both parties.</w:t>
      </w:r>
    </w:p>
    <w:p>
      <w:r>
        <w:rPr>
          <w:b w:val="0"/>
          <w:sz w:val="20"/>
        </w:rPr>
        <w:t>- Assignment: Neither party may assign its rights or delegate its obligations without the prior written consent of the other party, except to a successor in interest of the entire business.</w:t>
      </w:r>
    </w:p>
    <w:p>
      <w:r>
        <w:rPr>
          <w:b w:val="0"/>
          <w:sz w:val="20"/>
        </w:rPr>
        <w:t>- Waiver: Failure to enforce any provision shall not constitute waiver of future enforcement.</w:t>
      </w:r>
    </w:p>
    <w:p>
      <w:r>
        <w:rPr>
          <w:b w:val="0"/>
          <w:sz w:val="20"/>
        </w:rPr>
        <w:t>- Severability: If any provision is held invalid or unenforceable, the remainder of the Agreement shall remain in full force and effect.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CUSTOMER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https://legaltemplates-ca.com/saas-agreement/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saas-agreemen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