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SCHOLARSHIP REFERENCE LETTER</w:t>
      </w:r>
    </w:p>
    <w:p/>
    <w:p/>
    <w:p>
      <w:r>
        <w:rPr>
          <w:b w:val="0"/>
          <w:sz w:val="20"/>
        </w:rPr>
        <w:t>To Whom It May Concern:</w:t>
      </w:r>
    </w:p>
    <w:p/>
    <w:p>
      <w:r>
        <w:rPr>
          <w:b w:val="0"/>
          <w:sz w:val="20"/>
        </w:rPr>
        <w:t>I am pleased to write this letter in support of the scholarship application submitted by the candidate named below. As a [Position/Title] at [Institution/Organization], I have had the privilege of closely observing the candidate's academic and personal development.</w:t>
      </w:r>
    </w:p>
    <w:p/>
    <w:p>
      <w:r>
        <w:rPr>
          <w:b/>
          <w:sz w:val="20"/>
        </w:rPr>
        <w:t>Candidate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Date of Birth: _________________________________________________________</w:t>
      </w:r>
    </w:p>
    <w:p>
      <w:r>
        <w:rPr>
          <w:b w:val="0"/>
          <w:sz w:val="20"/>
        </w:rPr>
        <w:t>Program or Field of Study: ______________________________________________</w:t>
      </w:r>
    </w:p>
    <w:p>
      <w:r>
        <w:rPr>
          <w:b w:val="0"/>
          <w:sz w:val="20"/>
        </w:rPr>
        <w:t>Duration of Acquaintance: ______________________________________________</w:t>
      </w:r>
    </w:p>
    <w:p/>
    <w:p>
      <w:r>
        <w:rPr>
          <w:b/>
          <w:sz w:val="20"/>
        </w:rPr>
        <w:t>Relationship with Candidate:</w:t>
      </w:r>
    </w:p>
    <w:p>
      <w:r>
        <w:rPr>
          <w:b w:val="0"/>
          <w:sz w:val="20"/>
        </w:rPr>
        <w:t>Please describe your relationship with the candidate, including the capacity in which you have known them, the duration, and context.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/>
    <w:p>
      <w:r>
        <w:rPr>
          <w:b/>
          <w:sz w:val="20"/>
        </w:rPr>
        <w:t>Academic Performance and Skills:</w:t>
      </w:r>
    </w:p>
    <w:p>
      <w:r>
        <w:rPr>
          <w:b w:val="0"/>
          <w:sz w:val="20"/>
        </w:rPr>
        <w:t>Provide an evaluation of the candidate’s academic achievements, intellectual capabilities, work ethic, and relevant skills.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/>
    <w:p>
      <w:r>
        <w:rPr>
          <w:b/>
          <w:sz w:val="20"/>
        </w:rPr>
        <w:t>Personal Qualities:</w:t>
      </w:r>
    </w:p>
    <w:p>
      <w:r>
        <w:rPr>
          <w:b w:val="0"/>
          <w:sz w:val="20"/>
        </w:rPr>
        <w:t>Comment on the candidate’s character, integrity, maturity, leadership, teamwork, communication skills, and commitment.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/>
    <w:p>
      <w:r>
        <w:rPr>
          <w:b/>
          <w:sz w:val="20"/>
        </w:rPr>
        <w:t>Community and Extracurricular Involvement:</w:t>
      </w:r>
    </w:p>
    <w:p>
      <w:r>
        <w:rPr>
          <w:b w:val="0"/>
          <w:sz w:val="20"/>
        </w:rPr>
        <w:t>Describe any relevant extracurricular activities, volunteer work, or community service that demonstrate the candidate’s engagement and values.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/>
    <w:p>
      <w:r>
        <w:rPr>
          <w:b/>
          <w:sz w:val="20"/>
        </w:rPr>
        <w:t>Suitability for Scholarship:</w:t>
      </w:r>
    </w:p>
    <w:p>
      <w:r>
        <w:rPr>
          <w:b w:val="0"/>
          <w:sz w:val="20"/>
        </w:rPr>
        <w:t>Explain why you believe the candidate is deserving of this scholarship and how the award would benefit their academic and career aspirations.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/>
    <w:p>
      <w:r>
        <w:rPr>
          <w:b w:val="0"/>
          <w:sz w:val="20"/>
        </w:rPr>
        <w:t>In conclusion, I strongly recommend the candidate for the scholarship and affirm their potential to make significant contributions in their field of study and community.</w:t>
      </w:r>
    </w:p>
    <w:p/>
    <w:p/>
    <w:p>
      <w:r>
        <w:rPr>
          <w:b/>
          <w:sz w:val="20"/>
        </w:rPr>
        <w:t>Referee Contact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Position/Title: _________________________________________________________</w:t>
      </w:r>
    </w:p>
    <w:p>
      <w:r>
        <w:rPr>
          <w:b w:val="0"/>
          <w:sz w:val="20"/>
        </w:rPr>
        <w:t>Institution/Organization: ________________________________________________</w:t>
      </w:r>
    </w:p>
    <w:p>
      <w:r>
        <w:rPr>
          <w:b w:val="0"/>
          <w:sz w:val="20"/>
        </w:rPr>
        <w:t>Phone Number: __________________________________________________________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REFEREE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Date: 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Official Stamp (if applicable): 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https://legaltemplates-ca.com/scholarship-reference-letter/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https://legaltemplates-ca.com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legaltemplates-ca.com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galtemplates-ca.com/scholarship-reference-letter/" TargetMode="External"/><Relationship Id="rId10" Type="http://schemas.openxmlformats.org/officeDocument/2006/relationships/hyperlink" Target="https://legaltemplates-c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