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SEPARATION AGREEMENT</w:t>
      </w:r>
    </w:p>
    <w:p/>
    <w:p/>
    <w:p>
      <w:r>
        <w:rPr>
          <w:b w:val="0"/>
          <w:sz w:val="20"/>
        </w:rPr>
        <w:t>THIS AGREEMENT is made between the parties listed below, who were in a conjugal relationship and are now separating. The parties desire to settle their respective rights and obligations arising out of their relationship in accordance with the laws of the Province of Ontario, Canada.</w:t>
      </w:r>
    </w:p>
    <w:p/>
    <w:p/>
    <w:p>
      <w:r>
        <w:rPr>
          <w:b/>
          <w:sz w:val="20"/>
        </w:rPr>
        <w:t>PARTY 1:</w:t>
      </w:r>
    </w:p>
    <w:p>
      <w:r>
        <w:rPr>
          <w:b w:val="0"/>
          <w:sz w:val="20"/>
        </w:rPr>
        <w:t>Full Legal Name: _________________________________________________________</w:t>
      </w:r>
    </w:p>
    <w:p>
      <w:r>
        <w:rPr>
          <w:b w:val="0"/>
          <w:sz w:val="20"/>
        </w:rPr>
        <w:t>Date of Birth: ____________________________________________________________</w:t>
      </w:r>
    </w:p>
    <w:p>
      <w:r>
        <w:rPr>
          <w:b w:val="0"/>
          <w:sz w:val="20"/>
        </w:rPr>
        <w:t>Address: _________________________________________________________________</w:t>
      </w:r>
    </w:p>
    <w:p>
      <w:r>
        <w:rPr>
          <w:b w:val="0"/>
          <w:sz w:val="20"/>
        </w:rPr>
        <w:t>Phone: ___________________________________________________________________</w:t>
      </w:r>
    </w:p>
    <w:p/>
    <w:p>
      <w:r>
        <w:rPr>
          <w:b/>
          <w:sz w:val="20"/>
        </w:rPr>
        <w:t>PARTY 2:</w:t>
      </w:r>
    </w:p>
    <w:p>
      <w:r>
        <w:rPr>
          <w:b w:val="0"/>
          <w:sz w:val="20"/>
        </w:rPr>
        <w:t>Full Legal Name: _________________________________________________________</w:t>
      </w:r>
    </w:p>
    <w:p>
      <w:r>
        <w:rPr>
          <w:b w:val="0"/>
          <w:sz w:val="20"/>
        </w:rPr>
        <w:t>Date of Birth: ____________________________________________________________</w:t>
      </w:r>
    </w:p>
    <w:p>
      <w:r>
        <w:rPr>
          <w:b w:val="0"/>
          <w:sz w:val="20"/>
        </w:rPr>
        <w:t>Address: _________________________________________________________________</w:t>
      </w:r>
    </w:p>
    <w:p>
      <w:r>
        <w:rPr>
          <w:b w:val="0"/>
          <w:sz w:val="20"/>
        </w:rPr>
        <w:t>Phone: ___________________________________________________________________</w:t>
      </w:r>
    </w:p>
    <w:p/>
    <w:p/>
    <w:p>
      <w:r>
        <w:rPr>
          <w:b/>
          <w:sz w:val="20"/>
        </w:rPr>
        <w:t>RECITALS</w:t>
      </w:r>
    </w:p>
    <w:p>
      <w:r>
        <w:rPr>
          <w:b w:val="0"/>
          <w:sz w:val="20"/>
        </w:rPr>
        <w:t>A. The parties have lived together in a conjugal relationship.</w:t>
      </w:r>
    </w:p>
    <w:p>
      <w:r>
        <w:rPr>
          <w:b w:val="0"/>
          <w:sz w:val="20"/>
        </w:rPr>
        <w:t>B. The parties have decided to separate and wish to settle their rights and obligations arising from their relationship, including property division, spousal support, child custody, and access arrangements.</w:t>
      </w:r>
    </w:p>
    <w:p>
      <w:r>
        <w:rPr>
          <w:b w:val="0"/>
          <w:sz w:val="20"/>
        </w:rPr>
        <w:t>C. This Agreement is intended to be binding and enforceable under the laws of Ontario.</w:t>
      </w:r>
    </w:p>
    <w:p/>
    <w:p/>
    <w:p>
      <w:r>
        <w:rPr>
          <w:b/>
          <w:sz w:val="20"/>
        </w:rPr>
        <w:t>DEFINITIONS</w:t>
      </w:r>
    </w:p>
    <w:p>
      <w:r>
        <w:rPr>
          <w:b w:val="0"/>
          <w:sz w:val="20"/>
        </w:rPr>
        <w:t>In this Agreement, unless the context requires otherwise:</w:t>
      </w:r>
    </w:p>
    <w:p>
      <w:r>
        <w:rPr>
          <w:b w:val="0"/>
          <w:sz w:val="20"/>
        </w:rPr>
        <w:t>“Child(ren)” means any child or children of the parties, whether biological or adopted.</w:t>
      </w:r>
    </w:p>
    <w:p>
      <w:r>
        <w:rPr>
          <w:b w:val="0"/>
          <w:sz w:val="20"/>
        </w:rPr>
        <w:t>“Spousal Support” means any financial support payable by one party to the other arising from the relationship.</w:t>
      </w:r>
    </w:p>
    <w:p>
      <w:r>
        <w:rPr>
          <w:b w:val="0"/>
          <w:sz w:val="20"/>
        </w:rPr>
        <w:t>“Property” means all assets, belongings, and interests owned individually or jointly by the parties as of the date of separation.</w:t>
      </w:r>
    </w:p>
    <w:p/>
    <w:p/>
    <w:p>
      <w:r>
        <w:rPr>
          <w:b/>
          <w:sz w:val="20"/>
        </w:rPr>
        <w:t>1. SEPARATION</w:t>
      </w:r>
    </w:p>
    <w:p>
      <w:r>
        <w:rPr>
          <w:b w:val="0"/>
          <w:sz w:val="20"/>
        </w:rPr>
        <w:t>The parties acknowledge that they have separated and shall live separate and apart from each other as of the date of signature of this Agreement. Each party shall be free from interference, harassment, authority, or control by the other.</w:t>
      </w:r>
    </w:p>
    <w:p/>
    <w:p/>
    <w:p>
      <w:r>
        <w:rPr>
          <w:b/>
          <w:sz w:val="20"/>
        </w:rPr>
        <w:t>2. CUSTODY AND ACCESS</w:t>
      </w:r>
    </w:p>
    <w:p>
      <w:r>
        <w:rPr>
          <w:b w:val="0"/>
          <w:sz w:val="20"/>
        </w:rPr>
        <w:t>2.1 Custody of Child(ren):</w:t>
      </w:r>
    </w:p>
    <w:p>
      <w:r>
        <w:rPr>
          <w:b w:val="0"/>
          <w:sz w:val="20"/>
        </w:rPr>
        <w:t>_____________________________________________________________________________</w:t>
      </w:r>
    </w:p>
    <w:p>
      <w:r>
        <w:rPr>
          <w:b w:val="0"/>
          <w:sz w:val="20"/>
        </w:rPr>
        <w:t>2.2 Parenting Schedule and Access Rights:</w:t>
      </w:r>
    </w:p>
    <w:p>
      <w:r>
        <w:rPr>
          <w:b w:val="0"/>
          <w:sz w:val="20"/>
        </w:rPr>
        <w:t>_____________________________________________________________________________</w:t>
      </w:r>
    </w:p>
    <w:p>
      <w:r>
        <w:rPr>
          <w:b w:val="0"/>
          <w:sz w:val="20"/>
        </w:rPr>
        <w:t>2.3 Both parties agree to act in the best interests of the Child(ren) at all times.</w:t>
      </w:r>
    </w:p>
    <w:p/>
    <w:p/>
    <w:p>
      <w:r>
        <w:rPr>
          <w:b/>
          <w:sz w:val="20"/>
        </w:rPr>
        <w:t>3. CHILD SUPPORT</w:t>
      </w:r>
    </w:p>
    <w:p>
      <w:r>
        <w:rPr>
          <w:b w:val="0"/>
          <w:sz w:val="20"/>
        </w:rPr>
        <w:t>3.1 The parties agree that child support shall be paid in accordance with the Child Support Guidelines of Ontario.</w:t>
      </w:r>
    </w:p>
    <w:p>
      <w:r>
        <w:rPr>
          <w:b w:val="0"/>
          <w:sz w:val="20"/>
        </w:rPr>
        <w:t>3.2 Amount of Child Support (if applicable): ___________________________________</w:t>
      </w:r>
    </w:p>
    <w:p>
      <w:r>
        <w:rPr>
          <w:b w:val="0"/>
          <w:sz w:val="20"/>
        </w:rPr>
        <w:t>3.3 Payment Details:</w:t>
      </w:r>
    </w:p>
    <w:p>
      <w:r>
        <w:rPr>
          <w:b w:val="0"/>
          <w:sz w:val="20"/>
        </w:rPr>
        <w:t>_____________________________________________________________________________</w:t>
      </w:r>
    </w:p>
    <w:p/>
    <w:p/>
    <w:p>
      <w:r>
        <w:rPr>
          <w:b/>
          <w:sz w:val="20"/>
        </w:rPr>
        <w:t>4. SPOUSAL SUPPORT</w:t>
      </w:r>
    </w:p>
    <w:p>
      <w:r>
        <w:rPr>
          <w:b w:val="0"/>
          <w:sz w:val="20"/>
        </w:rPr>
        <w:t>4.1 The parties agree that spousal support shall be:</w:t>
      </w:r>
    </w:p>
    <w:p>
      <w:r>
        <w:rPr>
          <w:b w:val="0"/>
          <w:sz w:val="20"/>
        </w:rPr>
        <w:t xml:space="preserve">    [ ] Not payable</w:t>
      </w:r>
    </w:p>
    <w:p>
      <w:r>
        <w:rPr>
          <w:b w:val="0"/>
          <w:sz w:val="20"/>
        </w:rPr>
        <w:t xml:space="preserve">    [ ] Payable as follows: _________________________________________________</w:t>
      </w:r>
    </w:p>
    <w:p>
      <w:r>
        <w:rPr>
          <w:b w:val="0"/>
          <w:sz w:val="20"/>
        </w:rPr>
        <w:t>4.2 Amount and Duration:</w:t>
      </w:r>
    </w:p>
    <w:p>
      <w:r>
        <w:rPr>
          <w:b w:val="0"/>
          <w:sz w:val="20"/>
        </w:rPr>
        <w:t>_____________________________________________________________________________</w:t>
      </w:r>
    </w:p>
    <w:p>
      <w:r>
        <w:rPr>
          <w:b w:val="0"/>
          <w:sz w:val="20"/>
        </w:rPr>
        <w:t>4.3 The parties acknowledge that they have considered the Spousal Support Advisory Guidelines.</w:t>
      </w:r>
    </w:p>
    <w:p/>
    <w:p/>
    <w:p>
      <w:r>
        <w:rPr>
          <w:b/>
          <w:sz w:val="20"/>
        </w:rPr>
        <w:t>5. PROPERTY DIVISION</w:t>
      </w:r>
    </w:p>
    <w:p>
      <w:r>
        <w:rPr>
          <w:b w:val="0"/>
          <w:sz w:val="20"/>
        </w:rPr>
        <w:t>5.1 The parties agree to the division of property as follows:</w:t>
      </w:r>
    </w:p>
    <w:p>
      <w:r>
        <w:rPr>
          <w:b w:val="0"/>
          <w:sz w:val="20"/>
        </w:rPr>
        <w:t>Party 1 Property: ____________________________________________________________</w:t>
      </w:r>
    </w:p>
    <w:p>
      <w:r>
        <w:rPr>
          <w:b w:val="0"/>
          <w:sz w:val="20"/>
        </w:rPr>
        <w:t>Party 2 Property: ____________________________________________________________</w:t>
      </w:r>
    </w:p>
    <w:p>
      <w:r>
        <w:rPr>
          <w:b w:val="0"/>
          <w:sz w:val="20"/>
        </w:rPr>
        <w:t>Joint Property to be Sold or Divided: _________________________________________</w:t>
      </w:r>
    </w:p>
    <w:p>
      <w:r>
        <w:rPr>
          <w:b w:val="0"/>
          <w:sz w:val="20"/>
        </w:rPr>
        <w:t>5.2 Each party acknowledges that they have disclosed all assets and liabilities to the other.</w:t>
      </w:r>
    </w:p>
    <w:p/>
    <w:p/>
    <w:p>
      <w:r>
        <w:rPr>
          <w:b/>
          <w:sz w:val="20"/>
        </w:rPr>
        <w:t>6. DEBTS AND LIABILITIES</w:t>
      </w:r>
    </w:p>
    <w:p>
      <w:r>
        <w:rPr>
          <w:b w:val="0"/>
          <w:sz w:val="20"/>
        </w:rPr>
        <w:t>6.1 The parties agree that the debts and liabilities shall be assumed as follows:</w:t>
      </w:r>
    </w:p>
    <w:p>
      <w:r>
        <w:rPr>
          <w:b w:val="0"/>
          <w:sz w:val="20"/>
        </w:rPr>
        <w:t>Party 1 Debts: _______________________________________________________________</w:t>
      </w:r>
    </w:p>
    <w:p>
      <w:r>
        <w:rPr>
          <w:b w:val="0"/>
          <w:sz w:val="20"/>
        </w:rPr>
        <w:t>Party 2 Debts: _______________________________________________________________</w:t>
      </w:r>
    </w:p>
    <w:p>
      <w:r>
        <w:rPr>
          <w:b w:val="0"/>
          <w:sz w:val="20"/>
        </w:rPr>
        <w:t>6.2 Each party agrees to indemnify and hold harmless the other from any debts assigned to them.</w:t>
      </w:r>
    </w:p>
    <w:p/>
    <w:p/>
    <w:p>
      <w:r>
        <w:rPr>
          <w:b/>
          <w:sz w:val="20"/>
        </w:rPr>
        <w:t>7. TAXES</w:t>
      </w:r>
    </w:p>
    <w:p>
      <w:r>
        <w:rPr>
          <w:b w:val="0"/>
          <w:sz w:val="20"/>
        </w:rPr>
        <w:t>Any tax liabilities or refunds relating to income, property, or capital gains arising from the division of property or transactions contemplated herein shall be the responsibility of the party to whom they relate.</w:t>
      </w:r>
    </w:p>
    <w:p/>
    <w:p/>
    <w:p>
      <w:r>
        <w:rPr>
          <w:b/>
          <w:sz w:val="20"/>
        </w:rPr>
        <w:t>8. RELEASE AND WAIVER</w:t>
      </w:r>
    </w:p>
    <w:p>
      <w:r>
        <w:rPr>
          <w:b w:val="0"/>
          <w:sz w:val="20"/>
        </w:rPr>
        <w:t>Except as otherwise provided, each party releases and discharges the other from all claims, demands, actions, or causes of action arising out of or relating to the relationship, separation, or this Agreement.</w:t>
      </w:r>
    </w:p>
    <w:p/>
    <w:p/>
    <w:p>
      <w:r>
        <w:rPr>
          <w:b/>
          <w:sz w:val="20"/>
        </w:rPr>
        <w:t>9. LEGAL ADVICE AND VOLUNTARINESS</w:t>
      </w:r>
    </w:p>
    <w:p>
      <w:r>
        <w:rPr>
          <w:b w:val="0"/>
          <w:sz w:val="20"/>
        </w:rPr>
        <w:t>9.1 Each party acknowledges having had the opportunity to seek independent legal advice prior to signing this Agreement.</w:t>
      </w:r>
    </w:p>
    <w:p>
      <w:r>
        <w:rPr>
          <w:b w:val="0"/>
          <w:sz w:val="20"/>
        </w:rPr>
        <w:t>9.2 Each party enters into this Agreement voluntarily, without undue influence, coercion, or misrepresentation.</w:t>
      </w:r>
    </w:p>
    <w:p/>
    <w:p/>
    <w:p>
      <w:r>
        <w:rPr>
          <w:b/>
          <w:sz w:val="20"/>
        </w:rPr>
        <w:t>10. ENTIRE AGREEMENT</w:t>
      </w:r>
    </w:p>
    <w:p>
      <w:r>
        <w:rPr>
          <w:b w:val="0"/>
          <w:sz w:val="20"/>
        </w:rPr>
        <w:t>This Agreement constitutes the entire understanding between the parties and supersedes all prior negotiations or agreements, whether written or oral, relating to the subject matter herein.</w:t>
      </w:r>
    </w:p>
    <w:p/>
    <w:p/>
    <w:p>
      <w:r>
        <w:rPr>
          <w:b/>
          <w:sz w:val="20"/>
        </w:rPr>
        <w:t>11. AMENDMENT</w:t>
      </w:r>
    </w:p>
    <w:p>
      <w:r>
        <w:rPr>
          <w:b w:val="0"/>
          <w:sz w:val="20"/>
        </w:rPr>
        <w:t>This Agreement may be amended only by written agreement signed by both parties.</w:t>
      </w:r>
    </w:p>
    <w:p/>
    <w:p/>
    <w:p>
      <w:r>
        <w:rPr>
          <w:b/>
          <w:sz w:val="20"/>
        </w:rPr>
        <w:t>12. GOVERNING LAW</w:t>
      </w:r>
    </w:p>
    <w:p>
      <w:r>
        <w:rPr>
          <w:b w:val="0"/>
          <w:sz w:val="20"/>
        </w:rPr>
        <w:t>This Agreement shall be governed by and construed in accordance with the laws of the Province of Ontario, Canada.</w:t>
      </w:r>
    </w:p>
    <w:p/>
    <w:p/>
    <w:p>
      <w:r>
        <w:rPr>
          <w:b/>
          <w:sz w:val="20"/>
        </w:rPr>
        <w:t>13. SEVERABILITY</w:t>
      </w:r>
    </w:p>
    <w:p>
      <w:r>
        <w:rPr>
          <w:b w:val="0"/>
          <w:sz w:val="20"/>
        </w:rPr>
        <w:t>If any provision of this Agreement is found to be invalid or unenforceable, the remaining provisions shall continue in full force and effect.</w:t>
      </w:r>
    </w:p>
    <w:p/>
    <w:p/>
    <w:p>
      <w:r>
        <w:rPr>
          <w:b/>
          <w:sz w:val="20"/>
        </w:rPr>
        <w:t>14. ENFORCEMENT</w:t>
      </w:r>
    </w:p>
    <w:p>
      <w:r>
        <w:rPr>
          <w:b w:val="0"/>
          <w:sz w:val="20"/>
        </w:rPr>
        <w:t>This Agreement is intended to be binding and enforceable by any court or tribunal of competent jurisdiction in Ontario.</w:t>
      </w:r>
    </w:p>
    <w:p/>
    <w:p/>
    <w:p/>
    <w:p>
      <w:r>
        <w:rPr>
          <w:b w:val="0"/>
          <w:sz w:val="20"/>
        </w:rPr>
        <w:t>Place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PARTY 1</w:t>
            </w:r>
          </w:p>
        </w:tc>
        <w:tc>
          <w:tcPr>
            <w:tcW w:type="dxa" w:w="4986"/>
            <w:tcBorders>
              <w:top w:val="nil"/>
              <w:left w:val="nil"/>
              <w:bottom w:val="nil"/>
              <w:right w:val="nil"/>
              <w:insideH w:val="nil"/>
              <w:insideV w:val="nil"/>
            </w:tcBorders>
          </w:tcPr>
          <w:p>
            <w:pPr>
              <w:jc w:val="center"/>
            </w:pPr>
            <w:r>
              <w:t>PARTY 2</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https://legaltemplates-ca.com/separation-agreement-ontario-document/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https://legaltemplates-ca.com</w:t>
        </w:r>
      </w:hyperlink>
    </w:p>
    <w:p>
      <w:pPr>
        <w:jc w:val="center"/>
      </w:pPr>
      <w:r>
        <w:rPr>
          <w:color w:val="808080"/>
          <w:sz w:val="20"/>
        </w:rPr>
        <w:t>This template is intended exclusively for personal, non-commercial use.</w:t>
        <w:br/>
        <w:t>If distributed or published, the source must be mentioned. © legaltemplates-ca.com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galtemplates-ca.com/separation-agreement-ontario-document/" TargetMode="External"/><Relationship Id="rId10" Type="http://schemas.openxmlformats.org/officeDocument/2006/relationships/hyperlink" Target="https://legaltemplates-c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