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SETTLEMENT LETTER</w:t>
      </w:r>
    </w:p>
    <w:p/>
    <w:p>
      <w:r>
        <w:rPr>
          <w:b/>
          <w:sz w:val="20"/>
        </w:rPr>
        <w:t>PARTIES:</w:t>
      </w:r>
    </w:p>
    <w:p>
      <w:r>
        <w:rPr>
          <w:b w:val="0"/>
          <w:sz w:val="20"/>
        </w:rPr>
        <w:t>This Settlement Letter (the “Agreement”) is entered into by and between the undersigned parties as follows:</w:t>
      </w:r>
    </w:p>
    <w:p>
      <w:r>
        <w:rPr>
          <w:b w:val="0"/>
          <w:sz w:val="20"/>
        </w:rPr>
        <w:t>Claimant: _______________________________________________________________</w:t>
      </w:r>
    </w:p>
    <w:p>
      <w:r>
        <w:rPr>
          <w:b w:val="0"/>
          <w:sz w:val="20"/>
        </w:rPr>
        <w:t>Address: _________________________________________________________________</w:t>
      </w:r>
    </w:p>
    <w:p>
      <w:r>
        <w:rPr>
          <w:b w:val="0"/>
          <w:sz w:val="20"/>
        </w:rPr>
        <w:t>Contact Information: ______________________________________________________</w:t>
      </w:r>
    </w:p>
    <w:p/>
    <w:p>
      <w:r>
        <w:rPr>
          <w:b w:val="0"/>
          <w:sz w:val="20"/>
        </w:rPr>
        <w:t>Respondent: ______________________________________________________________</w:t>
      </w:r>
    </w:p>
    <w:p>
      <w:r>
        <w:rPr>
          <w:b w:val="0"/>
          <w:sz w:val="20"/>
        </w:rPr>
        <w:t>Address: _________________________________________________________________</w:t>
      </w:r>
    </w:p>
    <w:p>
      <w:r>
        <w:rPr>
          <w:b w:val="0"/>
          <w:sz w:val="20"/>
        </w:rPr>
        <w:t>Contact Information: ______________________________________________________</w:t>
      </w:r>
    </w:p>
    <w:p/>
    <w:p/>
    <w:p>
      <w:r>
        <w:rPr>
          <w:b/>
          <w:sz w:val="20"/>
        </w:rPr>
        <w:t>RECITALS</w:t>
      </w:r>
    </w:p>
    <w:p>
      <w:r>
        <w:rPr>
          <w:b w:val="0"/>
          <w:sz w:val="20"/>
        </w:rPr>
        <w:t>WHEREAS, a dispute has arisen between the Claimant and the Respondent concerning the following matter:</w:t>
      </w:r>
    </w:p>
    <w:p>
      <w:r>
        <w:rPr>
          <w:b w:val="0"/>
          <w:sz w:val="20"/>
        </w:rPr>
        <w:t>_____________________________________________________________________________</w:t>
      </w:r>
    </w:p>
    <w:p>
      <w:r>
        <w:rPr>
          <w:b w:val="0"/>
          <w:sz w:val="20"/>
        </w:rPr>
        <w:t>_____________________________________________________________________________</w:t>
      </w:r>
    </w:p>
    <w:p>
      <w:r>
        <w:rPr>
          <w:b w:val="0"/>
          <w:sz w:val="20"/>
        </w:rPr>
        <w:t>_____________________________________________________________________________</w:t>
      </w:r>
    </w:p>
    <w:p/>
    <w:p>
      <w:r>
        <w:rPr>
          <w:b w:val="0"/>
          <w:sz w:val="20"/>
        </w:rPr>
        <w:t>AND WHEREAS the parties desire to fully and finally resolve and settle all claims, disputes, and differences between them without admission of liability or fault, and on the terms set forth below.</w:t>
      </w:r>
    </w:p>
    <w:p/>
    <w:p/>
    <w:p>
      <w:r>
        <w:rPr>
          <w:b/>
          <w:sz w:val="20"/>
        </w:rPr>
        <w:t>TERMS OF SETTLEMENT</w:t>
      </w:r>
    </w:p>
    <w:p>
      <w:r>
        <w:rPr>
          <w:b w:val="0"/>
          <w:sz w:val="20"/>
        </w:rPr>
        <w:t>1. Settlement Payment</w:t>
      </w:r>
    </w:p>
    <w:p>
      <w:r>
        <w:rPr>
          <w:b w:val="0"/>
          <w:sz w:val="20"/>
        </w:rPr>
        <w:t>The Respondent agrees to pay the Claimant the total sum of $________________ (CAD) (the “Settlement Amount”) in full and final settlement of all claims related to the dispute described above.</w:t>
      </w:r>
    </w:p>
    <w:p/>
    <w:p>
      <w:r>
        <w:rPr>
          <w:b w:val="0"/>
          <w:sz w:val="20"/>
        </w:rPr>
        <w:t>2. Payment Terms</w:t>
      </w:r>
    </w:p>
    <w:p>
      <w:r>
        <w:rPr>
          <w:b w:val="0"/>
          <w:sz w:val="20"/>
        </w:rPr>
        <w:t>The Settlement Amount shall be paid by the Respondent to the Claimant by ________________________________________________________________.</w:t>
      </w:r>
    </w:p>
    <w:p>
      <w:r>
        <w:rPr>
          <w:b w:val="0"/>
          <w:sz w:val="20"/>
        </w:rPr>
        <w:t>Payment shall be made on or before ___________________________________________________.</w:t>
      </w:r>
    </w:p>
    <w:p/>
    <w:p>
      <w:r>
        <w:rPr>
          <w:b w:val="0"/>
          <w:sz w:val="20"/>
        </w:rPr>
        <w:t>3. Release and Discharge</w:t>
      </w:r>
    </w:p>
    <w:p>
      <w:r>
        <w:rPr>
          <w:b w:val="0"/>
          <w:sz w:val="20"/>
        </w:rPr>
        <w:t>Upon receipt of the Settlement Amount in full, the Claimant hereby releases, acquits, and forever discharges the Respondent and its affiliates, agents, employees, representatives, successors, and assigns from any and all claims, demands, causes of action, damages, and liabilities of any kind whatsoever, whether known or unknown, arising out of or related to the dispute described above.</w:t>
      </w:r>
    </w:p>
    <w:p/>
    <w:p>
      <w:r>
        <w:rPr>
          <w:b w:val="0"/>
          <w:sz w:val="20"/>
        </w:rPr>
        <w:t>4. No Admission of Liability</w:t>
      </w:r>
    </w:p>
    <w:p>
      <w:r>
        <w:rPr>
          <w:b w:val="0"/>
          <w:sz w:val="20"/>
        </w:rPr>
        <w:t>This Agreement is entered into for the purpose of avoiding further disputes and litigation and does not constitute an admission of liability or fault by any party.</w:t>
      </w:r>
    </w:p>
    <w:p/>
    <w:p>
      <w:r>
        <w:rPr>
          <w:b w:val="0"/>
          <w:sz w:val="20"/>
        </w:rPr>
        <w:t>5. Confidentiality</w:t>
      </w:r>
    </w:p>
    <w:p>
      <w:r>
        <w:rPr>
          <w:b w:val="0"/>
          <w:sz w:val="20"/>
        </w:rPr>
        <w:t>The parties agree that the terms, conditions, and existence of this Agreement are confidential and shall not be disclosed to any third party, except as required by law or to enforce the terms of this Agreement, without the prior written consent of the other party.</w:t>
      </w:r>
    </w:p>
    <w:p/>
    <w:p>
      <w:r>
        <w:rPr>
          <w:b w:val="0"/>
          <w:sz w:val="20"/>
        </w:rPr>
        <w:t>6. Mutual Cooperation</w:t>
      </w:r>
    </w:p>
    <w:p>
      <w:r>
        <w:rPr>
          <w:b w:val="0"/>
          <w:sz w:val="20"/>
        </w:rPr>
        <w:t>The parties agree to execute any additional documents and take any further actions reasonably necessary to give effect to this Agreement.</w:t>
      </w:r>
    </w:p>
    <w:p/>
    <w:p>
      <w:r>
        <w:rPr>
          <w:b w:val="0"/>
          <w:sz w:val="20"/>
        </w:rPr>
        <w:t>7. Entire Agreement</w:t>
      </w:r>
    </w:p>
    <w:p>
      <w:r>
        <w:rPr>
          <w:b w:val="0"/>
          <w:sz w:val="20"/>
        </w:rPr>
        <w:t>This Agreement contains the entire understanding between the parties with respect to the subject matter hereof and supersedes all prior agreements, discussions, representations, or understandings, whether written or oral.</w:t>
      </w:r>
    </w:p>
    <w:p/>
    <w:p>
      <w:r>
        <w:rPr>
          <w:b w:val="0"/>
          <w:sz w:val="20"/>
        </w:rPr>
        <w:t>8. Governing Law and Jurisdiction</w:t>
      </w:r>
    </w:p>
    <w:p>
      <w:r>
        <w:rPr>
          <w:b w:val="0"/>
          <w:sz w:val="20"/>
        </w:rPr>
        <w:t>This Agreement shall be governed by and construed in accordance with the laws of the Province of ____________________, Canada. The parties agree to submit to the exclusive jurisdiction of the courts of that Province for any disputes arising out of or in connection with this Agreement.</w:t>
      </w:r>
    </w:p>
    <w:p/>
    <w:p>
      <w:r>
        <w:rPr>
          <w:b w:val="0"/>
          <w:sz w:val="20"/>
        </w:rPr>
        <w:t>9. Severability</w:t>
      </w:r>
    </w:p>
    <w:p>
      <w:r>
        <w:rPr>
          <w:b w:val="0"/>
          <w:sz w:val="20"/>
        </w:rPr>
        <w:t>If any provision of this Agreement is found to be invalid, illegal, or unenforceable by a court of competent jurisdiction, the remaining provisions shall remain in full force and effect.</w:t>
      </w:r>
    </w:p>
    <w:p/>
    <w:p>
      <w:r>
        <w:rPr>
          <w:b w:val="0"/>
          <w:sz w:val="20"/>
        </w:rPr>
        <w:t>10. No Waiver</w:t>
      </w:r>
    </w:p>
    <w:p>
      <w:r>
        <w:rPr>
          <w:b w:val="0"/>
          <w:sz w:val="20"/>
        </w:rPr>
        <w:t>No failure or delay by any party in exercising any right or remedy under this Agreement shall operate as a waiver thereof, nor shall any single or partial exercise preclude any other or further exercise of any right or remedy.</w:t>
      </w:r>
    </w:p>
    <w:p/>
    <w:p/>
    <w:p>
      <w:r>
        <w:rPr>
          <w:b/>
          <w:sz w:val="20"/>
        </w:rPr>
        <w:t>ADDITIONAL REMARKS / SPECIAL CONDITIONS:</w:t>
      </w:r>
    </w:p>
    <w:p>
      <w:r>
        <w:rPr>
          <w:b w:val="0"/>
          <w:sz w:val="20"/>
        </w:rPr>
        <w:t>_____________________________________________________________________________</w:t>
      </w:r>
    </w:p>
    <w:p>
      <w:r>
        <w:rPr>
          <w:b w:val="0"/>
          <w:sz w:val="20"/>
        </w:rPr>
        <w:t>_____________________________________________________________________________</w:t>
      </w:r>
    </w:p>
    <w:p>
      <w:r>
        <w:rPr>
          <w:b w:val="0"/>
          <w:sz w:val="20"/>
        </w:rPr>
        <w:t>_____________________________________________________________________________</w:t>
      </w:r>
    </w:p>
    <w:p/>
    <w:p/>
    <w:p>
      <w:r>
        <w:rPr>
          <w:b w:val="0"/>
          <w:sz w:val="20"/>
        </w:rPr>
        <w:t>Place of signing: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CLAIMANT</w:t>
            </w:r>
          </w:p>
        </w:tc>
        <w:tc>
          <w:tcPr>
            <w:tcW w:type="dxa" w:w="4986"/>
            <w:tcBorders>
              <w:top w:val="nil"/>
              <w:left w:val="nil"/>
              <w:bottom w:val="nil"/>
              <w:right w:val="nil"/>
              <w:insideH w:val="nil"/>
              <w:insideV w:val="nil"/>
            </w:tcBorders>
          </w:tcPr>
          <w:p>
            <w:pPr>
              <w:jc w:val="center"/>
            </w:pPr>
            <w:r>
              <w:t>RESPONDENT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https://legaltemplates-ca.com/settlement-letter/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https://legaltemplates-ca.com</w:t>
        </w:r>
      </w:hyperlink>
    </w:p>
    <w:p>
      <w:pPr>
        <w:jc w:val="center"/>
      </w:pPr>
      <w:r>
        <w:rPr>
          <w:color w:val="808080"/>
          <w:sz w:val="20"/>
        </w:rPr>
        <w:t>This template is intended exclusively for personal, non-commercial use.</w:t>
        <w:br/>
        <w:t>If distributed or published, the source must be mentioned. © legaltemplates-ca.com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ca.com/settlement-letter/" TargetMode="External"/><Relationship Id="rId10" Type="http://schemas.openxmlformats.org/officeDocument/2006/relationships/hyperlink" Target="https://legaltemplates-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