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SIMPLE RESIDENTIAL RENTAL AGREEMENT</w:t>
      </w:r>
    </w:p>
    <w:p/>
    <w:p>
      <w:r>
        <w:rPr>
          <w:b/>
          <w:sz w:val="20"/>
        </w:rPr>
        <w:t>Landlord Information: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</w:t>
      </w:r>
    </w:p>
    <w:p/>
    <w:p>
      <w:r>
        <w:rPr>
          <w:b/>
          <w:sz w:val="20"/>
        </w:rPr>
        <w:t>Tenant Information: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</w:t>
      </w:r>
    </w:p>
    <w:p/>
    <w:p>
      <w:r>
        <w:rPr>
          <w:b/>
          <w:sz w:val="20"/>
        </w:rPr>
        <w:t>Premises:</w:t>
      </w:r>
    </w:p>
    <w:p>
      <w:r>
        <w:rPr>
          <w:b w:val="0"/>
          <w:sz w:val="20"/>
        </w:rPr>
        <w:t>Address of Rental Property: ____________________________________________</w:t>
      </w:r>
    </w:p>
    <w:p>
      <w:r>
        <w:rPr>
          <w:b w:val="0"/>
          <w:sz w:val="20"/>
        </w:rPr>
        <w:t>Type of Property (e.g., apartment, house): _______________________________</w:t>
      </w:r>
    </w:p>
    <w:p>
      <w:r>
        <w:rPr>
          <w:b w:val="0"/>
          <w:sz w:val="20"/>
        </w:rPr>
        <w:t>Included Furnishings and Appliances: ____________________________________</w:t>
      </w:r>
    </w:p>
    <w:p>
      <w:r>
        <w:rPr>
          <w:b w:val="0"/>
          <w:sz w:val="20"/>
        </w:rPr>
        <w:t>Parking Spaces (if any): ________________________________________________</w:t>
      </w:r>
    </w:p>
    <w:p/>
    <w:p>
      <w:r>
        <w:rPr>
          <w:b/>
          <w:sz w:val="20"/>
        </w:rPr>
        <w:t>Term of Lease:</w:t>
      </w:r>
    </w:p>
    <w:p>
      <w:r>
        <w:rPr>
          <w:b w:val="0"/>
          <w:sz w:val="20"/>
        </w:rPr>
        <w:t>Start Date: ____________________________________________________________</w:t>
      </w:r>
    </w:p>
    <w:p>
      <w:r>
        <w:rPr>
          <w:b w:val="0"/>
          <w:sz w:val="20"/>
        </w:rPr>
        <w:t>Lease Duration (e.g., 12 months, month-to-month): ________________________</w:t>
      </w:r>
    </w:p>
    <w:p>
      <w:r>
        <w:rPr>
          <w:b w:val="0"/>
          <w:sz w:val="20"/>
        </w:rPr>
        <w:t>End Date (if fixed term): _______________________________________________</w:t>
      </w:r>
    </w:p>
    <w:p/>
    <w:p>
      <w:r>
        <w:rPr>
          <w:b/>
          <w:sz w:val="20"/>
        </w:rPr>
        <w:t>Rent:</w:t>
      </w:r>
    </w:p>
    <w:p>
      <w:r>
        <w:rPr>
          <w:b w:val="0"/>
          <w:sz w:val="20"/>
        </w:rPr>
        <w:t>Monthly Rent Amount: $___________________ CAD</w:t>
      </w:r>
    </w:p>
    <w:p>
      <w:r>
        <w:rPr>
          <w:b w:val="0"/>
          <w:sz w:val="20"/>
        </w:rPr>
        <w:t>Rent Payment Due Date Each Month: ______________________________________</w:t>
      </w:r>
    </w:p>
    <w:p>
      <w:r>
        <w:rPr>
          <w:b w:val="0"/>
          <w:sz w:val="20"/>
        </w:rPr>
        <w:t>Payment Method (e.g., cheque, e-transfer, cash): __________________________</w:t>
      </w:r>
    </w:p>
    <w:p>
      <w:r>
        <w:rPr>
          <w:b w:val="0"/>
          <w:sz w:val="20"/>
        </w:rPr>
        <w:t>Late Payment Penalties: ________________________________________________</w:t>
      </w:r>
    </w:p>
    <w:p/>
    <w:p>
      <w:r>
        <w:rPr>
          <w:b/>
          <w:sz w:val="20"/>
        </w:rPr>
        <w:t>Security Deposit:</w:t>
      </w:r>
    </w:p>
    <w:p>
      <w:r>
        <w:rPr>
          <w:b w:val="0"/>
          <w:sz w:val="20"/>
        </w:rPr>
        <w:t>Amount: $___________________ CAD</w:t>
      </w:r>
    </w:p>
    <w:p>
      <w:r>
        <w:rPr>
          <w:b w:val="0"/>
          <w:sz w:val="20"/>
        </w:rPr>
        <w:t>Deposit to be paid by Tenant before possession date.</w:t>
      </w:r>
    </w:p>
    <w:p>
      <w:r>
        <w:rPr>
          <w:b w:val="0"/>
          <w:sz w:val="20"/>
        </w:rPr>
        <w:t>Deposit held to cover damages beyond normal wear and tear, unpaid rent, or other breaches.</w:t>
      </w:r>
    </w:p>
    <w:p>
      <w:r>
        <w:rPr>
          <w:b w:val="0"/>
          <w:sz w:val="20"/>
        </w:rPr>
        <w:t>Deposit Return Conditions and Timeline: __________________________________</w:t>
      </w:r>
    </w:p>
    <w:p/>
    <w:p>
      <w:r>
        <w:rPr>
          <w:b/>
          <w:sz w:val="20"/>
        </w:rPr>
        <w:t>Utilities and Services:</w:t>
      </w:r>
    </w:p>
    <w:p>
      <w:r>
        <w:rPr>
          <w:b w:val="0"/>
          <w:sz w:val="20"/>
        </w:rPr>
        <w:t>Utilities Included in Rent: ______________________________________________</w:t>
      </w:r>
    </w:p>
    <w:p>
      <w:r>
        <w:rPr>
          <w:b w:val="0"/>
          <w:sz w:val="20"/>
        </w:rPr>
        <w:t>Utilities Paid by Tenant: _______________________________________________</w:t>
      </w:r>
    </w:p>
    <w:p>
      <w:r>
        <w:rPr>
          <w:b w:val="0"/>
          <w:sz w:val="20"/>
        </w:rPr>
        <w:t>Other Services (e.g., snow removal, lawn care): ___________________________</w:t>
      </w:r>
    </w:p>
    <w:p/>
    <w:p>
      <w:r>
        <w:rPr>
          <w:b/>
          <w:sz w:val="20"/>
        </w:rPr>
        <w:t>Landlord's Responsibilities:</w:t>
      </w:r>
    </w:p>
    <w:p>
      <w:r>
        <w:rPr>
          <w:b w:val="0"/>
          <w:sz w:val="20"/>
        </w:rPr>
        <w:t>- Maintain the premises in a good state of repair and fit for habitation.</w:t>
      </w:r>
    </w:p>
    <w:p>
      <w:r>
        <w:rPr>
          <w:b w:val="0"/>
          <w:sz w:val="20"/>
        </w:rPr>
        <w:t>- Comply with all health, safety, and housing standards under applicable Canadian laws.</w:t>
      </w:r>
    </w:p>
    <w:p>
      <w:r>
        <w:rPr>
          <w:b w:val="0"/>
          <w:sz w:val="20"/>
        </w:rPr>
        <w:t>- Provide quiet enjoyment and legal access to the Tenant.</w:t>
      </w:r>
    </w:p>
    <w:p/>
    <w:p>
      <w:r>
        <w:rPr>
          <w:b/>
          <w:sz w:val="20"/>
        </w:rPr>
        <w:t>Tenant's Responsibilities:</w:t>
      </w:r>
    </w:p>
    <w:p>
      <w:r>
        <w:rPr>
          <w:b w:val="0"/>
          <w:sz w:val="20"/>
        </w:rPr>
        <w:t>- Pay rent on time and in full as agreed.</w:t>
      </w:r>
    </w:p>
    <w:p>
      <w:r>
        <w:rPr>
          <w:b w:val="0"/>
          <w:sz w:val="20"/>
        </w:rPr>
        <w:t>- Maintain the premises in a clean and sanitary condition.</w:t>
      </w:r>
    </w:p>
    <w:p>
      <w:r>
        <w:rPr>
          <w:b w:val="0"/>
          <w:sz w:val="20"/>
        </w:rPr>
        <w:t>- Not cause damage beyond reasonable wear and tear.</w:t>
      </w:r>
    </w:p>
    <w:p>
      <w:r>
        <w:rPr>
          <w:b w:val="0"/>
          <w:sz w:val="20"/>
        </w:rPr>
        <w:t>- Comply with all laws, regulations, and condominium or strata bylaws (if applicable).</w:t>
      </w:r>
    </w:p>
    <w:p>
      <w:r>
        <w:rPr>
          <w:b w:val="0"/>
          <w:sz w:val="20"/>
        </w:rPr>
        <w:t>- Notify Landlord promptly of any needed repairs or unsafe conditions.</w:t>
      </w:r>
    </w:p>
    <w:p/>
    <w:p>
      <w:r>
        <w:rPr>
          <w:b/>
          <w:sz w:val="20"/>
        </w:rPr>
        <w:t>Landlord's Right to Enter Premises:</w:t>
      </w:r>
    </w:p>
    <w:p>
      <w:r>
        <w:rPr>
          <w:b w:val="0"/>
          <w:sz w:val="20"/>
        </w:rPr>
        <w:t>Landlord may enter the premises upon giving at least 24 hours' written notice for inspections, repairs, or showings, except in emergencies where immediate entry is permitted under law.</w:t>
      </w:r>
    </w:p>
    <w:p/>
    <w:p>
      <w:r>
        <w:rPr>
          <w:b/>
          <w:sz w:val="20"/>
        </w:rPr>
        <w:t>Pets:</w:t>
      </w:r>
    </w:p>
    <w:p>
      <w:r>
        <w:rPr>
          <w:b w:val="0"/>
          <w:sz w:val="20"/>
        </w:rPr>
        <w:t>Pets are (check one):</w:t>
      </w:r>
    </w:p>
    <w:p>
      <w:r>
        <w:rPr>
          <w:b w:val="0"/>
          <w:sz w:val="20"/>
        </w:rPr>
        <w:t>☐ Allowed under the following conditions: _________________________________</w:t>
      </w:r>
    </w:p>
    <w:p>
      <w:r>
        <w:rPr>
          <w:b w:val="0"/>
          <w:sz w:val="20"/>
        </w:rPr>
        <w:t>☐ Not allowed on the premises.</w:t>
      </w:r>
    </w:p>
    <w:p/>
    <w:p>
      <w:r>
        <w:rPr>
          <w:b/>
          <w:sz w:val="20"/>
        </w:rPr>
        <w:t>Subletting and Assignment:</w:t>
      </w:r>
    </w:p>
    <w:p>
      <w:r>
        <w:rPr>
          <w:b w:val="0"/>
          <w:sz w:val="20"/>
        </w:rPr>
        <w:t>Tenant shall not sublet or assign the premises or any part thereof without prior written consent of the Landlord.</w:t>
      </w:r>
    </w:p>
    <w:p/>
    <w:p>
      <w:r>
        <w:rPr>
          <w:b/>
          <w:sz w:val="20"/>
        </w:rPr>
        <w:t>Termination of Lease:</w:t>
      </w:r>
    </w:p>
    <w:p>
      <w:r>
        <w:rPr>
          <w:b w:val="0"/>
          <w:sz w:val="20"/>
        </w:rPr>
        <w:t>Either party may terminate the lease by providing written notice as required by applicable provincial or territorial residential tenancy laws.</w:t>
      </w:r>
    </w:p>
    <w:p>
      <w:r>
        <w:rPr>
          <w:b w:val="0"/>
          <w:sz w:val="20"/>
        </w:rPr>
        <w:t>Tenant shall vacate the premises on or before the termination date and return all keys to the Landlord.</w:t>
      </w:r>
    </w:p>
    <w:p/>
    <w:p>
      <w:r>
        <w:rPr>
          <w:b/>
          <w:sz w:val="20"/>
        </w:rPr>
        <w:t>Default and Remedies:</w:t>
      </w:r>
    </w:p>
    <w:p>
      <w:r>
        <w:rPr>
          <w:b w:val="0"/>
          <w:sz w:val="20"/>
        </w:rPr>
        <w:t>Failure by the Tenant to pay rent or perform any other obligation shall constitute a default under this Agreement.</w:t>
      </w:r>
    </w:p>
    <w:p>
      <w:r>
        <w:rPr>
          <w:b w:val="0"/>
          <w:sz w:val="20"/>
        </w:rPr>
        <w:t>Landlord may pursue all remedies available under Canadian law including, but not limited to, eviction and claim for damages.</w:t>
      </w:r>
    </w:p>
    <w:p/>
    <w:p>
      <w:r>
        <w:rPr>
          <w:b/>
          <w:sz w:val="20"/>
        </w:rPr>
        <w:t>Governing Law:</w:t>
      </w:r>
    </w:p>
    <w:p>
      <w:r>
        <w:rPr>
          <w:b w:val="0"/>
          <w:sz w:val="20"/>
        </w:rPr>
        <w:t>This Agreement shall be governed by and construed in accordance with the laws of the Province or Territory of ____________________, Canada.</w:t>
      </w:r>
    </w:p>
    <w:p>
      <w:r>
        <w:rPr>
          <w:b w:val="0"/>
          <w:sz w:val="20"/>
        </w:rPr>
        <w:t>Both parties agree to submit to the jurisdiction of the courts of that Province or Territory.</w:t>
      </w:r>
    </w:p>
    <w:p/>
    <w:p>
      <w:r>
        <w:rPr>
          <w:b/>
          <w:sz w:val="20"/>
        </w:rPr>
        <w:t>Entire Agreement:</w:t>
      </w:r>
    </w:p>
    <w:p>
      <w:r>
        <w:rPr>
          <w:b w:val="0"/>
          <w:sz w:val="20"/>
        </w:rPr>
        <w:t>This document constitutes the entire agreement between the parties.</w:t>
      </w:r>
    </w:p>
    <w:p>
      <w:r>
        <w:rPr>
          <w:b w:val="0"/>
          <w:sz w:val="20"/>
        </w:rPr>
        <w:t>Any modifications must be in writing and signed by both parties.</w:t>
      </w:r>
    </w:p>
    <w:p/>
    <w:p>
      <w:r>
        <w:rPr>
          <w:b/>
          <w:sz w:val="20"/>
        </w:rPr>
        <w:t>Additional Terms and Conditions: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/>
    <w:p>
      <w:r>
        <w:rPr>
          <w:b/>
          <w:sz w:val="20"/>
        </w:rPr>
        <w:t>Acknowledgement:</w:t>
      </w:r>
    </w:p>
    <w:p>
      <w:r>
        <w:rPr>
          <w:b w:val="0"/>
          <w:sz w:val="20"/>
        </w:rPr>
        <w:t>By signing below, the parties acknowledge that they have read, understood, and agree to the terms of this Simple Residential Rental Agreement.</w:t>
      </w:r>
    </w:p>
    <w:p/>
    <w:p/>
    <w:p>
      <w:r>
        <w:rPr>
          <w:b w:val="0"/>
          <w:sz w:val="20"/>
        </w:rPr>
        <w:t>Place of Agreement: _________________________________________</w:t>
      </w:r>
    </w:p>
    <w:p>
      <w:r>
        <w:rPr>
          <w:b w:val="0"/>
          <w:sz w:val="20"/>
        </w:rPr>
        <w:t>Date of Agreement: 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LANDLORD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TENANT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https://legaltemplates-ca.com/simple-rental-agreement/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https://legaltemplates-ca.com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legaltemplates-ca.com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galtemplates-ca.com/simple-rental-agreement/" TargetMode="External"/><Relationship Id="rId10" Type="http://schemas.openxmlformats.org/officeDocument/2006/relationships/hyperlink" Target="https://legaltemplates-c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