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SPOUSAL SUPPORT AGREEMENT</w:t>
      </w:r>
    </w:p>
    <w:p/>
    <w:p>
      <w:r>
        <w:rPr>
          <w:b/>
          <w:sz w:val="20"/>
        </w:rPr>
        <w:t>This Spousal Support Agreement (the “Agreement”) is made between:</w:t>
      </w:r>
    </w:p>
    <w:p/>
    <w:p>
      <w:r>
        <w:rPr>
          <w:b/>
          <w:sz w:val="20"/>
        </w:rPr>
        <w:t>Supporter (Spouse 1)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Recipient (Spouse 2)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WHEREAS the parties were lawfully married and have separated;</w:t>
      </w:r>
    </w:p>
    <w:p>
      <w:r>
        <w:rPr>
          <w:b w:val="0"/>
          <w:sz w:val="20"/>
        </w:rPr>
        <w:t>AND WHEREAS the parties desire to settle issues respecting spousal support in accordance with the laws of Canada;</w:t>
      </w:r>
    </w:p>
    <w:p>
      <w:r>
        <w:rPr>
          <w:b w:val="0"/>
          <w:sz w:val="20"/>
        </w:rPr>
        <w:t>NOW THEREFORE, in consideration of the mutual covenants and agreements contained herein, the parties agree as follows:</w:t>
      </w:r>
    </w:p>
    <w:p/>
    <w:p>
      <w:r>
        <w:rPr>
          <w:b/>
          <w:sz w:val="20"/>
        </w:rPr>
        <w:t>1. DEFINITIONS</w:t>
      </w:r>
    </w:p>
    <w:p>
      <w:r>
        <w:rPr>
          <w:b w:val="0"/>
          <w:sz w:val="20"/>
        </w:rPr>
        <w:t>In this Agreement, unless the context otherwise requires:</w:t>
      </w:r>
    </w:p>
    <w:p>
      <w:r>
        <w:rPr>
          <w:b w:val="0"/>
          <w:sz w:val="20"/>
        </w:rPr>
        <w:t>“Supporter” means the party who will pay spousal support.</w:t>
      </w:r>
    </w:p>
    <w:p>
      <w:r>
        <w:rPr>
          <w:b w:val="0"/>
          <w:sz w:val="20"/>
        </w:rPr>
        <w:t>“Recipient” means the party entitled to receive spousal support.</w:t>
      </w:r>
    </w:p>
    <w:p>
      <w:r>
        <w:rPr>
          <w:b w:val="0"/>
          <w:sz w:val="20"/>
        </w:rPr>
        <w:t>“Child” means any child born of the marriage or adopted by the parties.</w:t>
      </w:r>
    </w:p>
    <w:p>
      <w:r>
        <w:rPr>
          <w:b w:val="0"/>
          <w:sz w:val="20"/>
        </w:rPr>
        <w:t>“Separation Date” means the date the parties ceased cohabitation.</w:t>
      </w:r>
    </w:p>
    <w:p/>
    <w:p>
      <w:r>
        <w:rPr>
          <w:b/>
          <w:sz w:val="20"/>
        </w:rPr>
        <w:t>2. OBLIGATION TO PAY SUPPORT</w:t>
      </w:r>
    </w:p>
    <w:p>
      <w:r>
        <w:rPr>
          <w:b w:val="0"/>
          <w:sz w:val="20"/>
        </w:rPr>
        <w:t>The Supporter agrees to pay spousal support to the Recipient in accordance with the terms set out in this Agreement.</w:t>
      </w:r>
    </w:p>
    <w:p/>
    <w:p>
      <w:r>
        <w:rPr>
          <w:b/>
          <w:sz w:val="20"/>
        </w:rPr>
        <w:t>3. AMOUNT AND PAYMENT</w:t>
      </w:r>
    </w:p>
    <w:p>
      <w:r>
        <w:rPr>
          <w:b w:val="0"/>
          <w:sz w:val="20"/>
        </w:rPr>
        <w:t>The Supporter shall pay spousal support in the amount of $________________ per _______________ (week/month).</w:t>
      </w:r>
    </w:p>
    <w:p>
      <w:r>
        <w:rPr>
          <w:b w:val="0"/>
          <w:sz w:val="20"/>
        </w:rPr>
        <w:t>Payments shall be made by ____________________________________________________</w:t>
      </w:r>
    </w:p>
    <w:p>
      <w:r>
        <w:rPr>
          <w:b w:val="0"/>
          <w:sz w:val="20"/>
        </w:rPr>
        <w:t>Payments shall commence on ______________________________________ and continue until terminated as provided herein.</w:t>
      </w:r>
    </w:p>
    <w:p/>
    <w:p>
      <w:r>
        <w:rPr>
          <w:b/>
          <w:sz w:val="20"/>
        </w:rPr>
        <w:t>4. DURATION AND REVIEW</w:t>
      </w:r>
    </w:p>
    <w:p>
      <w:r>
        <w:rPr>
          <w:b w:val="0"/>
          <w:sz w:val="20"/>
        </w:rPr>
        <w:t>Spousal support shall continue for a period of _____________________________ unless otherwise agreed in writing or ordered by a court.</w:t>
      </w:r>
    </w:p>
    <w:p>
      <w:r>
        <w:rPr>
          <w:b w:val="0"/>
          <w:sz w:val="20"/>
        </w:rPr>
        <w:t>The parties agree to review the amount and duration of support every _________ months/years or upon a material change in circumstances.</w:t>
      </w:r>
    </w:p>
    <w:p/>
    <w:p>
      <w:r>
        <w:rPr>
          <w:b/>
          <w:sz w:val="20"/>
        </w:rPr>
        <w:t>5. TERMINATION OF SUPPORT</w:t>
      </w:r>
    </w:p>
    <w:p>
      <w:r>
        <w:rPr>
          <w:b w:val="0"/>
          <w:sz w:val="20"/>
        </w:rPr>
        <w:t>The obligation to pay spousal support shall terminate upon the earliest of the following:</w:t>
      </w:r>
    </w:p>
    <w:p>
      <w:r>
        <w:rPr>
          <w:b w:val="0"/>
          <w:sz w:val="20"/>
        </w:rPr>
        <w:t>- The death of either party;</w:t>
      </w:r>
    </w:p>
    <w:p>
      <w:r>
        <w:rPr>
          <w:b w:val="0"/>
          <w:sz w:val="20"/>
        </w:rPr>
        <w:t>- The Recipient’s remarriage or cohabitation in a conjugal relationship;</w:t>
      </w:r>
    </w:p>
    <w:p>
      <w:r>
        <w:rPr>
          <w:b w:val="0"/>
          <w:sz w:val="20"/>
        </w:rPr>
        <w:t>- Mutual written agreement of the parties;</w:t>
      </w:r>
    </w:p>
    <w:p>
      <w:r>
        <w:rPr>
          <w:b w:val="0"/>
          <w:sz w:val="20"/>
        </w:rPr>
        <w:t>- Order of a competent court.</w:t>
      </w:r>
    </w:p>
    <w:p/>
    <w:p>
      <w:r>
        <w:rPr>
          <w:b/>
          <w:sz w:val="20"/>
        </w:rPr>
        <w:t>6. TAX TREATMENT</w:t>
      </w:r>
    </w:p>
    <w:p>
      <w:r>
        <w:rPr>
          <w:b w:val="0"/>
          <w:sz w:val="20"/>
        </w:rPr>
        <w:t>The parties acknowledge that spousal support payments under this Agreement shall be considered income and deductible as per the applicable Canadian tax laws.</w:t>
      </w:r>
    </w:p>
    <w:p/>
    <w:p>
      <w:r>
        <w:rPr>
          <w:b/>
          <w:sz w:val="20"/>
        </w:rPr>
        <w:t>7. CHILD SUPPORT</w:t>
      </w:r>
    </w:p>
    <w:p>
      <w:r>
        <w:rPr>
          <w:b w:val="0"/>
          <w:sz w:val="20"/>
        </w:rPr>
        <w:t>This Agreement does not address child support obligations, which shall be governed separately in accordance with the Federal Child Support Guidelines and applicable provincial legislation.</w:t>
      </w:r>
    </w:p>
    <w:p/>
    <w:p>
      <w:r>
        <w:rPr>
          <w:b/>
          <w:sz w:val="20"/>
        </w:rPr>
        <w:t>8. LEGAL ADVICE</w:t>
      </w:r>
    </w:p>
    <w:p>
      <w:r>
        <w:rPr>
          <w:b w:val="0"/>
          <w:sz w:val="20"/>
        </w:rPr>
        <w:t>Each party acknowledges having had the opportunity to seek independent legal advice regarding this Agreement prior to signing and enters into this Agreement freely, voluntarily, and without duress.</w:t>
      </w:r>
    </w:p>
    <w:p/>
    <w:p>
      <w:r>
        <w:rPr>
          <w:b/>
          <w:sz w:val="20"/>
        </w:rPr>
        <w:t>9. ENTIRE AGREEMENT</w:t>
      </w:r>
    </w:p>
    <w:p>
      <w:r>
        <w:rPr>
          <w:b w:val="0"/>
          <w:sz w:val="20"/>
        </w:rPr>
        <w:t>This Agreement constitutes the entire understanding between the parties relating to spousal support and supersedes all prior agreements, whether oral or written.</w:t>
      </w:r>
    </w:p>
    <w:p/>
    <w:p>
      <w:r>
        <w:rPr>
          <w:b/>
          <w:sz w:val="20"/>
        </w:rPr>
        <w:t>10. AMENDMENTS</w:t>
      </w:r>
    </w:p>
    <w:p>
      <w:r>
        <w:rPr>
          <w:b w:val="0"/>
          <w:sz w:val="20"/>
        </w:rPr>
        <w:t>Any amendments to this Agreement must be made in writing and signed by both parties.</w:t>
      </w:r>
    </w:p>
    <w:p/>
    <w:p>
      <w:r>
        <w:rPr>
          <w:b/>
          <w:sz w:val="20"/>
        </w:rPr>
        <w:t>11. GOVERNING LAW</w:t>
      </w:r>
    </w:p>
    <w:p>
      <w:r>
        <w:rPr>
          <w:b w:val="0"/>
          <w:sz w:val="20"/>
        </w:rPr>
        <w:t>This Agreement shall be governed by and construed in accordance with the laws of Canada and the province/territory of ____________________________.</w:t>
      </w:r>
    </w:p>
    <w:p/>
    <w:p>
      <w:r>
        <w:rPr>
          <w:b/>
          <w:sz w:val="20"/>
        </w:rPr>
        <w:t>12. ENFORCEMENT</w:t>
      </w:r>
    </w:p>
    <w:p>
      <w:r>
        <w:rPr>
          <w:b w:val="0"/>
          <w:sz w:val="20"/>
        </w:rPr>
        <w:t>The parties agree that this Agreement is enforceable as a contract and may be filed with a court of competent jurisdiction for enforcement purposes.</w:t>
      </w:r>
    </w:p>
    <w:p/>
    <w:p>
      <w:r>
        <w:rPr>
          <w:b/>
          <w:sz w:val="20"/>
        </w:rPr>
        <w:t>13. SEVERABILITY</w:t>
      </w:r>
    </w:p>
    <w:p>
      <w:r>
        <w:rPr>
          <w:b w:val="0"/>
          <w:sz w:val="20"/>
        </w:rPr>
        <w:t>If any provision of this Agreement is found to be invalid, illegal or unenforceable, the remaining provisions shall remain in full force and effect.</w:t>
      </w:r>
    </w:p>
    <w:p/>
    <w:p>
      <w:r>
        <w:rPr>
          <w:b/>
          <w:sz w:val="20"/>
        </w:rPr>
        <w:t>14. WAIVER</w:t>
      </w:r>
    </w:p>
    <w:p>
      <w:r>
        <w:rPr>
          <w:b w:val="0"/>
          <w:sz w:val="20"/>
        </w:rPr>
        <w:t>Failure to enforce any provision of this Agreement shall not constitute a waiver of that provision or any other.</w:t>
      </w:r>
    </w:p>
    <w:p/>
    <w:p>
      <w:r>
        <w:rPr>
          <w:b/>
          <w:sz w:val="20"/>
        </w:rPr>
        <w:t>IN WITNESS WHEREOF, the parties have executed this Spousal Support Agreement as evidence of their understanding and agreement.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SUPPORTER (SPOUSE 1)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RECIPIENT (SPOUSE 2)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https://legaltemplates-ca.com/spousal-support-agreement/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https://legaltemplates-ca.com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legaltemplates-ca.com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ca.com/spousal-support-agreement/" TargetMode="External"/><Relationship Id="rId10" Type="http://schemas.openxmlformats.org/officeDocument/2006/relationships/hyperlink" Target="https://legaltemplates-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