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TRAVEL AUTHORIZATION LETTER FOR MINOR CHILD</w:t>
      </w:r>
    </w:p>
    <w:p/>
    <w:p>
      <w:r>
        <w:rPr>
          <w:b w:val="0"/>
          <w:sz w:val="20"/>
        </w:rPr>
        <w:t>To Whom It May Concern:</w:t>
      </w:r>
    </w:p>
    <w:p/>
    <w:p>
      <w:r>
        <w:rPr>
          <w:b w:val="0"/>
          <w:sz w:val="20"/>
        </w:rPr>
        <w:t>I/We, the undersigned, hereby grant permission for the minor child named below to travel as described in this letter. This authorization is granted in full compliance with Canadian law and is intended to ensure safe and lawful travel for the minor.</w:t>
      </w:r>
    </w:p>
    <w:p/>
    <w:p/>
    <w:p>
      <w:r>
        <w:rPr>
          <w:b/>
          <w:sz w:val="20"/>
        </w:rPr>
        <w:t>Minor Child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Place of Birth: ________________________________________________________</w:t>
      </w:r>
    </w:p>
    <w:p>
      <w:r>
        <w:rPr>
          <w:b w:val="0"/>
          <w:sz w:val="20"/>
        </w:rPr>
        <w:t>Canadian Passport Number (if applicable): ______________________________</w:t>
      </w:r>
    </w:p>
    <w:p>
      <w:r>
        <w:rPr>
          <w:b w:val="0"/>
          <w:sz w:val="20"/>
        </w:rPr>
        <w:t>Other Identification Number (e.g., Birth Certificate): ___________________</w:t>
      </w:r>
    </w:p>
    <w:p/>
    <w:p>
      <w:r>
        <w:rPr>
          <w:b/>
          <w:sz w:val="20"/>
        </w:rPr>
        <w:t>Parent(s) / Legal Guardian(s) Information:</w:t>
      </w:r>
    </w:p>
    <w:p>
      <w:r>
        <w:rPr>
          <w:b w:val="0"/>
          <w:sz w:val="20"/>
        </w:rPr>
        <w:t>Full Name(s): _________________________________________________________</w:t>
      </w:r>
    </w:p>
    <w:p>
      <w:r>
        <w:rPr>
          <w:b w:val="0"/>
          <w:sz w:val="20"/>
        </w:rPr>
        <w:t>Relationship to Minor: _________________________________________________</w:t>
      </w:r>
    </w:p>
    <w:p>
      <w:r>
        <w:rPr>
          <w:b w:val="0"/>
          <w:sz w:val="20"/>
        </w:rPr>
        <w:t>Address: ______________________________________________________________</w:t>
      </w:r>
    </w:p>
    <w:p>
      <w:r>
        <w:rPr>
          <w:b w:val="0"/>
          <w:sz w:val="20"/>
        </w:rPr>
        <w:t>Telephone Number(s): ___________________________________________________</w:t>
      </w:r>
    </w:p>
    <w:p>
      <w:r>
        <w:rPr>
          <w:b w:val="0"/>
          <w:sz w:val="20"/>
        </w:rPr>
        <w:t>Email Address(es): _____________________________________________________</w:t>
      </w:r>
    </w:p>
    <w:p/>
    <w:p>
      <w:r>
        <w:rPr>
          <w:b/>
          <w:sz w:val="20"/>
        </w:rPr>
        <w:t>Travel Details:</w:t>
      </w:r>
    </w:p>
    <w:p>
      <w:r>
        <w:rPr>
          <w:b w:val="0"/>
          <w:sz w:val="20"/>
        </w:rPr>
        <w:t>Purpose of Travel: _____________________________________________________</w:t>
      </w:r>
    </w:p>
    <w:p>
      <w:r>
        <w:rPr>
          <w:b w:val="0"/>
          <w:sz w:val="20"/>
        </w:rPr>
        <w:t>Destination(s): ________________________________________________________</w:t>
      </w:r>
    </w:p>
    <w:p>
      <w:r>
        <w:rPr>
          <w:b w:val="0"/>
          <w:sz w:val="20"/>
        </w:rPr>
        <w:t>Departure Location: ____________________________________________________</w:t>
      </w:r>
    </w:p>
    <w:p>
      <w:r>
        <w:rPr>
          <w:b w:val="0"/>
          <w:sz w:val="20"/>
        </w:rPr>
        <w:t>Transportation Type: ___________________________________________________</w:t>
      </w:r>
    </w:p>
    <w:p>
      <w:r>
        <w:rPr>
          <w:b w:val="0"/>
          <w:sz w:val="20"/>
        </w:rPr>
        <w:t>Travel Companion(s) Name(s) and Relationship(s) to Minor: _______________</w:t>
      </w:r>
    </w:p>
    <w:p>
      <w:r>
        <w:rPr>
          <w:b w:val="0"/>
          <w:sz w:val="20"/>
        </w:rPr>
        <w:t>Duration of Travel: From _________________ to __________________________</w:t>
      </w:r>
    </w:p>
    <w:p/>
    <w:p>
      <w:r>
        <w:rPr>
          <w:b/>
          <w:sz w:val="20"/>
        </w:rPr>
        <w:t>Authorized Accompanying Adult (If Not Parent/Guardian):</w:t>
      </w:r>
    </w:p>
    <w:p>
      <w:r>
        <w:rPr>
          <w:b w:val="0"/>
          <w:sz w:val="20"/>
        </w:rPr>
        <w:t>Full Name: ____________________________________________________________</w:t>
      </w:r>
    </w:p>
    <w:p>
      <w:r>
        <w:rPr>
          <w:b w:val="0"/>
          <w:sz w:val="20"/>
        </w:rPr>
        <w:t>Relationship to Minor: _________________________________________________</w:t>
      </w:r>
    </w:p>
    <w:p>
      <w:r>
        <w:rPr>
          <w:b w:val="0"/>
          <w:sz w:val="20"/>
        </w:rPr>
        <w:t>Telephone Number: _____________________________________________________</w:t>
      </w:r>
    </w:p>
    <w:p>
      <w:r>
        <w:rPr>
          <w:b w:val="0"/>
          <w:sz w:val="20"/>
        </w:rPr>
        <w:t>Email Address: ________________________________________________________</w:t>
      </w:r>
    </w:p>
    <w:p/>
    <w:p>
      <w:r>
        <w:rPr>
          <w:b/>
          <w:sz w:val="20"/>
        </w:rPr>
        <w:t>Emergency Contact Information:</w:t>
      </w:r>
    </w:p>
    <w:p>
      <w:r>
        <w:rPr>
          <w:b w:val="0"/>
          <w:sz w:val="20"/>
        </w:rPr>
        <w:t>Full Name: ____________________________________________________________</w:t>
      </w:r>
    </w:p>
    <w:p>
      <w:r>
        <w:rPr>
          <w:b w:val="0"/>
          <w:sz w:val="20"/>
        </w:rPr>
        <w:t>Relationship to Minor: _________________________________________________</w:t>
      </w:r>
    </w:p>
    <w:p>
      <w:r>
        <w:rPr>
          <w:b w:val="0"/>
          <w:sz w:val="20"/>
        </w:rPr>
        <w:t>Telephone Number(s): ___________________________________________________</w:t>
      </w:r>
    </w:p>
    <w:p>
      <w:r>
        <w:rPr>
          <w:b w:val="0"/>
          <w:sz w:val="20"/>
        </w:rPr>
        <w:t>Email Address(es): _____________________________________________________</w:t>
      </w:r>
    </w:p>
    <w:p/>
    <w:p>
      <w:r>
        <w:rPr>
          <w:b/>
          <w:sz w:val="20"/>
        </w:rPr>
        <w:t>Legal Authorization:</w:t>
      </w:r>
    </w:p>
    <w:p>
      <w:r>
        <w:rPr>
          <w:b w:val="0"/>
          <w:sz w:val="20"/>
        </w:rPr>
        <w:t>I/We hereby authorize the minor child named above to travel internationally or domestically within Canada. I/We confirm that I/we have the legal authority to consent to this travel. I/We understand that this letter may be presented to border officials or airline personnel as proof of authorization. I/We release and hold harmless any carrier or authority acting in reliance on this authorization.</w:t>
      </w:r>
    </w:p>
    <w:p/>
    <w:p>
      <w:r>
        <w:rPr>
          <w:b w:val="0"/>
          <w:sz w:val="20"/>
        </w:rPr>
        <w:t>I/We acknowledge that this authorization is effective only for the travel dates specified and for the destinations named, and that any changes require additional consent.</w:t>
      </w:r>
    </w:p>
    <w:p/>
    <w:p>
      <w:r>
        <w:rPr>
          <w:b/>
          <w:sz w:val="20"/>
        </w:rPr>
        <w:t>Declaration and Signatures:</w:t>
      </w:r>
    </w:p>
    <w:p>
      <w:r>
        <w:rPr>
          <w:b w:val="0"/>
          <w:sz w:val="20"/>
        </w:rPr>
        <w:t>I/We declare under penalty of perjury that the information provided in this letter is true and correct to the best of my/our knowledge.</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 / GUARDIAN 1</w:t>
            </w:r>
          </w:p>
        </w:tc>
        <w:tc>
          <w:tcPr>
            <w:tcW w:type="dxa" w:w="4986"/>
            <w:tcBorders>
              <w:top w:val="nil"/>
              <w:left w:val="nil"/>
              <w:bottom w:val="nil"/>
              <w:right w:val="nil"/>
              <w:insideH w:val="nil"/>
              <w:insideV w:val="nil"/>
            </w:tcBorders>
          </w:tcPr>
          <w:p>
            <w:pPr>
              <w:jc w:val="center"/>
            </w:pPr>
            <w:r>
              <w:t>PARENT / GUARDIAN 2</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Name: __________________________________</w:t>
            </w:r>
          </w:p>
        </w:tc>
        <w:tc>
          <w:tcPr>
            <w:tcW w:type="dxa" w:w="4986"/>
            <w:tcBorders>
              <w:top w:val="nil"/>
              <w:left w:val="nil"/>
              <w:bottom w:val="nil"/>
              <w:right w:val="nil"/>
              <w:insideH w:val="nil"/>
              <w:insideV w:val="nil"/>
            </w:tcBorders>
          </w:tcPr>
          <w:p>
            <w:pPr>
              <w:jc w:val="center"/>
            </w:pPr>
            <w:r>
              <w:t>Name: __________________________________</w:t>
            </w:r>
          </w:p>
        </w:tc>
      </w:tr>
    </w:tbl>
    <w:p/>
    <w:p/>
    <w:p>
      <w:r>
        <w:rPr>
          <w:b/>
          <w:sz w:val="20"/>
        </w:rPr>
        <w:t>Witness Statement:</w:t>
      </w:r>
    </w:p>
    <w:p>
      <w:r>
        <w:rPr>
          <w:b w:val="0"/>
          <w:sz w:val="20"/>
        </w:rPr>
        <w:t>I, the undersigned witness, confirm that I have witnessed the above signatures and confirm the identities of the signatories to the best of my knowledge.</w:t>
      </w:r>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WITNESS</w:t>
            </w:r>
          </w:p>
        </w:tc>
      </w:tr>
      <w:tr>
        <w:tc>
          <w:tcPr>
            <w:tcW w:type="dxa" w:w="9972"/>
            <w:tcBorders>
              <w:top w:val="nil"/>
              <w:left w:val="nil"/>
              <w:bottom w:val="nil"/>
              <w:right w:val="nil"/>
              <w:insideH w:val="nil"/>
              <w:insideV w:val="nil"/>
            </w:tcBorders>
          </w:tcPr>
          <w:p>
            <w:pPr>
              <w:jc w:val="center"/>
            </w:pPr>
            <w:r>
              <w:br/>
              <w:br/>
              <w:t>Signature: ____________________________</w:t>
            </w:r>
          </w:p>
        </w:tc>
      </w:tr>
      <w:tr>
        <w:tc>
          <w:tcPr>
            <w:tcW w:type="dxa" w:w="9972"/>
            <w:tcBorders>
              <w:top w:val="nil"/>
              <w:left w:val="nil"/>
              <w:bottom w:val="nil"/>
              <w:right w:val="nil"/>
              <w:insideH w:val="nil"/>
              <w:insideV w:val="nil"/>
            </w:tcBorders>
          </w:tcPr>
          <w:p>
            <w:pPr>
              <w:jc w:val="center"/>
            </w:pPr>
            <w:r>
              <w:t>Name: __________________________________</w:t>
            </w:r>
          </w:p>
        </w:tc>
      </w:tr>
    </w:tbl>
    <w:p/>
    <w:p/>
    <w:p>
      <w:r>
        <w:rPr>
          <w:b/>
          <w:sz w:val="20"/>
        </w:rPr>
        <w:t>Notary Public Acknowledgement (If Required):</w:t>
      </w:r>
    </w:p>
    <w:p>
      <w:r>
        <w:rPr>
          <w:b w:val="0"/>
          <w:sz w:val="20"/>
        </w:rPr>
        <w:t>On this _______ day of ______________, before me, a Notary Public in and for the Province of ______________, personally appeared the above-named parent(s)/guardian(s), known to me (or satisfactorily proven) to be the persons whose names are subscribed to this document and acknowledged that they executed the same for the purposes herein contained.</w:t>
      </w:r>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NOTARY PUBLIC</w:t>
            </w:r>
          </w:p>
        </w:tc>
      </w:tr>
      <w:tr>
        <w:tc>
          <w:tcPr>
            <w:tcW w:type="dxa" w:w="9972"/>
            <w:tcBorders>
              <w:top w:val="nil"/>
              <w:left w:val="nil"/>
              <w:bottom w:val="nil"/>
              <w:right w:val="nil"/>
              <w:insideH w:val="nil"/>
              <w:insideV w:val="nil"/>
            </w:tcBorders>
          </w:tcPr>
          <w:p>
            <w:pPr>
              <w:jc w:val="center"/>
            </w:pPr>
            <w:r>
              <w:t>Signature: ________________________________</w:t>
            </w:r>
          </w:p>
        </w:tc>
      </w:tr>
      <w:tr>
        <w:tc>
          <w:tcPr>
            <w:tcW w:type="dxa" w:w="9972"/>
            <w:tcBorders>
              <w:top w:val="nil"/>
              <w:left w:val="nil"/>
              <w:bottom w:val="nil"/>
              <w:right w:val="nil"/>
              <w:insideH w:val="nil"/>
              <w:insideV w:val="nil"/>
            </w:tcBorders>
          </w:tcPr>
          <w:p>
            <w:pPr>
              <w:jc w:val="center"/>
            </w:pPr>
            <w:r>
              <w:t>Name (Printed): ___________________________</w:t>
            </w:r>
          </w:p>
        </w:tc>
      </w:tr>
      <w:tr>
        <w:tc>
          <w:tcPr>
            <w:tcW w:type="dxa" w:w="9972"/>
            <w:tcBorders>
              <w:top w:val="nil"/>
              <w:left w:val="nil"/>
              <w:bottom w:val="nil"/>
              <w:right w:val="nil"/>
              <w:insideH w:val="nil"/>
              <w:insideV w:val="nil"/>
            </w:tcBorders>
          </w:tcPr>
          <w:p>
            <w:pPr>
              <w:jc w:val="center"/>
            </w:pPr>
            <w:r>
              <w:t>Commission Expiry Date: ___________________</w:t>
            </w:r>
          </w:p>
        </w:tc>
      </w:tr>
    </w:tbl>
    <w:p/>
    <w:p/>
    <w:p>
      <w:r>
        <w:rPr>
          <w:b/>
          <w:sz w:val="20"/>
        </w:rPr>
        <w:t>For Verification or Additional Information:</w:t>
      </w:r>
    </w:p>
    <w:p>
      <w:r>
        <w:rPr>
          <w:b w:val="0"/>
          <w:sz w:val="20"/>
        </w:rPr>
        <w:t>Please contact the undersigned parent(s)/guardian(s) at the telephone number(s) or email address(es) provided above.</w:t>
      </w:r>
    </w:p>
    <w:p/>
    <w:p>
      <w:r>
        <w:br w:type="page"/>
      </w:r>
    </w:p>
    <w:p>
      <w:pPr>
        <w:jc w:val="center"/>
      </w:pPr>
      <w:r>
        <w:rPr>
          <w:color w:val="555555"/>
          <w:sz w:val="24"/>
        </w:rPr>
        <w:t>Original source of this document:</w:t>
      </w:r>
    </w:p>
    <w:p>
      <w:pPr>
        <w:jc w:val="center"/>
      </w:pPr>
      <w:hyperlink r:id="rId9">
        <w:r>
          <w:rPr>
            <w:color w:val="0000FF"/>
            <w:u w:val="single"/>
          </w:rPr>
          <w:t>https://legaltemplates-ca.com/travel-letter-for-minor/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travel-letter-for-mino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