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VEHICLE SALE AGREEMENT</w:t>
      </w:r>
    </w:p>
    <w:p/>
    <w:p>
      <w:r>
        <w:rPr>
          <w:b w:val="0"/>
          <w:sz w:val="20"/>
        </w:rPr>
        <w:t>Place: ______________________________________________    Date: ______________________________________________</w:t>
      </w:r>
    </w:p>
    <w:p/>
    <w:p>
      <w:r>
        <w:rPr>
          <w:b/>
          <w:sz w:val="20"/>
        </w:rPr>
        <w:t>SELLER INFORMATION:</w:t>
      </w:r>
    </w:p>
    <w:p>
      <w:r>
        <w:rPr>
          <w:b w:val="0"/>
          <w:sz w:val="20"/>
        </w:rPr>
        <w:t>Full Legal Name: ____________________________________________________________</w:t>
      </w:r>
    </w:p>
    <w:p>
      <w:r>
        <w:rPr>
          <w:b w:val="0"/>
          <w:sz w:val="20"/>
        </w:rPr>
        <w:t>Address: _________________________________________________________________</w:t>
      </w:r>
    </w:p>
    <w:p>
      <w:r>
        <w:rPr>
          <w:b w:val="0"/>
          <w:sz w:val="20"/>
        </w:rPr>
        <w:t>Phone Number: ____________________________________________________________</w:t>
      </w:r>
    </w:p>
    <w:p>
      <w:r>
        <w:rPr>
          <w:b w:val="0"/>
          <w:sz w:val="20"/>
        </w:rPr>
        <w:t>Email Address: ____________________________________________________________</w:t>
      </w:r>
    </w:p>
    <w:p>
      <w:r>
        <w:rPr>
          <w:b w:val="0"/>
          <w:sz w:val="20"/>
        </w:rPr>
        <w:t>Driver’s License Number: _________________________________________________</w:t>
      </w:r>
    </w:p>
    <w:p/>
    <w:p>
      <w:r>
        <w:rPr>
          <w:b/>
          <w:sz w:val="20"/>
        </w:rPr>
        <w:t>BUYER INFORMATION:</w:t>
      </w:r>
    </w:p>
    <w:p>
      <w:r>
        <w:rPr>
          <w:b w:val="0"/>
          <w:sz w:val="20"/>
        </w:rPr>
        <w:t>Full Legal Name: ____________________________________________________________</w:t>
      </w:r>
    </w:p>
    <w:p>
      <w:r>
        <w:rPr>
          <w:b w:val="0"/>
          <w:sz w:val="20"/>
        </w:rPr>
        <w:t>Address: _________________________________________________________________</w:t>
      </w:r>
    </w:p>
    <w:p>
      <w:r>
        <w:rPr>
          <w:b w:val="0"/>
          <w:sz w:val="20"/>
        </w:rPr>
        <w:t>Phone Number: ____________________________________________________________</w:t>
      </w:r>
    </w:p>
    <w:p>
      <w:r>
        <w:rPr>
          <w:b w:val="0"/>
          <w:sz w:val="20"/>
        </w:rPr>
        <w:t>Email Address: ____________________________________________________________</w:t>
      </w:r>
    </w:p>
    <w:p>
      <w:r>
        <w:rPr>
          <w:b w:val="0"/>
          <w:sz w:val="20"/>
        </w:rPr>
        <w:t>Driver’s License Number: _________________________________________________</w:t>
      </w:r>
    </w:p>
    <w:p/>
    <w:p>
      <w:r>
        <w:rPr>
          <w:b/>
          <w:sz w:val="20"/>
        </w:rPr>
        <w:t>VEHICLE INFORMATION:</w:t>
      </w:r>
    </w:p>
    <w:p>
      <w:r>
        <w:rPr>
          <w:b w:val="0"/>
          <w:sz w:val="20"/>
        </w:rPr>
        <w:t>Make: _________________________________________________________________</w:t>
      </w:r>
    </w:p>
    <w:p>
      <w:r>
        <w:rPr>
          <w:b w:val="0"/>
          <w:sz w:val="20"/>
        </w:rPr>
        <w:t>Model: ________________________________________________________________</w:t>
      </w:r>
    </w:p>
    <w:p>
      <w:r>
        <w:rPr>
          <w:b w:val="0"/>
          <w:sz w:val="20"/>
        </w:rPr>
        <w:t>Year: _________________________________________________________________</w:t>
      </w:r>
    </w:p>
    <w:p>
      <w:r>
        <w:rPr>
          <w:b w:val="0"/>
          <w:sz w:val="20"/>
        </w:rPr>
        <w:t>Vehicle Identification Number (VIN): ____________________________________</w:t>
      </w:r>
    </w:p>
    <w:p>
      <w:r>
        <w:rPr>
          <w:b w:val="0"/>
          <w:sz w:val="20"/>
        </w:rPr>
        <w:t>License Plate Number: _________________________________________________</w:t>
      </w:r>
    </w:p>
    <w:p>
      <w:r>
        <w:rPr>
          <w:b w:val="0"/>
          <w:sz w:val="20"/>
        </w:rPr>
        <w:t>Odometer Reading (km): _________________________________________________</w:t>
      </w:r>
    </w:p>
    <w:p>
      <w:r>
        <w:rPr>
          <w:b w:val="0"/>
          <w:sz w:val="20"/>
        </w:rPr>
        <w:t>Colour: _______________________________________________________________</w:t>
      </w:r>
    </w:p>
    <w:p>
      <w:r>
        <w:rPr>
          <w:b w:val="0"/>
          <w:sz w:val="20"/>
        </w:rPr>
        <w:t>Condition: _____________________________________________________________</w:t>
      </w:r>
    </w:p>
    <w:p/>
    <w:p>
      <w:r>
        <w:rPr>
          <w:b/>
          <w:sz w:val="20"/>
        </w:rPr>
        <w:t>PURCHASE PRICE AND PAYMENT TERMS:</w:t>
      </w:r>
    </w:p>
    <w:p>
      <w:r>
        <w:rPr>
          <w:b w:val="0"/>
          <w:sz w:val="20"/>
        </w:rPr>
        <w:t>Total Purchase Price: _______________________________ CAD</w:t>
      </w:r>
    </w:p>
    <w:p>
      <w:r>
        <w:rPr>
          <w:b w:val="0"/>
          <w:sz w:val="20"/>
        </w:rPr>
        <w:t>Deposit Amount (if any): ____________________________ CAD</w:t>
      </w:r>
    </w:p>
    <w:p>
      <w:r>
        <w:rPr>
          <w:b w:val="0"/>
          <w:sz w:val="20"/>
        </w:rPr>
        <w:t>Balance Due: ________________________________________ CAD</w:t>
      </w:r>
    </w:p>
    <w:p>
      <w:r>
        <w:rPr>
          <w:b w:val="0"/>
          <w:sz w:val="20"/>
        </w:rPr>
        <w:t>Payment Method(s): ____________________________________________________</w:t>
      </w:r>
    </w:p>
    <w:p>
      <w:r>
        <w:rPr>
          <w:b w:val="0"/>
          <w:sz w:val="20"/>
        </w:rPr>
        <w:t>Payment Schedule/Terms: ________________________________________________</w:t>
      </w:r>
    </w:p>
    <w:p/>
    <w:p>
      <w:r>
        <w:rPr>
          <w:b/>
          <w:sz w:val="20"/>
        </w:rPr>
        <w:t>REPRESENTATIONS AND WARRANTIES:</w:t>
      </w:r>
    </w:p>
    <w:p>
      <w:r>
        <w:rPr>
          <w:b w:val="0"/>
          <w:sz w:val="20"/>
        </w:rPr>
        <w:t>1. The Seller represents that they are the legal owner of the Vehicle and have full right and authority to sell the Vehicle free of all liens, charges, and encumbrances.</w:t>
      </w:r>
    </w:p>
    <w:p>
      <w:r>
        <w:rPr>
          <w:b w:val="0"/>
          <w:sz w:val="20"/>
        </w:rPr>
        <w:t>2. The Vehicle is sold as is, with all faults, defects, and conditions, known or unknown, except as expressly stated in this Agreement.</w:t>
      </w:r>
    </w:p>
    <w:p>
      <w:r>
        <w:rPr>
          <w:b w:val="0"/>
          <w:sz w:val="20"/>
        </w:rPr>
        <w:t>3. The Seller warrants that the odometer reading is accurate to the best of their knowledge and is not altered.</w:t>
      </w:r>
    </w:p>
    <w:p>
      <w:r>
        <w:rPr>
          <w:b w:val="0"/>
          <w:sz w:val="20"/>
        </w:rPr>
        <w:t>4. The Seller has disclosed all known material defects and issues with the Vehicle to the Buyer.</w:t>
      </w:r>
    </w:p>
    <w:p/>
    <w:p>
      <w:r>
        <w:rPr>
          <w:b/>
          <w:sz w:val="20"/>
        </w:rPr>
        <w:t>BUYER ACKNOWLEDGEMENTS:</w:t>
      </w:r>
    </w:p>
    <w:p>
      <w:r>
        <w:rPr>
          <w:b w:val="0"/>
          <w:sz w:val="20"/>
        </w:rPr>
        <w:t>1. The Buyer has inspected the Vehicle or has waived the right to inspect prior to signing this Agreement.</w:t>
      </w:r>
    </w:p>
    <w:p>
      <w:r>
        <w:rPr>
          <w:b w:val="0"/>
          <w:sz w:val="20"/>
        </w:rPr>
        <w:t>2. The Buyer accepts the Vehicle in its current state and condition, relying solely on their own examination and judgment.</w:t>
      </w:r>
    </w:p>
    <w:p>
      <w:r>
        <w:rPr>
          <w:b w:val="0"/>
          <w:sz w:val="20"/>
        </w:rPr>
        <w:t>3. The Buyer acknowledges that no warranties or guarantees beyond those expressly stated herein have been made by the Seller.</w:t>
      </w:r>
    </w:p>
    <w:p/>
    <w:p>
      <w:r>
        <w:rPr>
          <w:b/>
          <w:sz w:val="20"/>
        </w:rPr>
        <w:t>TRANSFER OF OWNERSHIP AND POSSESSION:</w:t>
      </w:r>
    </w:p>
    <w:p>
      <w:r>
        <w:rPr>
          <w:b w:val="0"/>
          <w:sz w:val="20"/>
        </w:rPr>
        <w:t>1. Ownership of the Vehicle shall transfer from the Seller to the Buyer upon full payment of the Purchase Price and execution of all necessary documents.</w:t>
      </w:r>
    </w:p>
    <w:p>
      <w:r>
        <w:rPr>
          <w:b w:val="0"/>
          <w:sz w:val="20"/>
        </w:rPr>
        <w:t>2. Possession of the Vehicle shall be delivered to the Buyer on or before: ____________________________</w:t>
      </w:r>
    </w:p>
    <w:p>
      <w:r>
        <w:rPr>
          <w:b w:val="0"/>
          <w:sz w:val="20"/>
        </w:rPr>
        <w:t>3. The Seller shall provide all documents necessary for registration and transfer of ownership as required by the applicable provincial or territorial laws.</w:t>
      </w:r>
    </w:p>
    <w:p/>
    <w:p>
      <w:r>
        <w:rPr>
          <w:b/>
          <w:sz w:val="20"/>
        </w:rPr>
        <w:t>TAXES, FEES, AND COSTS:</w:t>
      </w:r>
    </w:p>
    <w:p>
      <w:r>
        <w:rPr>
          <w:b w:val="0"/>
          <w:sz w:val="20"/>
        </w:rPr>
        <w:t>1. All taxes, fees, and costs related to the transfer of ownership, registration, and licensing of the Vehicle shall be paid by the following party: ____________________________</w:t>
      </w:r>
    </w:p>
    <w:p>
      <w:r>
        <w:rPr>
          <w:b w:val="0"/>
          <w:sz w:val="20"/>
        </w:rPr>
        <w:t>2. The Buyer shall be responsible for all ongoing costs related to the Vehicle upon possession.</w:t>
      </w:r>
    </w:p>
    <w:p/>
    <w:p>
      <w:r>
        <w:rPr>
          <w:b/>
          <w:sz w:val="20"/>
        </w:rPr>
        <w:t>LIABILITY AND INDEMNIFICATION:</w:t>
      </w:r>
    </w:p>
    <w:p>
      <w:r>
        <w:rPr>
          <w:b w:val="0"/>
          <w:sz w:val="20"/>
        </w:rPr>
        <w:t>1. The Vehicle is sold without any express or implied warranties except as expressly set forth herein.</w:t>
      </w:r>
    </w:p>
    <w:p>
      <w:r>
        <w:rPr>
          <w:b w:val="0"/>
          <w:sz w:val="20"/>
        </w:rPr>
        <w:t>2. The Buyer agrees to indemnify and hold harmless the Seller from any claims, damages, or liabilities arising after the transfer of ownership.</w:t>
      </w:r>
    </w:p>
    <w:p>
      <w:r>
        <w:rPr>
          <w:b w:val="0"/>
          <w:sz w:val="20"/>
        </w:rPr>
        <w:t>3. The Seller shall not be liable for any defects or issues arising after possession has been transferred to the Buyer.</w:t>
      </w:r>
    </w:p>
    <w:p/>
    <w:p>
      <w:r>
        <w:rPr>
          <w:b/>
          <w:sz w:val="20"/>
        </w:rPr>
        <w:t>DEFAULT AND REMEDIES:</w:t>
      </w:r>
    </w:p>
    <w:p>
      <w:r>
        <w:rPr>
          <w:b w:val="0"/>
          <w:sz w:val="20"/>
        </w:rPr>
        <w:t>1. In the event either party defaults under this Agreement, the non-defaulting party may pursue all remedies available at law or equity, including specific performance or damages.</w:t>
      </w:r>
    </w:p>
    <w:p>
      <w:r>
        <w:rPr>
          <w:b w:val="0"/>
          <w:sz w:val="20"/>
        </w:rPr>
        <w:t>2. The parties agree to attempt to resolve any disputes amicably prior to initiating any legal action.</w:t>
      </w:r>
    </w:p>
    <w:p/>
    <w:p>
      <w:r>
        <w:rPr>
          <w:b/>
          <w:sz w:val="20"/>
        </w:rPr>
        <w:t>GOVERNING LAW AND JURISDICTION:</w:t>
      </w:r>
    </w:p>
    <w:p>
      <w:r>
        <w:rPr>
          <w:b w:val="0"/>
          <w:sz w:val="20"/>
        </w:rPr>
        <w:t>This Agreement shall be governed by and construed in accordance with the laws of the Province or Territory of _________________________, Canada. Any disputes arising out of or related to this Agreement shall be subject to the exclusive jurisdiction of the courts located in said Province or Territory.</w:t>
      </w:r>
    </w:p>
    <w:p/>
    <w:p>
      <w:r>
        <w:rPr>
          <w:b/>
          <w:sz w:val="20"/>
        </w:rPr>
        <w:t>ENTIRE AGREEMENT AND AMENDMENTS:</w:t>
      </w:r>
    </w:p>
    <w:p>
      <w:r>
        <w:rPr>
          <w:b w:val="0"/>
          <w:sz w:val="20"/>
        </w:rPr>
        <w:t>This Agreement constitutes the entire understanding between the parties and supersedes all prior negotiations, representations, and agreements, whether written or oral. Any amendments or modifications must be in writing and signed by both parties.</w:t>
      </w:r>
    </w:p>
    <w:p/>
    <w:p>
      <w:r>
        <w:rPr>
          <w:b/>
          <w:sz w:val="20"/>
        </w:rPr>
        <w:t>SEVERABILITY:</w:t>
      </w:r>
    </w:p>
    <w:p>
      <w:r>
        <w:rPr>
          <w:b w:val="0"/>
          <w:sz w:val="20"/>
        </w:rPr>
        <w:t>If any provision of this Agreement is held to be invalid or unenforceable by a court of competent jurisdiction, such provision shall be severed and the remainder of the Agreement shall remain in full force and effect.</w:t>
      </w:r>
    </w:p>
    <w:p/>
    <w:p/>
    <w:p>
      <w:r>
        <w:rPr>
          <w:b w:val="0"/>
          <w:sz w:val="20"/>
        </w:rPr>
        <w:t>Place and date of signature: 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SELLER</w:t>
            </w:r>
          </w:p>
        </w:tc>
        <w:tc>
          <w:tcPr>
            <w:tcW w:type="dxa" w:w="4986"/>
            <w:tcBorders>
              <w:top w:val="nil"/>
              <w:left w:val="nil"/>
              <w:bottom w:val="nil"/>
              <w:right w:val="nil"/>
              <w:insideH w:val="nil"/>
              <w:insideV w:val="nil"/>
            </w:tcBorders>
          </w:tcPr>
          <w:p>
            <w:pPr>
              <w:jc w:val="center"/>
            </w:pPr>
            <w:r>
              <w:t>BUYER</w:t>
            </w:r>
          </w:p>
        </w:tc>
      </w:tr>
      <w:tr>
        <w:tc>
          <w:tcPr>
            <w:tcW w:type="dxa" w:w="4986"/>
            <w:tcBorders>
              <w:top w:val="nil"/>
              <w:left w:val="nil"/>
              <w:bottom w:val="nil"/>
              <w:right w:val="nil"/>
              <w:insideH w:val="nil"/>
              <w:insideV w:val="nil"/>
            </w:tcBorders>
          </w:tcPr>
          <w:p>
            <w:pPr>
              <w:jc w:val="center"/>
            </w:pPr>
            <w:r>
              <w:br/>
              <w:br/>
              <w:t>Signature: ____________________________________________</w:t>
            </w:r>
          </w:p>
        </w:tc>
        <w:tc>
          <w:tcPr>
            <w:tcW w:type="dxa" w:w="4986"/>
            <w:tcBorders>
              <w:top w:val="nil"/>
              <w:left w:val="nil"/>
              <w:bottom w:val="nil"/>
              <w:right w:val="nil"/>
              <w:insideH w:val="nil"/>
              <w:insideV w:val="nil"/>
            </w:tcBorders>
          </w:tcPr>
          <w:p>
            <w:pPr>
              <w:jc w:val="center"/>
            </w:pPr>
            <w:r>
              <w:br/>
              <w:br/>
              <w:t>Signature: ____________________________________________</w:t>
            </w:r>
          </w:p>
        </w:tc>
      </w:tr>
      <w:tr>
        <w:tc>
          <w:tcPr>
            <w:tcW w:type="dxa" w:w="4986"/>
            <w:tcBorders>
              <w:top w:val="nil"/>
              <w:left w:val="nil"/>
              <w:bottom w:val="nil"/>
              <w:right w:val="nil"/>
              <w:insideH w:val="nil"/>
              <w:insideV w:val="nil"/>
            </w:tcBorders>
          </w:tcPr>
          <w:p>
            <w:pPr>
              <w:jc w:val="center"/>
            </w:pPr>
            <w:r>
              <w:t>Name (Printed): _________________________________________</w:t>
            </w:r>
          </w:p>
        </w:tc>
        <w:tc>
          <w:tcPr>
            <w:tcW w:type="dxa" w:w="4986"/>
            <w:tcBorders>
              <w:top w:val="nil"/>
              <w:left w:val="nil"/>
              <w:bottom w:val="nil"/>
              <w:right w:val="nil"/>
              <w:insideH w:val="nil"/>
              <w:insideV w:val="nil"/>
            </w:tcBorders>
          </w:tcPr>
          <w:p>
            <w:pPr>
              <w:jc w:val="center"/>
            </w:pPr>
            <w:r>
              <w:t>Name (Printed): _________________________________________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https://legaltemplates-ca.com/vehicle-sale-agreement/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vehicle-sale-agreement/"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