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VOLUNTEER APPLICATION FORM</w:t>
      </w:r>
    </w:p>
    <w:p/>
    <w:p>
      <w:r>
        <w:rPr>
          <w:b/>
          <w:sz w:val="20"/>
        </w:rPr>
        <w:t>Personal Information</w:t>
      </w:r>
    </w:p>
    <w:p>
      <w:r>
        <w:rPr>
          <w:b w:val="0"/>
          <w:sz w:val="20"/>
        </w:rPr>
        <w:t>Full Name: ____________________________________________________________</w:t>
      </w:r>
    </w:p>
    <w:p>
      <w:r>
        <w:rPr>
          <w:b w:val="0"/>
          <w:sz w:val="20"/>
        </w:rPr>
        <w:t>Date of Birth (YYYY-MM-DD): ____________________________________________</w:t>
      </w:r>
    </w:p>
    <w:p>
      <w:r>
        <w:rPr>
          <w:b w:val="0"/>
          <w:sz w:val="20"/>
        </w:rPr>
        <w:t>Gender: _______________________________________________________________</w:t>
      </w:r>
    </w:p>
    <w:p>
      <w:r>
        <w:rPr>
          <w:b w:val="0"/>
          <w:sz w:val="20"/>
        </w:rPr>
        <w:t>Address: ______________________________________________________________</w:t>
      </w:r>
    </w:p>
    <w:p>
      <w:r>
        <w:rPr>
          <w:b w:val="0"/>
          <w:sz w:val="20"/>
        </w:rPr>
        <w:t>City: __________________________ Province: ____________________________</w:t>
      </w:r>
    </w:p>
    <w:p>
      <w:r>
        <w:rPr>
          <w:b w:val="0"/>
          <w:sz w:val="20"/>
        </w:rPr>
        <w:t>Postal Code: 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Emergency Contact Information</w:t>
      </w:r>
    </w:p>
    <w:p>
      <w:r>
        <w:rPr>
          <w:b w:val="0"/>
          <w:sz w:val="20"/>
        </w:rPr>
        <w:t>Full Name: ____________________________________________________________</w:t>
      </w:r>
    </w:p>
    <w:p>
      <w:r>
        <w:rPr>
          <w:b w:val="0"/>
          <w:sz w:val="20"/>
        </w:rPr>
        <w:t>Relationship: __________________________________________________________</w:t>
      </w:r>
    </w:p>
    <w:p>
      <w:r>
        <w:rPr>
          <w:b w:val="0"/>
          <w:sz w:val="20"/>
        </w:rPr>
        <w:t>Phone Number: _________________________________________________________</w:t>
      </w:r>
    </w:p>
    <w:p/>
    <w:p>
      <w:r>
        <w:rPr>
          <w:b/>
          <w:sz w:val="20"/>
        </w:rPr>
        <w:t>Availability</w:t>
      </w:r>
    </w:p>
    <w:p>
      <w:r>
        <w:rPr>
          <w:b w:val="0"/>
          <w:sz w:val="20"/>
        </w:rPr>
        <w:t>Days available to volunteer (check all that apply):</w:t>
      </w:r>
    </w:p>
    <w:p>
      <w:r>
        <w:rPr>
          <w:b w:val="0"/>
          <w:sz w:val="20"/>
        </w:rPr>
        <w:t>[ ] Monday    [ ] Tuesday    [ ] Wednesday    [ ] Thursday    [ ] Friday    [ ] Saturday    [ ] Sunday</w:t>
      </w:r>
    </w:p>
    <w:p>
      <w:r>
        <w:rPr>
          <w:b w:val="0"/>
          <w:sz w:val="20"/>
        </w:rPr>
        <w:t>Preferred Time of Day (check all that apply):</w:t>
      </w:r>
    </w:p>
    <w:p>
      <w:r>
        <w:rPr>
          <w:b w:val="0"/>
          <w:sz w:val="20"/>
        </w:rPr>
        <w:t>[ ] Morning    [ ] Afternoon    [ ] Evening</w:t>
      </w:r>
    </w:p>
    <w:p/>
    <w:p>
      <w:r>
        <w:rPr>
          <w:b/>
          <w:sz w:val="20"/>
        </w:rPr>
        <w:t>Volunteer Interests and Skills</w:t>
      </w:r>
    </w:p>
    <w:p>
      <w:r>
        <w:rPr>
          <w:b w:val="0"/>
          <w:sz w:val="20"/>
        </w:rPr>
        <w:t>Please describe your volunteer interests and any relevant skills or experience:</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Previous Volunteer Experience</w:t>
      </w:r>
    </w:p>
    <w:p>
      <w:r>
        <w:rPr>
          <w:b w:val="0"/>
          <w:sz w:val="20"/>
        </w:rPr>
        <w:t>Have you volunteered before? (Yes/No): _________________________________</w:t>
      </w:r>
    </w:p>
    <w:p>
      <w:r>
        <w:rPr>
          <w:b w:val="0"/>
          <w:sz w:val="20"/>
        </w:rPr>
        <w:t>If yes, please provide details (organization, role, duration):</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Consent and Acknowledgement</w:t>
      </w:r>
    </w:p>
    <w:p>
      <w:r>
        <w:rPr>
          <w:b w:val="0"/>
          <w:sz w:val="20"/>
        </w:rPr>
        <w:t>I hereby certify that the information provided in this application is true and complete to the best of my knowledge.</w:t>
      </w:r>
    </w:p>
    <w:p>
      <w:r>
        <w:rPr>
          <w:b w:val="0"/>
          <w:sz w:val="20"/>
        </w:rPr>
        <w:t>I consent to the collection, use, and disclosure of my personal information for the purpose of volunteer management in accordance with applicable privacy laws in Canada.</w:t>
      </w:r>
    </w:p>
    <w:p>
      <w:r>
        <w:rPr>
          <w:b w:val="0"/>
          <w:sz w:val="20"/>
        </w:rPr>
        <w:t>I understand that a criminal record check and/or vulnerable sector check may be required as a condition of volunteering.</w:t>
      </w:r>
    </w:p>
    <w:p>
      <w:r>
        <w:rPr>
          <w:b w:val="0"/>
          <w:sz w:val="20"/>
        </w:rPr>
        <w:t>I agree to abide by the policies and procedures of the organization and to perform my volunteer duties to the best of my abilities.</w:t>
      </w:r>
    </w:p>
    <w:p/>
    <w:p>
      <w:r>
        <w:rPr>
          <w:b/>
          <w:sz w:val="20"/>
        </w:rPr>
        <w:t>Release and Waiver</w:t>
      </w:r>
    </w:p>
    <w:p>
      <w:r>
        <w:rPr>
          <w:b w:val="0"/>
          <w:sz w:val="20"/>
        </w:rPr>
        <w:t>I release and forever discharge the organization, its officers, employees, and agents from any and all liability, claims, demands, actions, and causes of action whatsoever arising out of or related to any loss, damage, or injury that may be sustained by me while volunteering.</w:t>
      </w:r>
    </w:p>
    <w:p>
      <w:r>
        <w:rPr>
          <w:b w:val="0"/>
          <w:sz w:val="20"/>
        </w:rPr>
        <w:t>I acknowledge and accept the risks associated with volunteering and agree to assume full responsibility for any injury or damage that may occur.</w:t>
      </w:r>
    </w:p>
    <w:p/>
    <w:p>
      <w:r>
        <w:rPr>
          <w:b/>
          <w:sz w:val="20"/>
        </w:rPr>
        <w:t>Confidentiality Agreement</w:t>
      </w:r>
    </w:p>
    <w:p>
      <w:r>
        <w:rPr>
          <w:b w:val="0"/>
          <w:sz w:val="20"/>
        </w:rPr>
        <w:t>I acknowledge that during my volunteer service I may have access to confidential information.</w:t>
      </w:r>
    </w:p>
    <w:p>
      <w:r>
        <w:rPr>
          <w:b w:val="0"/>
          <w:sz w:val="20"/>
        </w:rPr>
        <w:t>I agree to keep all such information strictly confidential and not to disclose it to any third party without prior written consent, both during and after my volunteer service.</w:t>
      </w:r>
    </w:p>
    <w:p/>
    <w:p>
      <w:r>
        <w:rPr>
          <w:b/>
          <w:sz w:val="20"/>
        </w:rPr>
        <w:t>Declaration</w:t>
      </w:r>
    </w:p>
    <w:p>
      <w:r>
        <w:rPr>
          <w:b w:val="0"/>
          <w:sz w:val="20"/>
        </w:rPr>
        <w:t>I declare that I am legally eligible to volunteer in Canada.</w:t>
      </w:r>
    </w:p>
    <w:p>
      <w:r>
        <w:rPr>
          <w:b w:val="0"/>
          <w:sz w:val="20"/>
        </w:rPr>
        <w:t>I understand that this application does not guarantee a volunteer position and that the organization reserves the right to accept or reject any application.</w:t>
      </w:r>
    </w:p>
    <w:p/>
    <w:p/>
    <w:p>
      <w:r>
        <w:rPr>
          <w:b w:val="0"/>
          <w:sz w:val="20"/>
        </w:rPr>
        <w:t>Place of Signing: ______________________________________________</w:t>
      </w:r>
    </w:p>
    <w:p>
      <w:r>
        <w:rPr>
          <w:b w:val="0"/>
          <w:sz w:val="20"/>
        </w:rPr>
        <w:t>Signature of Applicant: ___________________________________________</w:t>
      </w:r>
    </w:p>
    <w:p>
      <w:r>
        <w:rPr>
          <w:b w:val="0"/>
          <w:sz w:val="20"/>
        </w:rPr>
        <w:t>Printed Name: _________________________________________________</w:t>
      </w:r>
    </w:p>
    <w:p>
      <w:r>
        <w:rPr>
          <w:b w:val="0"/>
          <w:sz w:val="20"/>
        </w:rPr>
        <w:t>Date of Signing: _______________________________________________</w:t>
      </w:r>
    </w:p>
    <w:p/>
    <w:p/>
    <w:p>
      <w:r>
        <w:rPr>
          <w:b/>
          <w:sz w:val="20"/>
        </w:rPr>
        <w:t>Witness (if required):</w:t>
      </w:r>
    </w:p>
    <w:p>
      <w:r>
        <w:rPr>
          <w:b w:val="0"/>
          <w:sz w:val="20"/>
        </w:rPr>
        <w:t>Signature: ____________________________________________</w:t>
      </w:r>
    </w:p>
    <w:p>
      <w:r>
        <w:rPr>
          <w:b w:val="0"/>
          <w:sz w:val="20"/>
        </w:rPr>
        <w:t>Printed Name: _________________________________________</w:t>
      </w:r>
    </w:p>
    <w:p>
      <w:r>
        <w:rPr>
          <w:b w:val="0"/>
          <w:sz w:val="20"/>
        </w:rPr>
        <w:t>Date: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APPLICANT</w:t>
            </w:r>
          </w:p>
        </w:tc>
        <w:tc>
          <w:tcPr>
            <w:tcW w:type="dxa" w:w="4986"/>
            <w:tcBorders>
              <w:top w:val="nil"/>
              <w:left w:val="nil"/>
              <w:bottom w:val="nil"/>
              <w:right w:val="nil"/>
              <w:insideH w:val="nil"/>
              <w:insideV w:val="nil"/>
            </w:tcBorders>
          </w:tcPr>
          <w:p>
            <w:pPr>
              <w:jc w:val="center"/>
            </w:pPr>
            <w:r>
              <w:t>WITNESS (if applicable)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https://legaltemplates-ca.com/volunteer-application-form/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volunteer-application-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